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Body Movements Festival 2026 Guide: What to Expect at Southwark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clubbers alike are flocking to London this August for Body Movements Festival 2026, a one-day celebration of queer club culture and electronic music at Southwark Park that promises top DJs, grassroots collectives and an outdoor summer vibe worth a city-break trip.</w:t>
      </w:r>
      <w:r/>
    </w:p>
    <w:p>
      <w:r/>
      <w:r>
        <w:t>Essential Takeaways</w:t>
      </w:r>
      <w:r/>
      <w:r/>
    </w:p>
    <w:p>
      <w:pPr>
        <w:pStyle w:val="ListBullet"/>
        <w:spacing w:line="240" w:lineRule="auto"/>
        <w:ind w:left="720"/>
      </w:pPr>
      <w:r/>
      <w:r>
        <w:rPr>
          <w:b/>
        </w:rPr>
        <w:t>When and where:</w:t>
      </w:r>
      <w:r>
        <w:t xml:space="preserve"> Body Movements lands in Southwark Park on Sunday 30 August 2026, doors from noon, music until around 10–10.30pm.</w:t>
      </w:r>
      <w:r/>
    </w:p>
    <w:p>
      <w:pPr>
        <w:pStyle w:val="ListBullet"/>
        <w:spacing w:line="240" w:lineRule="auto"/>
        <w:ind w:left="720"/>
      </w:pPr>
      <w:r/>
      <w:r>
        <w:rPr>
          <w:b/>
        </w:rPr>
        <w:t>Line‑up highlights:</w:t>
      </w:r>
      <w:r>
        <w:t xml:space="preserve"> Big names such as Ben UFO, Honey Dijon, Eris Drew &amp; Octo Octa, Romy and Mura Masa share a bill with rising talent across house, techno, disco and experimental sets.</w:t>
      </w:r>
      <w:r/>
    </w:p>
    <w:p>
      <w:pPr>
        <w:pStyle w:val="ListBullet"/>
        <w:spacing w:line="240" w:lineRule="auto"/>
        <w:ind w:left="720"/>
      </w:pPr>
      <w:r/>
      <w:r>
        <w:rPr>
          <w:b/>
        </w:rPr>
        <w:t>Community focus:</w:t>
      </w:r>
      <w:r>
        <w:t xml:space="preserve"> The festival centres queer and trans club culture, with many London collectives programmed alongside headline DJs.</w:t>
      </w:r>
      <w:r/>
    </w:p>
    <w:p>
      <w:pPr>
        <w:pStyle w:val="ListBullet"/>
        <w:spacing w:line="240" w:lineRule="auto"/>
        <w:ind w:left="720"/>
      </w:pPr>
      <w:r/>
      <w:r>
        <w:rPr>
          <w:b/>
        </w:rPr>
        <w:t>Accessibility and site:</w:t>
      </w:r>
      <w:r>
        <w:t xml:space="preserve"> The site is largely flat with step‑free access, viewing platforms and accessible toilets; check the festival site for the latest details.</w:t>
      </w:r>
      <w:r/>
    </w:p>
    <w:p>
      <w:pPr>
        <w:pStyle w:val="ListBullet"/>
        <w:spacing w:line="240" w:lineRule="auto"/>
        <w:ind w:left="720"/>
      </w:pPr>
      <w:r/>
      <w:r>
        <w:rPr>
          <w:b/>
        </w:rPr>
        <w:t>Getting there:</w:t>
      </w:r>
      <w:r>
        <w:t xml:space="preserve"> Canada Water (Jubilee line and Overground) and several buses serve Southwark Park, allow extra travel time for weekend works or road closures.</w:t>
      </w:r>
      <w:r/>
      <w:r/>
    </w:p>
    <w:p>
      <w:pPr>
        <w:pStyle w:val="Heading2"/>
      </w:pPr>
      <w:r>
        <w:t>Why Southwark Park feels like the right move for this festival</w:t>
      </w:r>
      <w:r/>
    </w:p>
    <w:p>
      <w:r/>
      <w:r>
        <w:t>Body Movements has historically been rooted in intimate club energy, but moving to Southwark Park opens space for bigger production while keeping a community feel. Expect the sun on the grass, upgraded sound and lighting, and the kind of friendly, queer-forward atmosphere you’d find in a much smaller venue. It’s an attempt to scale without losing personality, and that balance is what makes this one‑day August slot feel special.</w:t>
      </w:r>
      <w:r/>
    </w:p>
    <w:p>
      <w:pPr>
        <w:pStyle w:val="Heading2"/>
      </w:pPr>
      <w:r>
        <w:t>A line‑up that mixes household names with cutting‑edge acts</w:t>
      </w:r>
      <w:r/>
    </w:p>
    <w:p>
      <w:r/>
      <w:r>
        <w:t>The bill leans heavy in quality rather than flash: established selectors like Ben UFO and Honey Dijon sit alongside Romy’s DJ set, VTSS, SHERELLE and electronic experimenters. That means you’ll get moments for peak-time euphoria and quieter, surprising sets where new favourites are born. If you’re picking which stages to prioritise, check the running order when it drops and aim for a mix, dancefloor classics, forward‑thinking producers and DJs from London’s queer scene.</w:t>
      </w:r>
      <w:r/>
    </w:p>
    <w:p>
      <w:pPr>
        <w:pStyle w:val="Heading2"/>
      </w:pPr>
      <w:r>
        <w:t>Collectives, culture and why it matters</w:t>
      </w:r>
      <w:r/>
    </w:p>
    <w:p>
      <w:r/>
      <w:r>
        <w:t>This festival isn’t just about individuals on a line‑up. Local collectives such as House of Revlon, Dalston Superstore and Little Gay Brother are integral, bringing curated vibes, dancers and community programming. That keeps the event anchored in the grassroots clubs that shaped London nightlife, and it’s why many attendees describe Body Movements as more than a concert, it's a snapshot of the city’s queer nightlife ecosystem.</w:t>
      </w:r>
      <w:r/>
    </w:p>
    <w:p>
      <w:pPr>
        <w:pStyle w:val="Heading2"/>
      </w:pPr>
      <w:r>
        <w:t>Practicalities: access, comfort and what to pack</w:t>
      </w:r>
      <w:r/>
    </w:p>
    <w:p>
      <w:r/>
      <w:r>
        <w:t>Southwark Park’s mostly flat layout and hard‑standing paths make it easier to navigate than many green‑field sites, and the festival provides accessible viewing platforms and toilets. Still, it’s an outdoor festival in late August, pack comfortable shoes, a light waterproof, sun protection and layers for evening chill. Buy tickets from authorised outlets, check any bag or entry rules in advance, and register any access needs early to secure the right arrangements.</w:t>
      </w:r>
      <w:r/>
    </w:p>
    <w:p>
      <w:pPr>
        <w:pStyle w:val="Heading2"/>
      </w:pPr>
      <w:r>
        <w:t>Getting there and where to stay</w:t>
      </w:r>
      <w:r/>
    </w:p>
    <w:p>
      <w:r/>
      <w:r>
        <w:t>Travel-wise, Canada Water is the nearest hub with Jubilee line and Overground links; several bus routes also stop nearby. Allow extra journey time, TfL weekend engineering or local roadworks can throw plans off. If you’re extending your stay, Bermondsey, Rotherhithe, London Bridge and Greenwich all make sensible bases with different price points and easy links back to the park. Combine a festival day with a stroll along the Thames and a late dinner in a nearby neighbourhood for a rounded London weekend.</w:t>
      </w:r>
      <w:r/>
    </w:p>
    <w:p>
      <w:r/>
      <w:r>
        <w:t>It's a small change that can make every beat and every moment feel part of a larger city 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https://www.travelandtourworld.com/news/article/c3n25bxqiv12/</w:t>
        </w:r>
      </w:hyperlink>
      <w:r>
        <w:t xml:space="preserve"> - Please view link - unable to able to access data</w:t>
      </w:r>
      <w:r/>
    </w:p>
    <w:p>
      <w:pPr>
        <w:pStyle w:val="ListNumber"/>
        <w:spacing w:line="240" w:lineRule="auto"/>
        <w:ind w:left="720"/>
      </w:pPr>
      <w:r/>
      <w:hyperlink r:id="rId10">
        <w:r>
          <w:rPr>
            <w:color w:val="0000EE"/>
            <w:u w:val="single"/>
          </w:rPr>
          <w:t>https://bodymovements.co.uk/about/</w:t>
        </w:r>
      </w:hyperlink>
      <w:r>
        <w:t xml:space="preserve"> - Body Movements Festival 2026 is scheduled for Sunday, 30 August 2026, at Southwark Park in London. The festival celebrates queer and trans art, encouraging exploration and self-expression within the electronic music scene. Building upon its roots as a DIY, radical queer gathering in Hackney Wick, the event has expanded to Southwark Park, offering bespoke stages with high-end sound and lighting to enhance the dance experience. The organisers emphasise visibility, discovery, community, and respect, prioritising harm reduction and welfare to create a welcoming environment for all attendees.</w:t>
      </w:r>
      <w:r/>
    </w:p>
    <w:p>
      <w:pPr>
        <w:pStyle w:val="ListNumber"/>
        <w:spacing w:line="240" w:lineRule="auto"/>
        <w:ind w:left="720"/>
      </w:pPr>
      <w:r/>
      <w:hyperlink r:id="rId12">
        <w:r>
          <w:rPr>
            <w:color w:val="0000EE"/>
            <w:u w:val="single"/>
          </w:rPr>
          <w:t>https://roam.london/events/body-movements-festival-2026-123bd8df</w:t>
        </w:r>
      </w:hyperlink>
      <w:r>
        <w:t xml:space="preserve"> - Body Movements Festival 2026 returns to Southwark Park on Sunday, 30 August 2026, featuring a diverse lineup of electronic and house DJs. The event showcases artists such as BASHKKA, Roza Terenzi, and FAFF, with performances across multiple stages and sound systems. The festival celebrates queer and underground music culture, offering a platform for both established and emerging artists. Attendees can expect a vibrant atmosphere with a mix of house, techno, and experimental electronic music, reflecting the inclusive and dynamic nature of London's queer nightlife scene.</w:t>
      </w:r>
      <w:r/>
    </w:p>
    <w:p>
      <w:pPr>
        <w:pStyle w:val="ListNumber"/>
        <w:spacing w:line="240" w:lineRule="auto"/>
        <w:ind w:left="720"/>
      </w:pPr>
      <w:r/>
      <w:hyperlink r:id="rId13">
        <w:r>
          <w:rPr>
            <w:color w:val="0000EE"/>
            <w:u w:val="single"/>
          </w:rPr>
          <w:t>https://www.eventsinlondon.app/events/body-movements-festival-2026-2026-08-30</w:t>
        </w:r>
      </w:hyperlink>
      <w:r>
        <w:t xml:space="preserve"> - Body Movements Festival 2026 is set to take place on Sunday, 30 August 2026, at Southwark Park in London. The event spans from 12:00 pm to 10:30 pm and is exclusively for attendees aged 18 and over. The festival brings together a diverse lineup of electronic and house DJs, featuring performances across multiple stages and sound systems. It celebrates queer and underground music culture, with a focus on house, techno, and experimental electronic music. The venue is located at Gomm Road, Southwark, London, SE16 2TY, United Kingdom.</w:t>
      </w:r>
      <w:r/>
    </w:p>
    <w:p>
      <w:pPr>
        <w:pStyle w:val="ListNumber"/>
        <w:spacing w:line="240" w:lineRule="auto"/>
        <w:ind w:left="720"/>
      </w:pPr>
      <w:r/>
      <w:hyperlink r:id="rId15">
        <w:r>
          <w:rPr>
            <w:color w:val="0000EE"/>
            <w:u w:val="single"/>
          </w:rPr>
          <w:t>https://www.technoairlines.com/festival/body-movements-festival-london-uk-2026</w:t>
        </w:r>
      </w:hyperlink>
      <w:r>
        <w:t xml:space="preserve"> - Body Movements Festival 2026 is scheduled for Sunday, 30 August 2026, at Southwark Park in London. The festival aims to close London's summer festival season with a celebration of queer nightlife and forward-thinking electronic music. It brings together an inclusive community for a day of boundary-pushing performances across multiple outdoor stages. The 2026 lineup includes internationally respected artists such as Ben UFO, Eris Drew &amp; Octo Octa, Honey Dijon, Jyoty, KETTAMA, LSDXOXO, Mura Masa (DJ Set), Peach, SHERELLE, Sofia Kourtesis (Live), VTSS, and many more, spanning genres like house, techno, UK bass, breaks, disco, and experimental club music.</w:t>
      </w:r>
      <w:r/>
    </w:p>
    <w:p>
      <w:pPr>
        <w:pStyle w:val="ListNumber"/>
        <w:spacing w:line="240" w:lineRule="auto"/>
        <w:ind w:left="720"/>
      </w:pPr>
      <w:r/>
      <w:hyperlink r:id="rId11">
        <w:r>
          <w:rPr>
            <w:color w:val="0000EE"/>
            <w:u w:val="single"/>
          </w:rPr>
          <w:t>https://www.timeout.com/london/music/body-movements</w:t>
        </w:r>
      </w:hyperlink>
      <w:r>
        <w:t xml:space="preserve"> - Body Movements Festival 2026 is set to take place on Sunday, 30 August 2026, at Southwark Park in London. The festival has grown from its origins in Hackney Wick to become a significant event in London's queer nightlife scene. In 2024, it made a dazzling debut in Southwark Park with five stages showcasing the best of the LGBTQ+ party scene. The 2026 edition will feature stages named Mother, The Strap, Snatch, Hot Mess, and Glory Hole, with DJs including Babymorocco, Blasha &amp; Allatt, FAFF, Roza Terenzi, Marie Malarie, and GIDEÖN, as well as collectives like Dalston Superstore, Daytimers, Fèmmme Fraîche, and Queer House Party. More names are still to be announced.</w:t>
      </w:r>
      <w:r/>
    </w:p>
    <w:p>
      <w:pPr>
        <w:pStyle w:val="ListNumber"/>
        <w:spacing w:line="240" w:lineRule="auto"/>
        <w:ind w:left="720"/>
      </w:pPr>
      <w:r/>
      <w:hyperlink r:id="rId14">
        <w:r>
          <w:rPr>
            <w:color w:val="0000EE"/>
            <w:u w:val="single"/>
          </w:rPr>
          <w:t>https://whatnightout.uk/london/events/body-movements-festival-2026-1727382</w:t>
        </w:r>
      </w:hyperlink>
      <w:r>
        <w:t xml:space="preserve"> - Body Movements Festival 2026 is scheduled for Sunday, 30 August 2026, at Southwark Park in London. The festival includes a community fund, with all tickets contributing to various causes. Previous supported causes include London Trans+ Pride, Palestine Children's Relief Fund, Play They Magazine, Stonewall Housing, Gendered Intelligence, We Exist Emergency Help Fund for the Trans Community, and Medical Aid For Palestinians. The festival offers community tickets for unemployed or low-waged individuals, student tickets, 'Pay It Forward' tickets, NHS tickets, and free resident tickets for those living near the park. The event runs from 1:00 PM to 11:30 PM, with ticket prices ranging from £27.50 to £75.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c3n25bxqiv12/" TargetMode="External"/><Relationship Id="rId10" Type="http://schemas.openxmlformats.org/officeDocument/2006/relationships/hyperlink" Target="https://bodymovements.co.uk/about/" TargetMode="External"/><Relationship Id="rId11" Type="http://schemas.openxmlformats.org/officeDocument/2006/relationships/hyperlink" Target="https://www.timeout.com/london/music/body-movements" TargetMode="External"/><Relationship Id="rId12" Type="http://schemas.openxmlformats.org/officeDocument/2006/relationships/hyperlink" Target="https://roam.london/events/body-movements-festival-2026-123bd8df" TargetMode="External"/><Relationship Id="rId13" Type="http://schemas.openxmlformats.org/officeDocument/2006/relationships/hyperlink" Target="https://www.eventsinlondon.app/events/body-movements-festival-2026-2026-08-30" TargetMode="External"/><Relationship Id="rId14" Type="http://schemas.openxmlformats.org/officeDocument/2006/relationships/hyperlink" Target="https://whatnightout.uk/london/events/body-movements-festival-2026-1727382" TargetMode="External"/><Relationship Id="rId15" Type="http://schemas.openxmlformats.org/officeDocument/2006/relationships/hyperlink" Target="https://www.technoairlines.com/festival/body-movements-festival-london-uk-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