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Fulton County Is Celebrating Atlanta Black 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with health, music and food: Fulton County’s Board of Health is kicking off Atlanta Black Pride with free testing, rapid PrEP access and a community block-party vibe that matters for safety and celebration. Join the free festival kickoff and after‑hours clinics as the city gears up for one of the nation’s biggest LGBTQIA+ weekends.</w:t>
      </w:r>
      <w:r/>
    </w:p>
    <w:p>
      <w:r/>
      <w:r>
        <w:t>Essential Takeaways</w:t>
      </w:r>
      <w:r/>
      <w:r/>
    </w:p>
    <w:p>
      <w:pPr>
        <w:pStyle w:val="ListBullet"/>
        <w:spacing w:line="240" w:lineRule="auto"/>
        <w:ind w:left="720"/>
      </w:pPr>
      <w:r/>
      <w:r>
        <w:rPr>
          <w:b/>
        </w:rPr>
        <w:t>Free health services:</w:t>
      </w:r>
      <w:r>
        <w:t xml:space="preserve"> HIV and STI testing, rapid PrEP start, Doxy PEP education and more will be available at the kickoff. </w:t>
      </w:r>
      <w:r/>
    </w:p>
    <w:p>
      <w:pPr>
        <w:pStyle w:val="ListBullet"/>
        <w:spacing w:line="240" w:lineRule="auto"/>
        <w:ind w:left="720"/>
      </w:pPr>
      <w:r/>
      <w:r>
        <w:rPr>
          <w:b/>
        </w:rPr>
        <w:t>When and where:</w:t>
      </w:r>
      <w:r>
        <w:t xml:space="preserve"> Community festival kickoff Thursday 3 September, 6–9pm at Neighborhood Union Health Center, 186 Sunset Avenue NW. </w:t>
      </w:r>
      <w:r/>
    </w:p>
    <w:p>
      <w:pPr>
        <w:pStyle w:val="ListBullet"/>
        <w:spacing w:line="240" w:lineRule="auto"/>
        <w:ind w:left="720"/>
      </w:pPr>
      <w:r/>
      <w:r>
        <w:rPr>
          <w:b/>
        </w:rPr>
        <w:t>Extended access:</w:t>
      </w:r>
      <w:r>
        <w:t xml:space="preserve"> After‑hours clinic runs 2–4 September, 5–9pm, at the same location for convenient care. </w:t>
      </w:r>
      <w:r/>
    </w:p>
    <w:p>
      <w:pPr>
        <w:pStyle w:val="ListBullet"/>
        <w:spacing w:line="240" w:lineRule="auto"/>
        <w:ind w:left="720"/>
      </w:pPr>
      <w:r/>
      <w:r>
        <w:rPr>
          <w:b/>
        </w:rPr>
        <w:t>Weekend context:</w:t>
      </w:r>
      <w:r>
        <w:t xml:space="preserve"> Atlanta Black Pride runs 2–7 September 2026, coinciding with the Labour Day weekend and dozens of city events. </w:t>
      </w:r>
      <w:r/>
    </w:p>
    <w:p>
      <w:pPr>
        <w:pStyle w:val="ListBullet"/>
        <w:spacing w:line="240" w:lineRule="auto"/>
        <w:ind w:left="720"/>
      </w:pPr>
      <w:r/>
      <w:r>
        <w:rPr>
          <w:b/>
        </w:rPr>
        <w:t>Festive feel:</w:t>
      </w:r>
      <w:r>
        <w:t xml:space="preserve"> Expect food, music and a welcoming block‑party atmosphere alongside practical services.</w:t>
      </w:r>
      <w:r/>
      <w:r/>
    </w:p>
    <w:p>
      <w:pPr>
        <w:pStyle w:val="Heading2"/>
      </w:pPr>
      <w:r>
        <w:t>A block party with purpose: why Fulton County’s kickoff stands out</w:t>
      </w:r>
      <w:r/>
    </w:p>
    <w:p>
      <w:r/>
      <w:r>
        <w:t>The first thing you’ll notice is the mood: this isn’t a textbook health fair, it’s a community festival with a heartbeat , music, food and people who’ve come out to celebrate. According to the Fulton County Board of Health, the kickoff on 3 September mixes culturally relevant programming with crucial services, offering testing and prevention in a setting that feels safe and social. That blend matters: when care is delivered in community spaces, people are more likely to engage.</w:t>
      </w:r>
      <w:r/>
    </w:p>
    <w:p>
      <w:r/>
      <w:r>
        <w:t>The idea is simple and practical. Instead of asking folks to come to a clinic, staff bring the clinic to a street-level festival. For people who haven’t tested recently or who want same-day PrEP information, the event lowers barriers. If you’re planning your Atlanta Black Pride itinerary, pencil this in as both a social stop and a health pit‑stop.</w:t>
      </w:r>
      <w:r/>
    </w:p>
    <w:p>
      <w:pPr>
        <w:pStyle w:val="Heading2"/>
      </w:pPr>
      <w:r>
        <w:t>What services you can actually get , and why they’re useful</w:t>
      </w:r>
      <w:r/>
    </w:p>
    <w:p>
      <w:r/>
      <w:r>
        <w:t>At the event the Board of Health will offer rapid HIV testing, STI screening, Doxy PEP education, and rapid PrEP starts. Rapid PrEP and rapid HIV start options are particularly useful if you want immediate protection or treatment without a drawn-out process. Doxy PEP education reflects a growing focus on practical prevention strategies beyond condoms and daily PrEP.</w:t>
      </w:r>
      <w:r/>
    </w:p>
    <w:p>
      <w:r/>
      <w:r>
        <w:t>These services are free and geared to be quick and confidential, so you can drop by between events. If you’ve been on the fence about PrEP or worried about clinic hours, the after‑hours sessions from 2–4 September (5–9pm) give you a less rushed chance to talk options.</w:t>
      </w:r>
      <w:r/>
    </w:p>
    <w:p>
      <w:pPr>
        <w:pStyle w:val="Heading2"/>
      </w:pPr>
      <w:r>
        <w:t>Timing and logistics: how to fit it into your Pride weekend</w:t>
      </w:r>
      <w:r/>
    </w:p>
    <w:p>
      <w:r/>
      <w:r>
        <w:t>Atlanta Black Pride spans 2–7 September 2026, taking advantage of the Labour Day break to pack in parties, panels and performances across the city. The FCBOH kickoff at Neighborhood Union is perfectly timed on 3 September to catch people already in town for early weekend events. The address , 186 Sunset Avenue NW , sits in a neighbourhood that’s easy to reach by rideshare or public transport, which helps if you’re juggling schedules.</w:t>
      </w:r>
      <w:r/>
    </w:p>
    <w:p>
      <w:r/>
      <w:r>
        <w:t>Pro tip: turn a health visit into part of your day out. Go early for testing, then stick around for music and food. If you need privacy, ask about confidential testing slots; staff will walk you through next steps whether your result is negative or requires follow-up.</w:t>
      </w:r>
      <w:r/>
    </w:p>
    <w:p>
      <w:pPr>
        <w:pStyle w:val="Heading2"/>
      </w:pPr>
      <w:r>
        <w:t>Why public health presence at Pride matters now</w:t>
      </w:r>
      <w:r/>
    </w:p>
    <w:p>
      <w:r/>
      <w:r>
        <w:t>There’s a practical and symbolic side to this. Practically, more accessible testing and prevention reduces transmission and helps people link to care fast. Symbolically, a visible health presence at Atlanta Black Pride signals that communities of colour and LGBTQIA+ people are prioritised and supported. The Board of Health’s approach echoes wider trends of taking services into community spaces to meet people where they are.</w:t>
      </w:r>
      <w:r/>
    </w:p>
    <w:p>
      <w:r/>
      <w:r>
        <w:t>Organisers from other local Pride groups have long partnered with health agencies for similar reasons, and this year’s event fits into a broad city-wide calendar of activities and resources. Expect complementary programming across Atlanta that same weekend, so you can combine celebration with wellbeing.</w:t>
      </w:r>
      <w:r/>
    </w:p>
    <w:p>
      <w:pPr>
        <w:pStyle w:val="Heading2"/>
      </w:pPr>
      <w:r>
        <w:t>How to prepare and what to bring</w:t>
      </w:r>
      <w:r/>
    </w:p>
    <w:p>
      <w:r/>
      <w:r>
        <w:t>Bring ID if you can, though many services are offered with privacy in mind. Wear comfortable shoes, plan for warm weather and carry water , Pride weekend in Atlanta tends to be busy and warm. If you’re thinking about PrEP, jot down any questions in advance so the rapid‑start team can give clear answers. And if you test, ask about follow-up clinics and local support groups; connecting to ongoing care is part of the point.</w:t>
      </w:r>
      <w:r/>
    </w:p>
    <w:p>
      <w:r/>
      <w:r>
        <w:t>If you can, arrive early to avoid queues, or use an after‑hours slot between 2–4 September. Even if you’re just curious, pop in , the vibe will be welcoming and the information useful, whether you’re new to PrEP or haven’t had an STI screen in a while.</w:t>
      </w:r>
      <w:r/>
    </w:p>
    <w:p>
      <w:r/>
      <w:r>
        <w:t>It's a small change that can make every Pride experience healthier and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[5]</w:t>
        </w:r>
      </w:hyperlink>
      <w:r>
        <w:t xml:space="preserve">- Paragraph 6: </w:t>
      </w:r>
      <w:hyperlink r:id="rId15">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https://atlantadailyworld.com/2026/08/28/join-the-fulton-county-board-of-health-to-celebrate-atlanta-black-pride-2/</w:t>
        </w:r>
      </w:hyperlink>
      <w:r>
        <w:t xml:space="preserve"> - Please view link - unable to able to access data</w:t>
      </w:r>
      <w:r/>
    </w:p>
    <w:p>
      <w:pPr>
        <w:pStyle w:val="ListNumber"/>
        <w:spacing w:line="240" w:lineRule="auto"/>
        <w:ind w:left="720"/>
      </w:pPr>
      <w:r/>
      <w:hyperlink r:id="rId10">
        <w:r>
          <w:rPr>
            <w:color w:val="0000EE"/>
            <w:u w:val="single"/>
          </w:rPr>
          <w:t>https://atlantapride.org/event/atlanta-black-pride-2026/</w:t>
        </w:r>
      </w:hyperlink>
      <w:r>
        <w:t xml:space="preserve"> - Atlanta Black Pride, Inc. is set to celebrate its annual event from September 2 to September 7, 2026. The organisation focuses on celebrating, empowering, and advocating for BIPOC LGBTQ+ individuals and families through year-round programming. Their mission includes promoting community leadership, education, healthy living, self-empowerment, economic growth, and political involvement. The event is scheduled to take place over the Labor Day weekend, with signature Pride events planned for the specified dates.</w:t>
      </w:r>
      <w:r/>
    </w:p>
    <w:p>
      <w:pPr>
        <w:pStyle w:val="ListNumber"/>
        <w:spacing w:line="240" w:lineRule="auto"/>
        <w:ind w:left="720"/>
      </w:pPr>
      <w:r/>
      <w:hyperlink r:id="rId13">
        <w:r>
          <w:rPr>
            <w:color w:val="0000EE"/>
            <w:u w:val="single"/>
          </w:rPr>
          <w:t>https://www.atlblackpride.com/</w:t>
        </w:r>
      </w:hyperlink>
      <w:r>
        <w:t xml:space="preserve"> - The official website for Atlanta Black Pride provides detailed information about the events scheduled for September 3 to September 7, 2026. The lineup includes various parties, such as the Pride Jump Off Rooftop Party on September 3, The Official Pride 2026 Jump/Off on September 4, Ultimate Pride Day Party on September 5, SUPERSIZE event featuring Summer Walker on September 5, Main Event on September 6, Legendary Pride BBQ on September 7, and MEGA Monday Pride Finale on September 7. Each event has specific timings and locations listed on the website.</w:t>
      </w:r>
      <w:r/>
    </w:p>
    <w:p>
      <w:pPr>
        <w:pStyle w:val="ListNumber"/>
        <w:spacing w:line="240" w:lineRule="auto"/>
        <w:ind w:left="720"/>
      </w:pPr>
      <w:r/>
      <w:hyperlink r:id="rId11">
        <w:r>
          <w:rPr>
            <w:color w:val="0000EE"/>
            <w:u w:val="single"/>
          </w:rPr>
          <w:t>https://atlanta.capitalbnews.org/atlanta-black-pride-2026-events-guide/</w:t>
        </w:r>
      </w:hyperlink>
      <w:r>
        <w:t xml:space="preserve"> - Capital B News offers a comprehensive guide to Atlanta Black Pride 2026, highlighting the city's 20th year of honouring LGBTQ love. The guide features a variety of events, including parties, brunches, workshops, health expos, and more. The theme for this year's celebration is 'strength in unity,' with events scheduled from September 2 to September 7. The guide provides insights into the diverse activities planned for the week, catering to a wide range of interests within the community.</w:t>
      </w:r>
      <w:r/>
    </w:p>
    <w:p>
      <w:pPr>
        <w:pStyle w:val="ListNumber"/>
        <w:spacing w:line="240" w:lineRule="auto"/>
        <w:ind w:left="720"/>
      </w:pPr>
      <w:r/>
      <w:hyperlink r:id="rId14">
        <w:r>
          <w:rPr>
            <w:color w:val="0000EE"/>
            <w:u w:val="single"/>
          </w:rPr>
          <w:t>https://theatlantablackpride.org/</w:t>
        </w:r>
      </w:hyperlink>
      <w:r>
        <w:t xml:space="preserve"> - The official website for Atlanta Black Pride 2K26 outlines the official weekend itinerary for the 5-year anniversary celebration from September 4 to September 7, 2026. The events include The All White Affair on September 4, PRIDE PRIVÉ - Exclusive Jazz Experience on September 5, Sunday Soul-Gospel House Breakfast Experience on September 6, Social Hour + Scarlet Kiss After Dark on September 6, Hip Hop &amp; R&amp;B Brunch + Day Party on September 7, and LGBTQ Caribbean Day Fete on September 7. The website also provides information on host hotels and travel options for attendees.</w:t>
      </w:r>
      <w:r/>
    </w:p>
    <w:p>
      <w:pPr>
        <w:pStyle w:val="ListNumber"/>
        <w:spacing w:line="240" w:lineRule="auto"/>
        <w:ind w:left="720"/>
      </w:pPr>
      <w:r/>
      <w:hyperlink r:id="rId15">
        <w:r>
          <w:rPr>
            <w:color w:val="0000EE"/>
            <w:u w:val="single"/>
          </w:rPr>
          <w:t>https://www.southernfriedqueerpride.com/</w:t>
        </w:r>
      </w:hyperlink>
      <w:r>
        <w:t xml:space="preserve"> - Southern Fried Queer Pride (SFQP) is an Atlanta-based organisation dedicated to empowering Black queer and QTPOC-centred communities in the South through the arts. The organisation hosts various events, including a pop-up thrift shop and barbershop on August 30, 2026, and a Black Lesbian Collage Night &amp; Zine Making event on September 3, 2026. These events aim to foster community engagement and support for queer and trans people of colour in the region.</w:t>
      </w:r>
      <w:r/>
    </w:p>
    <w:p>
      <w:pPr>
        <w:pStyle w:val="ListNumber"/>
        <w:spacing w:line="240" w:lineRule="auto"/>
        <w:ind w:left="720"/>
      </w:pPr>
      <w:r/>
      <w:hyperlink r:id="rId12">
        <w:r>
          <w:rPr>
            <w:color w:val="0000EE"/>
            <w:u w:val="single"/>
          </w:rPr>
          <w:t>https://www.fultoncountyga.gov/inside-fulton-county/fulton-county-departments/board-of-health</w:t>
        </w:r>
      </w:hyperlink>
      <w:r>
        <w:t xml:space="preserve"> - The Fulton County Board of Health (FCBOH) provides a variety of services to protect residents from health threats, increase access to health services, and improve health outcomes. Serving nearly one million citizens in Fulton County, the FCBOH operates state-of-the-art clinics and an Office of Vital Records located in the Fulton County Government Center. The board's mission includes offering free health services such as HIV and STI testing, access to pre-exposure prophylaxis (PrEP), Doxy PEP education, rapid PrEP, and rapid HIV start.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tlantadailyworld.com/2026/08/28/join-the-fulton-county-board-of-health-to-celebrate-atlanta-black-pride-2/" TargetMode="External"/><Relationship Id="rId10" Type="http://schemas.openxmlformats.org/officeDocument/2006/relationships/hyperlink" Target="https://atlantapride.org/event/atlanta-black-pride-2026/" TargetMode="External"/><Relationship Id="rId11" Type="http://schemas.openxmlformats.org/officeDocument/2006/relationships/hyperlink" Target="https://atlanta.capitalbnews.org/atlanta-black-pride-2026-events-guide/" TargetMode="External"/><Relationship Id="rId12" Type="http://schemas.openxmlformats.org/officeDocument/2006/relationships/hyperlink" Target="https://www.fultoncountyga.gov/inside-fulton-county/fulton-county-departments/board-of-health" TargetMode="External"/><Relationship Id="rId13" Type="http://schemas.openxmlformats.org/officeDocument/2006/relationships/hyperlink" Target="https://www.atlblackpride.com/" TargetMode="External"/><Relationship Id="rId14" Type="http://schemas.openxmlformats.org/officeDocument/2006/relationships/hyperlink" Target="https://theatlantablackpride.org/" TargetMode="External"/><Relationship Id="rId15" Type="http://schemas.openxmlformats.org/officeDocument/2006/relationships/hyperlink" Target="https://www.southernfriedqueerpri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