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Confessions: How Carlos Vargas Turned Family Rejection into Resilience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viewers are revisiting a raw, human moment as Colombian presenter Carlos Vargas opened up about being rejected in youth and the long road to family acceptance, a candid revelation that matters because it reframes fame, identity and forgiveness in everyday life.</w:t>
      </w:r>
      <w:r/>
    </w:p>
    <w:p>
      <w:r/>
      <w:r>
        <w:t>Essential Takeaways</w:t>
      </w:r>
      <w:r/>
      <w:r/>
    </w:p>
    <w:p>
      <w:pPr>
        <w:pStyle w:val="ListBullet"/>
        <w:spacing w:line="240" w:lineRule="auto"/>
        <w:ind w:left="720"/>
      </w:pPr>
      <w:r/>
      <w:r>
        <w:rPr>
          <w:b/>
        </w:rPr>
        <w:t>Emotional honesty:</w:t>
      </w:r>
      <w:r>
        <w:t xml:space="preserve"> Carlos Vargas described the pain of being rejected by his father for being effeminate and gay, and the comfort of his mother’s fierce defence.</w:t>
      </w:r>
      <w:r/>
    </w:p>
    <w:p>
      <w:pPr>
        <w:pStyle w:val="ListBullet"/>
        <w:spacing w:line="240" w:lineRule="auto"/>
        <w:ind w:left="720"/>
      </w:pPr>
      <w:r/>
      <w:r>
        <w:rPr>
          <w:b/>
        </w:rPr>
        <w:t>Turning point:</w:t>
      </w:r>
      <w:r>
        <w:t xml:space="preserve"> He recounted kneeling before his father and sharing gratitude, a scene that led to emotional reconciliation before his father’s passing.</w:t>
      </w:r>
      <w:r/>
    </w:p>
    <w:p>
      <w:pPr>
        <w:pStyle w:val="ListBullet"/>
        <w:spacing w:line="240" w:lineRule="auto"/>
        <w:ind w:left="720"/>
      </w:pPr>
      <w:r/>
      <w:r>
        <w:rPr>
          <w:b/>
        </w:rPr>
        <w:t>Public impact:</w:t>
      </w:r>
      <w:r>
        <w:t xml:space="preserve"> The conversation aired on the Sinceramente Cris format and has reignited discussion about acceptance and LGBTQ+ visibility in Colombian media.</w:t>
      </w:r>
      <w:r/>
    </w:p>
    <w:p>
      <w:pPr>
        <w:pStyle w:val="ListBullet"/>
        <w:spacing w:line="240" w:lineRule="auto"/>
        <w:ind w:left="720"/>
      </w:pPr>
      <w:r/>
      <w:r>
        <w:rPr>
          <w:b/>
        </w:rPr>
        <w:t>Personal boundaries:</w:t>
      </w:r>
      <w:r>
        <w:t xml:space="preserve"> Vargas has spoken elsewhere about stepping back from sexualised content online for his wellbeing, suggesting a deliberate approach to how he shares his life.</w:t>
      </w:r>
      <w:r/>
    </w:p>
    <w:p>
      <w:pPr>
        <w:pStyle w:val="ListBullet"/>
        <w:spacing w:line="240" w:lineRule="auto"/>
        <w:ind w:left="720"/>
      </w:pPr>
      <w:r/>
      <w:r>
        <w:rPr>
          <w:b/>
        </w:rPr>
        <w:t>Practical note:</w:t>
      </w:r>
      <w:r>
        <w:t xml:space="preserve"> Fans say the interview feels intimate and hopeful , it’s a reminder that forgiveness and change are possible, even after long wounds.</w:t>
      </w:r>
      <w:r/>
      <w:r/>
    </w:p>
    <w:p>
      <w:pPr>
        <w:pStyle w:val="Heading2"/>
      </w:pPr>
      <w:r>
        <w:t>A startling confession that feels familiar</w:t>
      </w:r>
      <w:r/>
    </w:p>
    <w:p>
      <w:r/>
      <w:r>
        <w:t>Vargas’s voice trembled as he recalled nights of prayer and shame, a quiet detail that makes the story feel lived-in rather than performative. According to the interview on Sinceramente Cris, he endured taunts for being “afeminado” and feared being thrown out of his home, a raw reality many viewers recognised. That human texture , worry, quiet prayers, the smell of an old apartment when he later knelt , is what made the clip land harder than a brief celebrity anecdote. If you’ve watched similar reckonings, you’ll know why this matters: it strips away showbiz gloss and leaves the person behind the microphone.</w:t>
      </w:r>
      <w:r/>
    </w:p>
    <w:p>
      <w:pPr>
        <w:pStyle w:val="Heading2"/>
      </w:pPr>
      <w:r>
        <w:t>How family dynamics shaped the narrative</w:t>
      </w:r>
      <w:r/>
    </w:p>
    <w:p>
      <w:r/>
      <w:r>
        <w:t>The clearest moment came when Vargas described his mother stepping between him and his father, refusing to let him be expelled. He credits her with saving him in adolescence, a detail he returns to when reflecting on guilt and parental pride. El Tiempo and other outlets have tracked Vargas’s career pivot away from overtly sexual online content, which he’s said was a health choice; this interview shows the private reasons behind public decisions. If you’re weighing how to support a young relative coming out, his story underlines the outsized power of a single parent’s protection.</w:t>
      </w:r>
      <w:r/>
    </w:p>
    <w:p>
      <w:pPr>
        <w:pStyle w:val="Heading2"/>
      </w:pPr>
      <w:r>
        <w:t>Reconciliation, kneeling and the price of honesty</w:t>
      </w:r>
      <w:r/>
    </w:p>
    <w:p>
      <w:r/>
      <w:r>
        <w:t>Vargas’s description of kneeling to his father , thanking him for the life they built together , is cinematic and painful in equal measure. He told the host that the moment moved his father to tears, and that they found a form of peace before the father died. This arc , rejection, distance, honest confrontation, and eventual closure , is common in public reconciliations, and it’s useful for anyone navigating strained family ties. Therapists will tell you that a heartfelt apology and concrete evidence of flourishing (work, relationships, stability) often shift hardened attitudes; Vargas’s experience is a case in point.</w:t>
      </w:r>
      <w:r/>
    </w:p>
    <w:p>
      <w:pPr>
        <w:pStyle w:val="Heading2"/>
      </w:pPr>
      <w:r>
        <w:t>Why this interview resonates beyond celebrity gossip</w:t>
      </w:r>
      <w:r/>
    </w:p>
    <w:p>
      <w:r/>
      <w:r>
        <w:t>Colombian audiences know Vargas from La Red and his irreverent on-screen persona, so seeing vulnerability from a familiar face disrupts expectations. Media coverage from El Espectador and Infobae over the years shows a pattern: Vargas has repeatedly used his platform to normalise queer experience while also protecting his wellbeing. For readers, the takeaway is simple , visibility matters, but so does self-care; both have a place in someone’s public life. If you follow cultural conversations around LGBTQ+ acceptance, this adds another narrative of gradual familial change rather than sudden transformation.</w:t>
      </w:r>
      <w:r/>
    </w:p>
    <w:p>
      <w:pPr>
        <w:pStyle w:val="Heading2"/>
      </w:pPr>
      <w:r>
        <w:t>What to do if you recognise Vargas’s story in your own life</w:t>
      </w:r>
      <w:r/>
    </w:p>
    <w:p>
      <w:r/>
      <w:r>
        <w:t>Start small: a protective response from one supportive family member can change everything, so cultivate allies. Be patient with people who need time; Vargas’s journey didn’t resolve overnight, and neither do most deep-seated beliefs. If you’re the one seeking reconciliation, focus on concrete examples of your wellbeing and gratitude, as he did , evidence often speaks louder than argument. And if you’re watching from safety, offer quiet solidarity; sometimes refusal to judge is the most powerful thing you can give.</w:t>
      </w:r>
      <w:r/>
    </w:p>
    <w:p>
      <w:r/>
      <w:r>
        <w:t>It's a small change that can make every difficult conversation a little more hopeful.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10">
        <w:r>
          <w:rPr>
            <w:color w:val="0000EE"/>
            <w:u w:val="single"/>
          </w:rPr>
          <w:t>[4]</w:t>
        </w:r>
      </w:hyperlink>
      <w:r>
        <w:t xml:space="preserve">, </w:t>
      </w:r>
      <w:hyperlink r:id="rId11">
        <w:r>
          <w:rPr>
            <w:color w:val="0000EE"/>
            <w:u w:val="single"/>
          </w:rPr>
          <w:t>[5]</w:t>
        </w:r>
      </w:hyperlink>
      <w:r>
        <w:t xml:space="preserve">- Paragraph 5: </w:t>
      </w:r>
      <w:hyperlink r:id="rId13">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https://www.publimetro.co/entretenimiento/2026/08/27/me-le-arrodille-y-lloro-carlos-vargas-abrio-su-corazon-y-recordo-la-dura-aceptacion-de-su-sexualidad/</w:t>
        </w:r>
      </w:hyperlink>
      <w:r>
        <w:t xml:space="preserve"> - Please view link - unable to able to access data</w:t>
      </w:r>
      <w:r/>
    </w:p>
    <w:p>
      <w:pPr>
        <w:pStyle w:val="ListNumber"/>
        <w:spacing w:line="240" w:lineRule="auto"/>
        <w:ind w:left="720"/>
      </w:pPr>
      <w:r/>
      <w:hyperlink r:id="rId9">
        <w:r>
          <w:rPr>
            <w:color w:val="0000EE"/>
            <w:u w:val="single"/>
          </w:rPr>
          <w:t>https://www.publimetro.co/entretenimiento/2026/08/27/me-le-arrodille-y-lloro-carlos-vargas-abrio-su-corazon-y-recordo-la-dura-aceptacion-de-su-sexualidad/</w:t>
        </w:r>
      </w:hyperlink>
      <w:r>
        <w:t xml:space="preserve"> - Carlos Vargas, a prominent Colombian journalist and presenter, shared his personal journey of accepting his sexuality in an interview with Cristina Estupiñán. He recounted facing rejection during his youth for being effeminate and overweight, and the challenges of coming out to his family. Vargas recalled a painful incident where his father threatened to expel him from the house upon learning of his homosexuality, but his mother's support prevented this. He also spoke about his heartfelt prayers for acceptance and the eventual healing of his relationship with his father before his passing.</w:t>
      </w:r>
      <w:r/>
    </w:p>
    <w:p>
      <w:pPr>
        <w:pStyle w:val="ListNumber"/>
        <w:spacing w:line="240" w:lineRule="auto"/>
        <w:ind w:left="720"/>
      </w:pPr>
      <w:r/>
      <w:hyperlink r:id="rId13">
        <w:r>
          <w:rPr>
            <w:color w:val="0000EE"/>
            <w:u w:val="single"/>
          </w:rPr>
          <w:t>https://www.infobae.com/colombia/2023/05/15/carlos-vargas-confeso-los-hijos-de-expresidentes-a-los-que-les-tiene-ganas/</w:t>
        </w:r>
      </w:hyperlink>
      <w:r>
        <w:t xml:space="preserve"> - Carlos Vargas, a well-known Colombian presenter, candidly discussed his attractions towards the sons of former presidents in an interview with Spanish journalist Eva Rey. He revealed his feelings towards certain political figures' children, showcasing his openness about his personal preferences and relationships. This revelation highlights Vargas's unfiltered approach to discussing his sexuality and attractions, contributing to ongoing conversations about openness and acceptance in Colombian media.</w:t>
      </w:r>
      <w:r/>
    </w:p>
    <w:p>
      <w:pPr>
        <w:pStyle w:val="ListNumber"/>
        <w:spacing w:line="240" w:lineRule="auto"/>
        <w:ind w:left="720"/>
      </w:pPr>
      <w:r/>
      <w:hyperlink r:id="rId10">
        <w:r>
          <w:rPr>
            <w:color w:val="0000EE"/>
            <w:u w:val="single"/>
          </w:rPr>
          <w:t>https://www.eltiempo.com/cultura/gente/carlos-vargas-dijo-que-se-alejo-de-contenidos-sexuales-en-redes-sociales-por-salud-774813</w:t>
        </w:r>
      </w:hyperlink>
      <w:r>
        <w:t xml:space="preserve"> - Carlos Vargas, a prominent Colombian presenter, announced his decision to distance himself from sexual content on social media for health reasons. He stated that he no longer follows accounts featuring such content, emphasizing the importance of mental and emotional well-being. This decision reflects Vargas's commitment to personal health and his awareness of the impact of online content on one's mental state, highlighting the need for mindful social media engagement.</w:t>
      </w:r>
      <w:r/>
    </w:p>
    <w:p>
      <w:pPr>
        <w:pStyle w:val="ListNumber"/>
        <w:spacing w:line="240" w:lineRule="auto"/>
        <w:ind w:left="720"/>
      </w:pPr>
      <w:r/>
      <w:hyperlink r:id="rId11">
        <w:r>
          <w:rPr>
            <w:color w:val="0000EE"/>
            <w:u w:val="single"/>
          </w:rPr>
          <w:t>https://www.infobae.com/colombia/2025/09/14/carlos-vargas-de-la-red-revelo-las-experiencias-detras-de-su-orientacion-sexual-nunca-he-estado-sexualmente-con-una-mujer/</w:t>
        </w:r>
      </w:hyperlink>
      <w:r>
        <w:t xml:space="preserve"> - Carlos Vargas, a presenter on 'La Red', openly discussed his experiences related to his sexual orientation, revealing that he has never been sexually involved with a woman. He shared how fear of discrimination and uncertainty about his peers' reactions led him to simulate heterosexual relationships during his school years. Vargas's candidness sheds light on the challenges faced by individuals in accepting and expressing their true selves, especially in environments that may not be accepting.</w:t>
      </w:r>
      <w:r/>
    </w:p>
    <w:p>
      <w:pPr>
        <w:pStyle w:val="ListNumber"/>
        <w:spacing w:line="240" w:lineRule="auto"/>
        <w:ind w:left="720"/>
      </w:pPr>
      <w:r/>
      <w:hyperlink r:id="rId14">
        <w:r>
          <w:rPr>
            <w:color w:val="0000EE"/>
            <w:u w:val="single"/>
          </w:rPr>
          <w:t>https://www.infobae.com/colombia/2024/08/03/carlos-vargas-revelo-la-verdad-tras-su-ruptura-con-su-novio-decidi-tener-una-relacion-abierta/?outputType=amp-type</w:t>
        </w:r>
      </w:hyperlink>
      <w:r>
        <w:t xml:space="preserve"> - Carlos Vargas, known for his role on 'La Red', revealed the truth behind his breakup with his boyfriend, stating that he chose to have an open relationship. He expressed feelings of 'spite, pain, and anger' following the breakup, highlighting the emotional complexities involved. This disclosure provides insight into Vargas's personal life and the dynamics of modern relationships, emphasizing the importance of communication and understanding in romantic partnerships.</w:t>
      </w:r>
      <w:r/>
    </w:p>
    <w:p>
      <w:pPr>
        <w:pStyle w:val="ListNumber"/>
        <w:spacing w:line="240" w:lineRule="auto"/>
        <w:ind w:left="720"/>
      </w:pPr>
      <w:r/>
      <w:hyperlink r:id="rId12">
        <w:r>
          <w:rPr>
            <w:color w:val="0000EE"/>
            <w:u w:val="single"/>
          </w:rPr>
          <w:t>https://www.elespectador.com/revista-vea/famosos/carlos-vargas-revela-que-le-pidio-su-abre-cuando-supo-que-era-gay/</w:t>
        </w:r>
      </w:hyperlink>
      <w:r>
        <w:t xml:space="preserve"> - Carlos Vargas, a presenter on 'La Red', recounted his mother's reaction upon learning of his homosexuality. He shared that his mother, in tears, asked him not to wear skirts, reflecting the cultural challenges and generational differences in understanding and acceptance of LGBTQ+ identities. Vargas's story underscores the personal struggles and familial dynamics often encountered by individuals coming out, highlighting the need for empathy and open dialogue within families.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ublimetro.co/entretenimiento/2026/08/27/me-le-arrodille-y-lloro-carlos-vargas-abrio-su-corazon-y-recordo-la-dura-aceptacion-de-su-sexualidad/" TargetMode="External"/><Relationship Id="rId10" Type="http://schemas.openxmlformats.org/officeDocument/2006/relationships/hyperlink" Target="https://www.eltiempo.com/cultura/gente/carlos-vargas-dijo-que-se-alejo-de-contenidos-sexuales-en-redes-sociales-por-salud-774813" TargetMode="External"/><Relationship Id="rId11" Type="http://schemas.openxmlformats.org/officeDocument/2006/relationships/hyperlink" Target="https://www.infobae.com/colombia/2025/09/14/carlos-vargas-de-la-red-revelo-las-experiencias-detras-de-su-orientacion-sexual-nunca-he-estado-sexualmente-con-una-mujer/" TargetMode="External"/><Relationship Id="rId12" Type="http://schemas.openxmlformats.org/officeDocument/2006/relationships/hyperlink" Target="https://www.elespectador.com/revista-vea/famosos/carlos-vargas-revela-que-le-pidio-su-abre-cuando-supo-que-era-gay/" TargetMode="External"/><Relationship Id="rId13" Type="http://schemas.openxmlformats.org/officeDocument/2006/relationships/hyperlink" Target="https://www.infobae.com/colombia/2023/05/15/carlos-vargas-confeso-los-hijos-de-expresidentes-a-los-que-les-tiene-ganas/" TargetMode="External"/><Relationship Id="rId14" Type="http://schemas.openxmlformats.org/officeDocument/2006/relationships/hyperlink" Target="https://www.infobae.com/colombia/2024/08/03/carlos-vargas-revelo-la-verdad-tras-su-ruptura-con-su-novio-decidi-tener-una-relacion-abierta/?outputType=amp-ty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