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Tribute: Moore Hope Plaza Anchors Oakland’s Lakeshore LGBTQ Cultural District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gathered to celebrate a new public space that honours local champions; Moore Hope Plaza, unveiled outside the Oakland LGBTQ Community Center, cements Lakeshore Avenue as a visible, safe and celebratory corner of the city’s LGBTQ cultural district.</w:t>
      </w:r>
      <w:r/>
      <w:r/>
    </w:p>
    <w:p>
      <w:pPr>
        <w:pStyle w:val="ListBullet"/>
        <w:spacing w:line="240" w:lineRule="auto"/>
        <w:ind w:left="720"/>
      </w:pPr>
      <w:r/>
      <w:r>
        <w:rPr>
          <w:b/>
        </w:rPr>
        <w:t>Official dedication:</w:t>
      </w:r>
      <w:r>
        <w:t xml:space="preserve"> The plaza was formally unveiled on 12 August 2026 with city leaders and community organisers present. </w:t>
      </w:r>
      <w:r/>
    </w:p>
    <w:p>
      <w:pPr>
        <w:pStyle w:val="ListBullet"/>
        <w:spacing w:line="240" w:lineRule="auto"/>
        <w:ind w:left="720"/>
      </w:pPr>
      <w:r/>
      <w:r>
        <w:rPr>
          <w:b/>
        </w:rPr>
        <w:t>Honouring activists:</w:t>
      </w:r>
      <w:r>
        <w:t xml:space="preserve"> It commemorates Peggy Moore and Hope Wood, long-time Bay Area political strategists and LGBTQ advocates. </w:t>
      </w:r>
      <w:r/>
    </w:p>
    <w:p>
      <w:pPr>
        <w:pStyle w:val="ListBullet"/>
        <w:spacing w:line="240" w:lineRule="auto"/>
        <w:ind w:left="720"/>
      </w:pPr>
      <w:r/>
      <w:r>
        <w:rPr>
          <w:b/>
        </w:rPr>
        <w:t>Visible symbolism:</w:t>
      </w:r>
      <w:r>
        <w:t xml:space="preserve"> A Progress Pride flag was raised and a permanent plaza sign installed, giving the district a daily reminder of inclusion. </w:t>
      </w:r>
      <w:r/>
    </w:p>
    <w:p>
      <w:pPr>
        <w:pStyle w:val="ListBullet"/>
        <w:spacing w:line="240" w:lineRule="auto"/>
        <w:ind w:left="720"/>
      </w:pPr>
      <w:r/>
      <w:r>
        <w:rPr>
          <w:b/>
        </w:rPr>
        <w:t>Community use:</w:t>
      </w:r>
      <w:r>
        <w:t xml:space="preserve"> The plaza will host events, vigils and festival programming, beginning with the kickoff to Oakland’s 2026 Pride pre-festival activities. </w:t>
      </w:r>
      <w:r/>
      <w:r/>
    </w:p>
    <w:p>
      <w:pPr>
        <w:pStyle w:val="Heading2"/>
      </w:pPr>
      <w:r>
        <w:t>A place that feels like home , and a rallying cry</w:t>
      </w:r>
      <w:r/>
    </w:p>
    <w:p>
      <w:r/>
      <w:r>
        <w:t>The strongest moment was the sign reveal, simple but electric, that made Lakeshore Avenue feel newly claimed , familiar shops framed by a flagged, open space where people can gather. According to the Lakeshore LGBTQ Cultural District, Moore Hope Plaza sits right outside the Oakland LGBTQ Community Center and is meant as a visible anchor of safety and celebration. The scene was equal parts tender and triumphant, as friends and neighbours cheered the memory of two organisers who helped shape local politics.</w:t>
      </w:r>
      <w:r/>
    </w:p>
    <w:p>
      <w:r/>
      <w:r>
        <w:t>The plaza grew from years of grassroots organising and local advocacy. Peggy Moore and Hope Wood were leaders in Bay Area civic life whose work ranged from voter mobilisation to mentoring young activists. Their sudden deaths in 2024 left a gap the community clearly wanted to mark, and the plaque, flagpole and programme of community events give that grief a constructive, living form.</w:t>
      </w:r>
      <w:r/>
    </w:p>
    <w:p>
      <w:pPr>
        <w:pStyle w:val="Heading2"/>
      </w:pPr>
      <w:r>
        <w:t>Who showed up and why it mattered</w:t>
      </w:r>
      <w:r/>
    </w:p>
    <w:p>
      <w:r/>
      <w:r>
        <w:t>Oakland Mayor Barbara Lee and Congressmember Lateefah Simon joined centre co-founders Joe Hawkins and Jeff Myers for the dedication, lending both political weight and civic warmth to the affair. According to coverage and the community centre’s own announcements, the event was also the official kick-off for Pride pre-festival activities, so it doubled as celebration and remembrance.</w:t>
      </w:r>
      <w:r/>
    </w:p>
    <w:p>
      <w:r/>
      <w:r>
        <w:t>That mix matters because memorials that are only retrospective can feel distant; by tying the plaza to ongoing programming the city ensures Moore and Hope’s names will be part of daily life. For locals, that means a familiar spot for vigils, drag brunch spillovers, arts happenings, and quiet reflection when the crowds have gone.</w:t>
      </w:r>
      <w:r/>
    </w:p>
    <w:p>
      <w:pPr>
        <w:pStyle w:val="Heading2"/>
      </w:pPr>
      <w:r>
        <w:t>How the plaza fits into a broader cultural district trend</w:t>
      </w:r>
      <w:r/>
    </w:p>
    <w:p>
      <w:r/>
      <w:r>
        <w:t>Cities are increasingly designating neighbourhoods as cultural districts to protect and promote communities that have historically been marginalised. Lakeshore’s LGBTQ Cultural District joins a modest but growing list of places where streetscape improvements meet cultural preservation. The district’s website outlines plans for signage and activation that make the plaza both symbolic and practical.</w:t>
      </w:r>
      <w:r/>
    </w:p>
    <w:p>
      <w:r/>
      <w:r>
        <w:t>This isn’t just about a sign and a flag; it’s about economic and social stewardship. A plaza like this can help sustain local LGBTQ-owned businesses by drawing footfall and by signalling to outsiders that this is a safe, vibrant corridor. If you run a shop or plan an event, think about scheduling around the district’s calendar , your business could benefit from the extra attention.</w:t>
      </w:r>
      <w:r/>
    </w:p>
    <w:p>
      <w:pPr>
        <w:pStyle w:val="Heading2"/>
      </w:pPr>
      <w:r>
        <w:t>What the plaza will be used for , and how to take part</w:t>
      </w:r>
      <w:r/>
    </w:p>
    <w:p>
      <w:r/>
      <w:r>
        <w:t>Organisers say Moore Hope Plaza will host a range of events, from Pride lead-ups to memorials and community workshops. The dedication itself included speeches, a flag-raising, and public remarks about the couple’s grassroots legacy. Event listings for the plaza are already appearing on community calendars and the Lakeshore Cultural District’s site.</w:t>
      </w:r>
      <w:r/>
    </w:p>
    <w:p>
      <w:r/>
      <w:r>
        <w:t>If you want to be involved, follow the district’s announcements and the Oakland LGBTQ Community Center’s events page. Volunteer opportunities, sponsorships for programming, or simply turning up to a scheduled event are easy ways to support the plaza’s life and purpose.</w:t>
      </w:r>
      <w:r/>
    </w:p>
    <w:p>
      <w:pPr>
        <w:pStyle w:val="Heading2"/>
      </w:pPr>
      <w:r>
        <w:t>A civic memory that keeps moving forward</w:t>
      </w:r>
      <w:r/>
    </w:p>
    <w:p>
      <w:r/>
      <w:r>
        <w:t>There’s a sweet, resolute logic to placing a memorial where people live and shop: it invites everyday encounters with history. Moore Hope Plaza won’t be quiet , it’s designed to be used, to hold both celebration and critique. As organisers pointed out at the ceremony, the plaza stands as a reminder of the progress driven by Black and queer activists in the Bay Area.</w:t>
      </w:r>
      <w:r/>
    </w:p>
    <w:p>
      <w:r/>
      <w:r>
        <w:t>It’s a hopeful addition to Lakeshore Avenue: a small plaza with a clear intent to keep activism in public view and community life humming.</w:t>
      </w:r>
      <w:r/>
    </w:p>
    <w:p>
      <w:r/>
      <w:r>
        <w:t>It's a small change that can make daily civic life feel safer and more grounded.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[7]</w:t>
        </w:r>
      </w:hyperlink>
      <w:r>
        <w:t xml:space="preserve">- Paragraph 3: </w:t>
      </w:r>
      <w:hyperlink r:id="rId11">
        <w:r>
          <w:rPr>
            <w:color w:val="0000EE"/>
            <w:u w:val="single"/>
          </w:rPr>
          <w:t>[3]</w:t>
        </w:r>
      </w:hyperlink>
      <w:r>
        <w:t xml:space="preserve">, </w:t>
      </w:r>
      <w:hyperlink r:id="rId10">
        <w:r>
          <w:rPr>
            <w:color w:val="0000EE"/>
            <w:u w:val="single"/>
          </w:rPr>
          <w:t>[2]</w:t>
        </w:r>
      </w:hyperlink>
      <w:r>
        <w:t xml:space="preserve">- Paragraph 4: </w:t>
      </w:r>
      <w:hyperlink r:id="rId13">
        <w:r>
          <w:rPr>
            <w:color w:val="0000EE"/>
            <w:u w:val="single"/>
          </w:rPr>
          <w:t>[4]</w:t>
        </w:r>
      </w:hyperlink>
      <w:r>
        <w:t xml:space="preserve">, </w:t>
      </w:r>
      <w:hyperlink r:id="rId10">
        <w:r>
          <w:rPr>
            <w:color w:val="0000EE"/>
            <w:u w:val="single"/>
          </w:rPr>
          <w:t>[2]</w:t>
        </w:r>
      </w:hyperlink>
      <w:r>
        <w:t xml:space="preserve">- Paragraph 5: </w:t>
      </w:r>
      <w:hyperlink r:id="rId14">
        <w:r>
          <w:rPr>
            <w:color w:val="0000EE"/>
            <w:u w:val="single"/>
          </w:rPr>
          <w:t>[5]</w:t>
        </w:r>
      </w:hyperlink>
      <w:r>
        <w:t xml:space="preserve">, </w:t>
      </w:r>
      <w:hyperlink r:id="rId10">
        <w:r>
          <w:rPr>
            <w:color w:val="0000EE"/>
            <w:u w:val="single"/>
          </w:rPr>
          <w:t>[2]</w:t>
        </w:r>
      </w:hyperlink>
      <w:r>
        <w:t xml:space="preserve">- Paragraph 6: </w:t>
      </w:r>
      <w:hyperlink r:id="rId15">
        <w:r>
          <w:rPr>
            <w:color w:val="0000EE"/>
            <w:u w:val="single"/>
          </w:rPr>
          <w:t>[6]</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https://sfbaytimes.com/moore-hope-plaza-unveiled-in-oaklands-lakeshore-lgbtq-cultural-district/?utm_source=rss&amp;utm_medium=rss&amp;utm_campaign=moore-hope-plaza-unveiled-in-oaklands-lakeshore-lgbtq-cultural-district</w:t>
        </w:r>
      </w:hyperlink>
      <w:r>
        <w:t xml:space="preserve"> - Please view link - unable to able to access data</w:t>
      </w:r>
      <w:r/>
    </w:p>
    <w:p>
      <w:pPr>
        <w:pStyle w:val="ListNumber"/>
        <w:spacing w:line="240" w:lineRule="auto"/>
        <w:ind w:left="720"/>
      </w:pPr>
      <w:r/>
      <w:hyperlink r:id="rId10">
        <w:r>
          <w:rPr>
            <w:color w:val="0000EE"/>
            <w:u w:val="single"/>
          </w:rPr>
          <w:t>https://www.lakeshorelgbtqculturaldistrict.org/moorehopeplaza</w:t>
        </w:r>
      </w:hyperlink>
      <w:r>
        <w:t xml:space="preserve"> - Moore Hope Plaza, located at the corner of Lakeshore and Lake Park in Oakland, serves as the main entry point into the Lakeshore LGBTQ Cultural District. The plaza is named in honour of Peggy Moore and Hope Wood, a married lesbian couple and beloved community organisers. Tragically, they both lost their lives in a car accident in San Diego County in May 2024. This marks the first time a plaza in Oakland has been named after LGBTQ community members, and the first in California to be named for queer women of colour. The dedication ceremony was held on August 12, 2026, during the week leading up to the Oakland Pride Parade &amp; Festival. The plaza features a city sign bearing its name, a forty-foot flagpole dedicated to flying a giant-sized LGBTQ inclusion flag year-round, a rainbow crosswalk, trees and garden sections, built-in cement seating blocks, and public art exhibits. It is located directly in front of two queer community spaces: the Oakland LGBTQ Community Center and the Lakeshore Lavender Lounge. A plaque will be added in the future to educate visitors about the plaza's namesakes and those who helped make it possible.</w:t>
      </w:r>
      <w:r/>
    </w:p>
    <w:p>
      <w:pPr>
        <w:pStyle w:val="ListNumber"/>
        <w:spacing w:line="240" w:lineRule="auto"/>
        <w:ind w:left="720"/>
      </w:pPr>
      <w:r/>
      <w:hyperlink r:id="rId11">
        <w:r>
          <w:rPr>
            <w:color w:val="0000EE"/>
            <w:u w:val="single"/>
          </w:rPr>
          <w:t>https://sfbaytimes.com/moore-hope-plaza-unveiled-in-oaklands-lakeshore-lgbtq-cultural-district/</w:t>
        </w:r>
      </w:hyperlink>
      <w:r>
        <w:t xml:space="preserve"> - On August 12, 2026, Oakland Mayor Barbara Lee, Congressmember Lateefah Simon, and Oakland LGBTQ+ Center Co-Founders Joe Hawkins and Jeff Myers gathered for the official dedication ceremony of Moore Hope Plaza. Situated directly outside the Oakland LGBTQ Community Center, the plaza was unveiled in honour of the late political strategists and LGBTQ+ advocates Peggy Moore and Hope Wood, who were also longtime supporters of the San Francisco Bay Times. The ceremony transformed the bustling commercial corridor into a space of celebration, remembrance, and community pride. Speeches highlighted the couple’s transformative grassroots legacy. Moore and Wood, who met while organising for Barack Obama’s 2008 presidential campaign and went on to found the political consultancy Hope Action Change, spent decades advancing civil rights, economic equity, and intersectional social justice across the East Bay. The unveiling ceremony stood as a powerful tribute to their decades of activism, honouring their contributions following their tragic sudden passing in a car accident in May 2024. The centerpiece of the ceremony featured the official sign unveiling and a flag-raising ceremony, hoisting the Progress Pride flag high above Lakeshore Avenue. Attendees erupted in applause as the organisers emphasised that Moore Hope Plaza will serve as a permanent, visible anchor of safety and inclusion within Oakland’s designated Lakeshore LGBTQ Cultural District. The space now stands as a daily reminder of the progress paved by Black and queer activists in the Bay Area.</w:t>
      </w:r>
      <w:r/>
    </w:p>
    <w:p>
      <w:pPr>
        <w:pStyle w:val="ListNumber"/>
        <w:spacing w:line="240" w:lineRule="auto"/>
        <w:ind w:left="720"/>
      </w:pPr>
      <w:r/>
      <w:hyperlink r:id="rId13">
        <w:r>
          <w:rPr>
            <w:color w:val="0000EE"/>
            <w:u w:val="single"/>
          </w:rPr>
          <w:t>https://www.lgbtqnation.com/2024/05/california-lesbian-power-couple-dies-tragic-car-crash/</w:t>
        </w:r>
      </w:hyperlink>
      <w:r>
        <w:t xml:space="preserve"> - Peggy Moore and Hope Wood, two political activists based in Northern California, died in a car crash on May 10, 2024. Moore was 60 and Wood 48. The collision took place on California Highway 76 in unincorporated San Diego County when the Jeep Gladiator they were travelling in hit a Chrysler sedan. The drivers of the Chrysler and Jeep both died as well. The only survivor of the crash was Wood’s aunt, who was seriously injured. The two got married at Lake Merritt in Oakland, California on July 29, 2013, after Proposition 8 – which had banned marriage equality – was struck down. They met while campaigning for former President Barack Obama in 2008. Together, the couple founded Hope Action Change, a consulting firm focusing on developing diversity in leadership across organisations and companies, which they describe as “leadership grounded in love” on their website. Moore was a campaign manager for former Oakland Mayor Libby Schaaf (D), and after her election, she served as her senior advisor in 2014. Moore ran for a seat on the Oakland City Council but lost to an incumbent in 2016. She was a general consultant for Diana Betcon’s winning campaign for district attorney in Northern California’s Contra Costa County. Alongside her political work, she co-founded Sistahs Steppin’ in Pride, which was a queer women’s event held in the east San Francisco Bay Area during the early 2000s. Wood worked as a political organiser in California and nationwide for the last 20 years. She was also a former teaching fellow for Harvard Kennedy School’s Leadership Organising, Action: Leading Change course. On X (formerly Twitter), Rep. Barbara Lee (D-CA) said, “Peggy Moore &amp; Hope Wood were remarkable women who dedicated their lives to equality &amp; justice. Their values brought them together &amp; are the legacy they leave behind. Their family &amp; friends are hurting, but we must remember we are all connected through the work they did every day.”</w:t>
      </w:r>
      <w:r/>
    </w:p>
    <w:p>
      <w:pPr>
        <w:pStyle w:val="ListNumber"/>
        <w:spacing w:line="240" w:lineRule="auto"/>
        <w:ind w:left="720"/>
      </w:pPr>
      <w:r/>
      <w:hyperlink r:id="rId14">
        <w:r>
          <w:rPr>
            <w:color w:val="0000EE"/>
            <w:u w:val="single"/>
          </w:rPr>
          <w:t>https://qlist.app/events/Oakland/Dedication-Ceremony-Moore-Hope-Plaza/29175</w:t>
        </w:r>
      </w:hyperlink>
      <w:r>
        <w:t xml:space="preserve"> - Celebrate the official dedication of Moore Hope Plaza, honouring Oakland lesbian couple and community organisers Peggy Moore and Hope Wood. The ceremony runs from noon to 3:30 PM during the week leading up to Oakland Pride. Located at the corner of Lakeshore and Lake Park, the new plaza serves as a gateway to Oakland’s Lakeshore LGBTQ Cultural District, marking a visible point of entry into the neighbourhood’s queer community and history.</w:t>
      </w:r>
      <w:r/>
    </w:p>
    <w:p>
      <w:pPr>
        <w:pStyle w:val="ListNumber"/>
        <w:spacing w:line="240" w:lineRule="auto"/>
        <w:ind w:left="720"/>
      </w:pPr>
      <w:r/>
      <w:hyperlink r:id="rId15">
        <w:r>
          <w:rPr>
            <w:color w:val="0000EE"/>
            <w:u w:val="single"/>
          </w:rPr>
          <w:t>https://www.ebar.com/story/166490</w:t>
        </w:r>
      </w:hyperlink>
      <w:r>
        <w:t xml:space="preserve"> - In a recent statement, Oakland Mayor Barbara Lee expressed support for the City Council's advancement of the commemorative renaming of the Moore Hope Plaza outside the LGBTQ centre. Oakland couple Peggy Moore and her spouse, Hope Wood, were killed in a vehicle collision in Southern California in May 2024. Mayor Lee stated, “Together, Peggy and Hope dedicated their lives to lifting up others. They organised, advocated, mentored, and built bridges across communities. Whether fighting for LGBTQ rights, civic participation, racial justice, or simply showing up for neighbours in need, they embodied the very best of Oakland.” She added that the renaming of the Moore Hope Plaza will help ensure that future generations will know their names, understand their work, and carry forward the values they both stood for. “It creates a permanent space in the heart of Oakland that reflects hope, courage, inclusion, and community care,” she stated.</w:t>
      </w:r>
      <w:r/>
    </w:p>
    <w:p>
      <w:pPr>
        <w:pStyle w:val="ListNumber"/>
        <w:spacing w:line="240" w:lineRule="auto"/>
        <w:ind w:left="720"/>
      </w:pPr>
      <w:r/>
      <w:hyperlink r:id="rId12">
        <w:r>
          <w:rPr>
            <w:color w:val="0000EE"/>
            <w:u w:val="single"/>
          </w:rPr>
          <w:t>https://sfbaytimes.com/the-passing-of-peggy-moore-and-hope-wood-is-a-tragic-loss-to-oakland-and-the-nation/</w:t>
        </w:r>
      </w:hyperlink>
      <w:r>
        <w:t xml:space="preserve"> - On May 10, 2024, the Bay Area, and Oakland in particular, lost two titans who were advocates, advisors, strategists, and friends who helped shape the political landscape of the nation and Oakland. I am talking about the tragic and sudden deaths of Peggy Moore and Hope Wood. They lived, loved, and worked in Oakland for many years as powerful advocates for community health and LGBTQ rights and visibility. They helped elect Barack Obama to be the 44th President of</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moore-hope-plaza-unveiled-in-oaklands-lakeshore-lgbtq-cultural-district/?utm_source=rss&amp;utm_medium=rss&amp;utm_campaign=moore-hope-plaza-unveiled-in-oaklands-lakeshore-lgbtq-cultural-district" TargetMode="External"/><Relationship Id="rId10" Type="http://schemas.openxmlformats.org/officeDocument/2006/relationships/hyperlink" Target="https://www.lakeshorelgbtqculturaldistrict.org/moorehopeplaza" TargetMode="External"/><Relationship Id="rId11" Type="http://schemas.openxmlformats.org/officeDocument/2006/relationships/hyperlink" Target="https://sfbaytimes.com/moore-hope-plaza-unveiled-in-oaklands-lakeshore-lgbtq-cultural-district/" TargetMode="External"/><Relationship Id="rId12" Type="http://schemas.openxmlformats.org/officeDocument/2006/relationships/hyperlink" Target="https://sfbaytimes.com/the-passing-of-peggy-moore-and-hope-wood-is-a-tragic-loss-to-oakland-and-the-nation/" TargetMode="External"/><Relationship Id="rId13" Type="http://schemas.openxmlformats.org/officeDocument/2006/relationships/hyperlink" Target="https://www.lgbtqnation.com/2024/05/california-lesbian-power-couple-dies-tragic-car-crash/" TargetMode="External"/><Relationship Id="rId14" Type="http://schemas.openxmlformats.org/officeDocument/2006/relationships/hyperlink" Target="https://qlist.app/events/Oakland/Dedication-Ceremony-Moore-Hope-Plaza/29175" TargetMode="External"/><Relationship Id="rId15" Type="http://schemas.openxmlformats.org/officeDocument/2006/relationships/hyperlink" Target="https://www.ebar.com/story/166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