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Paul Baker’s Starkly Real Bisexual Storyline in Adults Season 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noting how Paul Baker’s Season 2 debut quietly nails a familiar, canonic bisexual experience , a man who genuinely belongs in two different friend groups and feels different, comfortable versions of himself with each. Here’s why it lands, where to stream the episode, and how this split social life matters for queer representation.</w:t>
      </w:r>
      <w:r/>
    </w:p>
    <w:p>
      <w:r/>
      <w:r>
        <w:t>Essential takeaways</w:t>
      </w:r>
      <w:r/>
      <w:r/>
    </w:p>
    <w:p>
      <w:pPr>
        <w:pStyle w:val="ListBullet"/>
        <w:spacing w:line="240" w:lineRule="auto"/>
        <w:ind w:left="720"/>
      </w:pPr>
      <w:r/>
      <w:r>
        <w:rPr>
          <w:b/>
        </w:rPr>
        <w:t>Dual social life:</w:t>
      </w:r>
      <w:r>
        <w:t xml:space="preserve"> Paul Baker openly maintains two distinct friend circles , a traditionally straight, sports‑and‑banter group and a more emotionally literate queer household.</w:t>
      </w:r>
      <w:r/>
    </w:p>
    <w:p>
      <w:pPr>
        <w:pStyle w:val="ListBullet"/>
        <w:spacing w:line="240" w:lineRule="auto"/>
        <w:ind w:left="720"/>
      </w:pPr>
      <w:r/>
      <w:r>
        <w:rPr>
          <w:b/>
        </w:rPr>
        <w:t>Authentic details:</w:t>
      </w:r>
      <w:r>
        <w:t xml:space="preserve"> The episode captures small sensory beats , beer pong, locker‑room camaraderie, different voice tones , that make the contrast believable.</w:t>
      </w:r>
      <w:r/>
    </w:p>
    <w:p>
      <w:pPr>
        <w:pStyle w:val="ListBullet"/>
        <w:spacing w:line="240" w:lineRule="auto"/>
        <w:ind w:left="720"/>
      </w:pPr>
      <w:r/>
      <w:r>
        <w:rPr>
          <w:b/>
        </w:rPr>
        <w:t>Emotional fallout:</w:t>
      </w:r>
      <w:r>
        <w:t xml:space="preserve"> Housemates feel betrayed on discovery, which rings true to anyone who’s hidden parts of themselves from close friends.</w:t>
      </w:r>
      <w:r/>
    </w:p>
    <w:p>
      <w:pPr>
        <w:pStyle w:val="ListBullet"/>
        <w:spacing w:line="240" w:lineRule="auto"/>
        <w:ind w:left="720"/>
      </w:pPr>
      <w:r/>
      <w:r>
        <w:rPr>
          <w:b/>
        </w:rPr>
        <w:t>Why it matters:</w:t>
      </w:r>
      <w:r>
        <w:t xml:space="preserve"> This depiction normalises fluid attraction and shows how identity can flex across contexts without invalidating either side.</w:t>
      </w:r>
      <w:r/>
    </w:p>
    <w:p>
      <w:pPr>
        <w:pStyle w:val="ListBullet"/>
        <w:spacing w:line="240" w:lineRule="auto"/>
        <w:ind w:left="720"/>
      </w:pPr>
      <w:r/>
      <w:r>
        <w:rPr>
          <w:b/>
        </w:rPr>
        <w:t>Where to watch:</w:t>
      </w:r>
      <w:r>
        <w:t xml:space="preserve"> Adults Season 2, episode one, “The Scrub,” is streaming now on Hulu and FX (check local availability).</w:t>
      </w:r>
      <w:r/>
      <w:r/>
    </w:p>
    <w:p>
      <w:pPr>
        <w:pStyle w:val="Heading2"/>
      </w:pPr>
      <w:r>
        <w:t>Why this scene lands , the small, telling moments</w:t>
      </w:r>
      <w:r/>
    </w:p>
    <w:p>
      <w:r/>
      <w:r>
        <w:t>The opener hits with a simple, deeply human reveal: Paul mirrors his phone to a TV while FaceTiming the other group and the contrast is immediate. You can almost hear the room , clinking cups, shouted bets, the different cadence of jokes. It’s those tiny details that make the scene ring true, because they map onto real social rituals. According to episode listings and photos, the set plays up that straight‑male apartment vibe, and viewers are responding to how ordinary and specific it feels.</w:t>
      </w:r>
      <w:r/>
    </w:p>
    <w:p>
      <w:pPr>
        <w:pStyle w:val="Heading2"/>
      </w:pPr>
      <w:r>
        <w:t>Backstory and context , how this fits season 2</w:t>
      </w:r>
      <w:r/>
    </w:p>
    <w:p>
      <w:r/>
      <w:r>
        <w:t>Season 2 picks up months after a surprising wedding and shifts the ensemble dynamic, so Paul’s secret social life doesn’t exist in a vacuum. Fans and critics have noted the episode makes the reveal part of the group’s longer arc about honesty and intimacy. Industry coverage of the show returning emphasises its Gen‑Z sensibility and willingness to lean into messy, human relationships, which is precisely where this storyline sits.</w:t>
      </w:r>
      <w:r/>
    </w:p>
    <w:p>
      <w:pPr>
        <w:pStyle w:val="Heading2"/>
      </w:pPr>
      <w:r>
        <w:t>The bisexuality angle , representation that recognises nuance</w:t>
      </w:r>
      <w:r/>
    </w:p>
    <w:p>
      <w:r/>
      <w:r>
        <w:t>This isn’t the cardboard bisexual trope of “indecision” or hypersexuality; it’s a portrayal of someone who’s fluent in more than one social code. Viewers on X have called the depiction “weirdly overly accurate,” and that reaction matters , it signals relief and recognition. For many bi and fluid folks, having a foot in multiple friend groups is practical and emotional, not performative. The episode gives room for that nuance without turning it into a morality tale.</w:t>
      </w:r>
      <w:r/>
    </w:p>
    <w:p>
      <w:pPr>
        <w:pStyle w:val="Heading2"/>
      </w:pPr>
      <w:r>
        <w:t>Practical takeaways for viewers and friends</w:t>
      </w:r>
      <w:r/>
    </w:p>
    <w:p>
      <w:r/>
      <w:r>
        <w:t>If you’re watching with a partner or as a friend of someone similar, expect mixed emotions onscreen: surprise, confusion, hurt, and defensiveness. That’s normal. The show implicitly suggests better outcomes come from curiosity, not accusation. A practical rule: ask how someone wants to integrate social circles, and respect that identity can be situational without being dishonest. Streaming guides note the episode is available now on Hulu/FX, so you can pause and talk through beats as they happen.</w:t>
      </w:r>
      <w:r/>
    </w:p>
    <w:p>
      <w:pPr>
        <w:pStyle w:val="Heading2"/>
      </w:pPr>
      <w:r>
        <w:t>What this says about wider cultural trends</w:t>
      </w:r>
      <w:r/>
    </w:p>
    <w:p>
      <w:r/>
      <w:r>
        <w:t>Adults is arriving at a moment when Gen‑Z sitcoms are comfortable showing the messiness of modern adulthood , overlapping identities, unconventional marriages, and friends who change as people evolve. Coverage around the show highlights a trend toward textured queer characters rather than binary roles. The Paul Baker thread joins a broader cultural appetite for stories that accept contradiction and complexity as the point, not a problem to fix.</w:t>
      </w:r>
      <w:r/>
    </w:p>
    <w:p>
      <w:r/>
      <w:r>
        <w:t>It's a small but potent portrayal that opens useful conversations about friendship, identity, and honesty.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https://www.queerty.com/weirdly-overly-accurate-how-paul-baker-captures-a-canonic-bi-male-experience-in-adults-20260828/</w:t>
        </w:r>
      </w:hyperlink>
      <w:r>
        <w:t xml:space="preserve"> - Please view link - unable to able to access data</w:t>
      </w:r>
      <w:r/>
    </w:p>
    <w:p>
      <w:pPr>
        <w:pStyle w:val="ListNumber"/>
        <w:spacing w:line="240" w:lineRule="auto"/>
        <w:ind w:left="720"/>
      </w:pPr>
      <w:r/>
      <w:hyperlink r:id="rId10">
        <w:r>
          <w:rPr>
            <w:color w:val="0000EE"/>
            <w:u w:val="single"/>
          </w:rPr>
          <w:t>https://www.tomsguide.com/entertainment/streaming/how-to-watch-adults-season-2</w:t>
        </w:r>
      </w:hyperlink>
      <w:r>
        <w:t xml:space="preserve"> - This article provides information on how to watch 'Adults' Season 2 online. It details the premiere date and time, streaming platforms, and offers guidance on accessing the show from different locations, including the use of VPNs to bypass regional restrictions.</w:t>
      </w:r>
      <w:r/>
    </w:p>
    <w:p>
      <w:pPr>
        <w:pStyle w:val="ListNumber"/>
        <w:spacing w:line="240" w:lineRule="auto"/>
        <w:ind w:left="720"/>
      </w:pPr>
      <w:r/>
      <w:hyperlink r:id="rId13">
        <w:r>
          <w:rPr>
            <w:color w:val="0000EE"/>
            <w:u w:val="single"/>
          </w:rPr>
          <w:t>https://www.rottentomatoes.com/tv/adults/s02/e01</w:t>
        </w:r>
      </w:hyperlink>
      <w:r>
        <w:t xml:space="preserve"> - This page on Rotten Tomatoes offers details about 'Adults' Season 2, Episode 1, titled 'The Scrub'. It includes a brief synopsis, cast and crew information, and links to related media content, such as trailers and photos.</w:t>
      </w:r>
      <w:r/>
    </w:p>
    <w:p>
      <w:pPr>
        <w:pStyle w:val="ListNumber"/>
        <w:spacing w:line="240" w:lineRule="auto"/>
        <w:ind w:left="720"/>
      </w:pPr>
      <w:r/>
      <w:hyperlink r:id="rId11">
        <w:r>
          <w:rPr>
            <w:color w:val="0000EE"/>
            <w:u w:val="single"/>
          </w:rPr>
          <w:t>https://seat42f.com/adults-season-2-episode-1-photos-the-scrub/</w:t>
        </w:r>
      </w:hyperlink>
      <w:r>
        <w:t xml:space="preserve"> - This article provides photos from 'Adults' Season 2, Episode 1, 'The Scrub'. It features images of the main cast members and discusses the episode's plot, highlighting the dynamics between the housemates as they uncover Paul Baker's secret.</w:t>
      </w:r>
      <w:r/>
    </w:p>
    <w:p>
      <w:pPr>
        <w:pStyle w:val="ListNumber"/>
        <w:spacing w:line="240" w:lineRule="auto"/>
        <w:ind w:left="720"/>
      </w:pPr>
      <w:r/>
      <w:hyperlink r:id="rId14">
        <w:r>
          <w:rPr>
            <w:color w:val="0000EE"/>
            <w:u w:val="single"/>
          </w:rPr>
          <w:t>https://www.rottentomatoes.com/tv/adults/s02</w:t>
        </w:r>
      </w:hyperlink>
      <w:r>
        <w:t xml:space="preserve"> - This page on Rotten Tomatoes offers an overview of 'Adults' Season 2, including episode listings, cast and crew details, and links to related media content. It provides insights into the season's themes and reception.</w:t>
      </w:r>
      <w:r/>
    </w:p>
    <w:p>
      <w:pPr>
        <w:pStyle w:val="ListNumber"/>
        <w:spacing w:line="240" w:lineRule="auto"/>
        <w:ind w:left="720"/>
      </w:pPr>
      <w:r/>
      <w:hyperlink r:id="rId15">
        <w:r>
          <w:rPr>
            <w:color w:val="0000EE"/>
            <w:u w:val="single"/>
          </w:rPr>
          <w:t>https://simkl.com/tv/2446487/adults/season-2/episode-1/</w:t>
        </w:r>
      </w:hyperlink>
      <w:r>
        <w:t xml:space="preserve"> - This page on Simkl provides information about 'Adults' Season 2, Episode 1, 'The Scrub'. It includes a brief synopsis, cast and crew details, and links to watch the episode on various streaming platforms.</w:t>
      </w:r>
      <w:r/>
    </w:p>
    <w:p>
      <w:pPr>
        <w:pStyle w:val="ListNumber"/>
        <w:spacing w:line="240" w:lineRule="auto"/>
        <w:ind w:left="720"/>
      </w:pPr>
      <w:r/>
      <w:hyperlink r:id="rId12">
        <w:r>
          <w:rPr>
            <w:color w:val="0000EE"/>
            <w:u w:val="single"/>
          </w:rPr>
          <w:t>https://www.forbes.com/sites/oliviasingh/2026/08/27/fxs-hit-gen-z-sitcom-adults-is-back-for-season-2/</w:t>
        </w:r>
      </w:hyperlink>
      <w:r>
        <w:t xml:space="preserve"> - This article from Forbes discusses the return of FX's sitcom 'Adults' for its second season. It provides insights into the show's premise, cast, and where to watch the new episodes, highlighting the evolving dynamics among the characters.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eirdly-overly-accurate-how-paul-baker-captures-a-canonic-bi-male-experience-in-adults-20260828/" TargetMode="External"/><Relationship Id="rId10" Type="http://schemas.openxmlformats.org/officeDocument/2006/relationships/hyperlink" Target="https://www.tomsguide.com/entertainment/streaming/how-to-watch-adults-season-2" TargetMode="External"/><Relationship Id="rId11" Type="http://schemas.openxmlformats.org/officeDocument/2006/relationships/hyperlink" Target="https://seat42f.com/adults-season-2-episode-1-photos-the-scrub/" TargetMode="External"/><Relationship Id="rId12" Type="http://schemas.openxmlformats.org/officeDocument/2006/relationships/hyperlink" Target="https://www.forbes.com/sites/oliviasingh/2026/08/27/fxs-hit-gen-z-sitcom-adults-is-back-for-season-2/" TargetMode="External"/><Relationship Id="rId13" Type="http://schemas.openxmlformats.org/officeDocument/2006/relationships/hyperlink" Target="https://www.rottentomatoes.com/tv/adults/s02/e01" TargetMode="External"/><Relationship Id="rId14" Type="http://schemas.openxmlformats.org/officeDocument/2006/relationships/hyperlink" Target="https://www.rottentomatoes.com/tv/adults/s02" TargetMode="External"/><Relationship Id="rId15" Type="http://schemas.openxmlformats.org/officeDocument/2006/relationships/hyperlink" Target="https://simkl.com/tv/2446487/adults/season-2/episod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