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Missi Pyle’s Queer Reveal on Shut Up Evan — what it means for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moment: Missi Pyle, the 53-year-old actor and singer, told a Netflix and podcast audience she’s open to dating people of all genders on the Group Chat segment of Shut Up Evan , a small, candid reveal that matters because it adds nuance to queer visibility for older actors and sparks conversations about dating, labels and public life.</w:t>
      </w:r>
      <w:r/>
    </w:p>
    <w:p>
      <w:r/>
      <w:r>
        <w:t>Essential takeaways</w:t>
      </w:r>
      <w:r/>
      <w:r/>
    </w:p>
    <w:p>
      <w:pPr>
        <w:pStyle w:val="ListBullet"/>
        <w:spacing w:line="240" w:lineRule="auto"/>
        <w:ind w:left="720"/>
      </w:pPr>
      <w:r/>
      <w:r>
        <w:rPr>
          <w:b/>
        </w:rPr>
        <w:t>Quiet but clear:</w:t>
      </w:r>
      <w:r>
        <w:t xml:space="preserve"> Missi Pyle said she’s open to meeting people of all genders and is currently single and dating.</w:t>
      </w:r>
      <w:r/>
    </w:p>
    <w:p>
      <w:pPr>
        <w:pStyle w:val="ListBullet"/>
        <w:spacing w:line="240" w:lineRule="auto"/>
        <w:ind w:left="720"/>
      </w:pPr>
      <w:r/>
      <w:r>
        <w:rPr>
          <w:b/>
        </w:rPr>
        <w:t>No neat label:</w:t>
      </w:r>
      <w:r>
        <w:t xml:space="preserve"> Pyle didn’t pin a specific sexual identity to herself, emphasising attraction to “a person, well, persons.”</w:t>
      </w:r>
      <w:r/>
    </w:p>
    <w:p>
      <w:pPr>
        <w:pStyle w:val="ListBullet"/>
        <w:spacing w:line="240" w:lineRule="auto"/>
        <w:ind w:left="720"/>
      </w:pPr>
      <w:r/>
      <w:r>
        <w:rPr>
          <w:b/>
        </w:rPr>
        <w:t>Dating friction:</w:t>
      </w:r>
      <w:r>
        <w:t xml:space="preserve"> She described struggles with dating apps and being recognised because of her public profile.</w:t>
      </w:r>
      <w:r/>
    </w:p>
    <w:p>
      <w:pPr>
        <w:pStyle w:val="ListBullet"/>
        <w:spacing w:line="240" w:lineRule="auto"/>
        <w:ind w:left="720"/>
      </w:pPr>
      <w:r/>
      <w:r>
        <w:rPr>
          <w:b/>
        </w:rPr>
        <w:t>Playful support:</w:t>
      </w:r>
      <w:r>
        <w:t xml:space="preserve"> Fellow guests King Princess and host Evan Ross Katz offered to help her meet people, keeping the conversation light and warm.</w:t>
      </w:r>
      <w:r/>
    </w:p>
    <w:p>
      <w:pPr>
        <w:pStyle w:val="ListBullet"/>
        <w:spacing w:line="240" w:lineRule="auto"/>
        <w:ind w:left="720"/>
      </w:pPr>
      <w:r/>
      <w:r>
        <w:rPr>
          <w:b/>
        </w:rPr>
        <w:t>Media moment:</w:t>
      </w:r>
      <w:r>
        <w:t xml:space="preserve"> The chat appears on the Group Chat episode of Shut Up Evan, streaming on Netflix and available as a podcast segment.</w:t>
      </w:r>
      <w:r/>
      <w:r/>
    </w:p>
    <w:p>
      <w:r/>
      <w:r>
        <w:t>Why Missi Pyle’s comment landed , and felt real</w:t>
      </w:r>
      <w:r/>
    </w:p>
    <w:p>
      <w:r/>
      <w:r>
        <w:t>The immediacy of a podcast chat makes small confessions land differently than a headline. Pyle’s tone was relaxed, a bit amused, and refreshingly unlaboured , you could hear the practical side of her life in the line about dating apps, and the human side in the way she said she’s “looking for a person.” According to Netflix’s listing for the series, Shut Up Evan mixes pop culture chat with candid conversation, which is exactly the setup that allowed a mellow, out-in-the-open moment like this to happen.</w:t>
      </w:r>
      <w:r/>
    </w:p>
    <w:p>
      <w:r/>
      <w:r>
        <w:t>This kind of reveal matters because it’s not dramatic coming-out content; it’s simply a public figure describing her romantic openness in a casual conversation. That normalisation helps shift expectations about who gets to identify as queer or fluid, and when they do it. King Princess’ joking “bisexual diva” label and the group’s chat about polyamory kept the tone playful, but the core was straightforward , Pyle is open and not fussed about strict categories.</w:t>
      </w:r>
      <w:r/>
    </w:p>
    <w:p>
      <w:r/>
      <w:r>
        <w:t>Context: visibility for older or mid-career performers</w:t>
      </w:r>
      <w:r/>
    </w:p>
    <w:p>
      <w:r/>
      <w:r>
        <w:t>There’s a small but growing pattern of established performers asserting queerness later in life or in informal settings. It’s easy to assume public figures always know and declare everything early on, but life changes, relationships shift, and people’s language around attraction evolves. For fans, hearing someone they’ve seen in films like Sterling Point or Galaxy Quest talk candidly about dating feels intimate. And for the LGBTQ+ community, representation that spans ages and career stages helps broaden who’s visible and normalised in queer narratives.</w:t>
      </w:r>
      <w:r/>
    </w:p>
    <w:p>
      <w:r/>
      <w:r>
        <w:t>Practical note on dating and public life</w:t>
      </w:r>
      <w:r/>
    </w:p>
    <w:p>
      <w:r/>
      <w:r>
        <w:t>Pyle mentioned dating apps feeling tricky when you have a public profile , something many people with a public face quietly recognise. If you’re in that boat, consider private settings on apps, vetting via mutual contacts, or meeting through trusted introductions rather than swiping alone. And if you’re older and re-entering dating, you’re far from alone; shifting expectations, appetite for non-monogamy, and openness to different genders are common themes.</w:t>
      </w:r>
      <w:r/>
    </w:p>
    <w:p>
      <w:r/>
      <w:r>
        <w:t>What the conversation didn’t do , and why that’s okay</w:t>
      </w:r>
      <w:r/>
    </w:p>
    <w:p>
      <w:r/>
      <w:r>
        <w:t>This wasn’t a manifesto, a formal coming-out statement, or a full interview about identity. It was a human moment in a pop-culture chat. That means some readers may want more detail , labels, history, pronouncements , but many will appreciate the ordinariness of the exchange. Not every public acknowledgement needs to be absolute; sometimes the simple line “I’m looking for a person” is enough to signal openness and invite conversation.</w:t>
      </w:r>
      <w:r/>
    </w:p>
    <w:p>
      <w:r/>
      <w:r>
        <w:t>Where this could lead , small but meaningful shifts</w:t>
      </w:r>
      <w:r/>
    </w:p>
    <w:p>
      <w:r/>
      <w:r>
        <w:t>Moments like this nudge public perception incrementally. They make it easier for other mid-career or older actors to speak honestly about attraction without fanfare. They also bring queer questions into mainstream shows in a low-pressure way, which can broaden acceptance one chat at a time. Expect more casual, honest moments like this to appear on conversational shows and podcasts , they’re what today’s audiences connect with.</w:t>
      </w:r>
      <w:r/>
    </w:p>
    <w:p>
      <w:r/>
      <w:r>
        <w:t>It's a small, honest moment that helps normalise queer openness at any 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https://www.thepinknews.com/2026/08/28/missi-pyle-comes-out-queer-netflix-shut-up-evan/</w:t>
        </w:r>
      </w:hyperlink>
      <w:r>
        <w:t xml:space="preserve"> - Please view link - unable to able to access data</w:t>
      </w:r>
      <w:r/>
    </w:p>
    <w:p>
      <w:pPr>
        <w:pStyle w:val="ListNumber"/>
        <w:spacing w:line="240" w:lineRule="auto"/>
        <w:ind w:left="720"/>
      </w:pPr>
      <w:r/>
      <w:hyperlink r:id="rId10">
        <w:r>
          <w:rPr>
            <w:color w:val="0000EE"/>
            <w:u w:val="single"/>
          </w:rPr>
          <w:t>https://www.thepinktimes.com/article/missi-pyle-says-she-is-open-to-dating-all-genders-in-podcast-conversation/</w:t>
        </w:r>
      </w:hyperlink>
      <w:r>
        <w:t xml:space="preserve"> - Missi Pyle, the American actress and singer, has publicly identified as queer during her appearance on the 'Shut Up Evan' podcast. In the discussion, she expressed her openness to dating individuals of all genders and mentioned her current single status. Pyle also shared her experiences with dating apps and the challenges of meeting potential partners due to her public profile. The conversation included light-hearted moments, such as fellow guest King Princess referring to Pyle as a 'bisexual diva'. The episode, featuring Pyle, King Princess, and producer Norman Baker, is available for streaming on Netflix. (</w:t>
      </w:r>
      <w:hyperlink r:id="rId16">
        <w:r>
          <w:rPr>
            <w:color w:val="0000EE"/>
            <w:u w:val="single"/>
          </w:rPr>
          <w:t>thepinktimes.com</w:t>
        </w:r>
      </w:hyperlink>
      <w:r>
        <w:t>)</w:t>
      </w:r>
      <w:r/>
    </w:p>
    <w:p>
      <w:pPr>
        <w:pStyle w:val="ListNumber"/>
        <w:spacing w:line="240" w:lineRule="auto"/>
        <w:ind w:left="720"/>
      </w:pPr>
      <w:r/>
      <w:hyperlink r:id="rId11">
        <w:r>
          <w:rPr>
            <w:color w:val="0000EE"/>
            <w:u w:val="single"/>
          </w:rPr>
          <w:t>https://www.netflix.com/title/81405046</w:t>
        </w:r>
      </w:hyperlink>
      <w:r>
        <w:t xml:space="preserve"> - 'Coming Out Colton' is a 2021 reality TV series on Netflix that follows former NFL player and 'Bachelor' star Colton Underwood as he navigates his journey of embracing his new life as an openly gay man. The series provides an intimate look into Underwood's personal experiences and challenges during this significant life transition. The show is rated TV-MA and is available for streaming on Netflix. (</w:t>
      </w:r>
      <w:hyperlink r:id="rId17">
        <w:r>
          <w:rPr>
            <w:color w:val="0000EE"/>
            <w:u w:val="single"/>
          </w:rPr>
          <w:t>netflix.com</w:t>
        </w:r>
      </w:hyperlink>
      <w:r>
        <w:t>)</w:t>
      </w:r>
      <w:r/>
    </w:p>
    <w:p>
      <w:pPr>
        <w:pStyle w:val="ListNumber"/>
        <w:spacing w:line="240" w:lineRule="auto"/>
        <w:ind w:left="720"/>
      </w:pPr>
      <w:r/>
      <w:hyperlink r:id="rId12">
        <w:r>
          <w:rPr>
            <w:color w:val="0000EE"/>
            <w:u w:val="single"/>
          </w:rPr>
          <w:t>https://www.rottentomatoes.com/tv/shut_up_evan/s01/e33</w:t>
        </w:r>
      </w:hyperlink>
      <w:r>
        <w:t xml:space="preserve"> - 'Shut Up Evan' is a pop culture podcast hosted by Evan Ross Katz, featuring celebrity guests and intimate conversations. Season 1, Episode 33, titled 'The Group Chat With Netflix YA Stars: Anna Cathcart, Maitreyi Ramakrishnan, Nikki Rodriguez, Miku Martineau and Kristina Bogic', aired on August 19, 2026. The episode is available for streaming on Netflix. (</w:t>
      </w:r>
      <w:hyperlink r:id="rId18">
        <w:r>
          <w:rPr>
            <w:color w:val="0000EE"/>
            <w:u w:val="single"/>
          </w:rPr>
          <w:t>rottentomatoes.com</w:t>
        </w:r>
      </w:hyperlink>
      <w:r>
        <w:t>)</w:t>
      </w:r>
      <w:r/>
    </w:p>
    <w:p>
      <w:pPr>
        <w:pStyle w:val="ListNumber"/>
        <w:spacing w:line="240" w:lineRule="auto"/>
        <w:ind w:left="720"/>
      </w:pPr>
      <w:r/>
      <w:hyperlink r:id="rId13">
        <w:r>
          <w:rPr>
            <w:color w:val="0000EE"/>
            <w:u w:val="single"/>
          </w:rPr>
          <w:t>https://en.wikipedia.org/wiki/Walk._Ride._Rodeo.</w:t>
        </w:r>
      </w:hyperlink>
      <w:r>
        <w:t xml:space="preserve"> - 'Walk. Ride. Rodeo.' is a 2019 American biographical film directed by Conor Allyn, depicting the life of Amberley Snyder, a nationally ranked rodeo barrel racer who returns to the sport after a car accident leaves her paralyzed from the waist down. The film stars Missi Pyle as Tina Snyder, Amberley's mother, and features Spencer Locke, Bailey Chase, and Sherri Shepherd. The movie is available for streaming on Netflix. (</w:t>
      </w:r>
      <w:hyperlink r:id="rId19">
        <w:r>
          <w:rPr>
            <w:color w:val="0000EE"/>
            <w:u w:val="single"/>
          </w:rPr>
          <w:t>en.wikipedia.org</w:t>
        </w:r>
      </w:hyperlink>
      <w:r>
        <w:t>)</w:t>
      </w:r>
      <w:r/>
    </w:p>
    <w:p>
      <w:pPr>
        <w:pStyle w:val="ListNumber"/>
        <w:spacing w:line="240" w:lineRule="auto"/>
        <w:ind w:left="720"/>
      </w:pPr>
      <w:r/>
      <w:hyperlink r:id="rId14">
        <w:r>
          <w:rPr>
            <w:color w:val="0000EE"/>
            <w:u w:val="single"/>
          </w:rPr>
          <w:t>https://en.wikipedia.org/wiki/A_Tourist%27s_Guide_to_Love</w:t>
        </w:r>
      </w:hyperlink>
      <w:r>
        <w:t xml:space="preserve"> - 'A Tourist's Guide to Love' is a 2023 romantic comedy film directed by Steven K. Tsuchida, starring Rachael Leigh Cook, Scott Ly, Missi Pyle, and Ben Feldman. The film follows Amanda Riley, a travel industry executive who takes an undercover assignment in Vietnam after a breakup, finding unexpected love along the way. The movie is available for streaming on Netflix. (</w:t>
      </w:r>
      <w:hyperlink r:id="rId20">
        <w:r>
          <w:rPr>
            <w:color w:val="0000EE"/>
            <w:u w:val="single"/>
          </w:rPr>
          <w:t>en.wikipedia.org</w:t>
        </w:r>
      </w:hyperlink>
      <w:r>
        <w:t>)</w:t>
      </w:r>
      <w:r/>
    </w:p>
    <w:p>
      <w:pPr>
        <w:pStyle w:val="ListNumber"/>
        <w:spacing w:line="240" w:lineRule="auto"/>
        <w:ind w:left="720"/>
      </w:pPr>
      <w:r/>
      <w:hyperlink r:id="rId15">
        <w:r>
          <w:rPr>
            <w:color w:val="0000EE"/>
            <w:u w:val="single"/>
          </w:rPr>
          <w:t>https://www.rottentomatoes.com/tv/shut_up_evan/s01</w:t>
        </w:r>
      </w:hyperlink>
      <w:r>
        <w:t xml:space="preserve"> - 'Shut Up Evan' is a twice-weekly pop culture podcast hosted by Evan Ross Katz, featuring 'The Group Chat' with celebrity guests and 'Deep in the DMs With…' intimate one-on-one conversations. Season 1 is available for streaming on Netflix. (</w:t>
      </w:r>
      <w:hyperlink r:id="rId21">
        <w:r>
          <w:rPr>
            <w:color w:val="0000EE"/>
            <w:u w:val="single"/>
          </w:rPr>
          <w:t>rottentomatoes.com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8/missi-pyle-comes-out-queer-netflix-shut-up-evan/" TargetMode="External"/><Relationship Id="rId10" Type="http://schemas.openxmlformats.org/officeDocument/2006/relationships/hyperlink" Target="https://www.thepinktimes.com/article/missi-pyle-says-she-is-open-to-dating-all-genders-in-podcast-conversation/" TargetMode="External"/><Relationship Id="rId11" Type="http://schemas.openxmlformats.org/officeDocument/2006/relationships/hyperlink" Target="https://www.netflix.com/title/81405046" TargetMode="External"/><Relationship Id="rId12" Type="http://schemas.openxmlformats.org/officeDocument/2006/relationships/hyperlink" Target="https://www.rottentomatoes.com/tv/shut_up_evan/s01/e33" TargetMode="External"/><Relationship Id="rId13" Type="http://schemas.openxmlformats.org/officeDocument/2006/relationships/hyperlink" Target="https://en.wikipedia.org/wiki/Walk._Ride._Rodeo." TargetMode="External"/><Relationship Id="rId14" Type="http://schemas.openxmlformats.org/officeDocument/2006/relationships/hyperlink" Target="https://en.wikipedia.org/wiki/A_Tourist%27s_Guide_to_Love" TargetMode="External"/><Relationship Id="rId15" Type="http://schemas.openxmlformats.org/officeDocument/2006/relationships/hyperlink" Target="https://www.rottentomatoes.com/tv/shut_up_evan/s01" TargetMode="External"/><Relationship Id="rId16" Type="http://schemas.openxmlformats.org/officeDocument/2006/relationships/hyperlink" Target="https://www.thepinktimes.com/article/missi-pyle-says-she-is-open-to-dating-all-genders-in-podcast-conversation/?utm_source=openai" TargetMode="External"/><Relationship Id="rId17" Type="http://schemas.openxmlformats.org/officeDocument/2006/relationships/hyperlink" Target="https://www.netflix.com/title/81405046?utm_source=openai" TargetMode="External"/><Relationship Id="rId18" Type="http://schemas.openxmlformats.org/officeDocument/2006/relationships/hyperlink" Target="https://www.rottentomatoes.com/tv/shut_up_evan/s01/e33?utm_source=openai" TargetMode="External"/><Relationship Id="rId19" Type="http://schemas.openxmlformats.org/officeDocument/2006/relationships/hyperlink" Target="https://en.wikipedia.org/wiki/Walk._Ride._Rodeo.?utm_source=openai" TargetMode="External"/><Relationship Id="rId20" Type="http://schemas.openxmlformats.org/officeDocument/2006/relationships/hyperlink" Target="https://en.wikipedia.org/wiki/A_Tourist%27s_Guide_to_Love?utm_source=openai" TargetMode="External"/><Relationship Id="rId21" Type="http://schemas.openxmlformats.org/officeDocument/2006/relationships/hyperlink" Target="https://www.rottentomatoes.com/tv/shut_up_evan/s0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