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Speedo Trends 2026: Why the Centre Seam Debate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rethinking classic Speedo details as debates over centre seams and trunk lengths heat up; gay men, beachgoers and brands are noticing a shift from skimpy swimwear to longer trunks , and the seam question is surprisingly charged, social-media loud and season-defining.</w:t>
      </w:r>
      <w:r/>
    </w:p>
    <w:p>
      <w:r/>
      <w:r>
        <w:t>Essential Takeaways</w:t>
      </w:r>
      <w:r/>
      <w:r/>
    </w:p>
    <w:p>
      <w:pPr>
        <w:pStyle w:val="ListBullet"/>
        <w:spacing w:line="240" w:lineRule="auto"/>
        <w:ind w:left="720"/>
      </w:pPr>
      <w:r/>
      <w:r>
        <w:rPr>
          <w:b/>
        </w:rPr>
        <w:t>Centre-seam gripe:</w:t>
      </w:r>
      <w:r>
        <w:t xml:space="preserve"> Many men say a centre seam creates an unflattering "poach" rather than a neat bulge, and the detail has become a hot online complaint. </w:t>
      </w:r>
      <w:r/>
    </w:p>
    <w:p>
      <w:pPr>
        <w:pStyle w:val="ListBullet"/>
        <w:spacing w:line="240" w:lineRule="auto"/>
        <w:ind w:left="720"/>
      </w:pPr>
      <w:r/>
      <w:r>
        <w:rPr>
          <w:b/>
        </w:rPr>
        <w:t>Trunks on the rise:</w:t>
      </w:r>
      <w:r>
        <w:t xml:space="preserve"> Longer swim trunks are trending among younger men and at pool parties, making Speedos feel more niche this summer. </w:t>
      </w:r>
      <w:r/>
    </w:p>
    <w:p>
      <w:pPr>
        <w:pStyle w:val="ListBullet"/>
        <w:spacing w:line="240" w:lineRule="auto"/>
        <w:ind w:left="720"/>
      </w:pPr>
      <w:r/>
      <w:r>
        <w:rPr>
          <w:b/>
        </w:rPr>
        <w:t>Thong Speedos persist:</w:t>
      </w:r>
      <w:r>
        <w:t xml:space="preserve"> Despite broader moves to longer cuts, thong-style Speedos remain a visible choice at gay beaches and Pride spots. </w:t>
      </w:r>
      <w:r/>
    </w:p>
    <w:p>
      <w:pPr>
        <w:pStyle w:val="ListBullet"/>
        <w:spacing w:line="240" w:lineRule="auto"/>
        <w:ind w:left="720"/>
      </w:pPr>
      <w:r/>
      <w:r>
        <w:rPr>
          <w:b/>
        </w:rPr>
        <w:t>Style cycle:</w:t>
      </w:r>
      <w:r>
        <w:t xml:space="preserve"> Fashion oscillation between tight and baggy is normal , what’s popular with straight men often pushes queer men to pivot. </w:t>
      </w:r>
      <w:r/>
    </w:p>
    <w:p>
      <w:pPr>
        <w:pStyle w:val="ListBullet"/>
        <w:spacing w:line="240" w:lineRule="auto"/>
        <w:ind w:left="720"/>
      </w:pPr>
      <w:r/>
      <w:r>
        <w:rPr>
          <w:b/>
        </w:rPr>
        <w:t>Practical pick:</w:t>
      </w:r>
      <w:r>
        <w:t xml:space="preserve"> Fabric, cut and the presence or absence of seams change fit, comfort and the visual line , so try before you buy.</w:t>
      </w:r>
      <w:r/>
      <w:r/>
    </w:p>
    <w:p>
      <w:pPr>
        <w:pStyle w:val="Heading2"/>
      </w:pPr>
      <w:r>
        <w:t>Why a little stitch is suddenly a big deal</w:t>
      </w:r>
      <w:r/>
    </w:p>
    <w:p>
      <w:r/>
      <w:r>
        <w:t>Start with a seam and you’ve triggered an argument , online posts have lit up about the tiny centre line that runs down so many Speedos. The complaint is tactile and visual: people report it feels and looks wrong, forming a "poach" rather than a flattering shape. It’s one of those picky-sounding details that actually matters the instant you try a suit on and the mirror tells you everything you need to know.</w:t>
      </w:r>
      <w:r/>
    </w:p>
    <w:p>
      <w:r/>
      <w:r>
        <w:t>That backlash hasn’t come from nowhere. Social posts and queer culture outlets have been chronicling how men evaluate swimwear more closely now, not just for comfort but for how the silhouette reads in photos and in public. If you care about the final look, the seam can be the difference between sleek and awkward.</w:t>
      </w:r>
      <w:r/>
    </w:p>
    <w:p>
      <w:pPr>
        <w:pStyle w:val="Heading2"/>
      </w:pPr>
      <w:r>
        <w:t>Trunks versus Speedos , is this the summer of longer cuts?</w:t>
      </w:r>
      <w:r/>
    </w:p>
    <w:p>
      <w:r/>
      <w:r>
        <w:t>There’s a clear swing: more guys are choosing 7- to 9-inch (or longer) inseams at parties and beaches. Longer trunks feel more relaxed, offer more coverage and suit the current Y2K-meets-utility aesthetic that’s popular right now. For some, trunks look less performative and more everyday-cool, which explains why you’ll spot them at pool parties and mainstream beaches.</w:t>
      </w:r>
      <w:r/>
    </w:p>
    <w:p>
      <w:r/>
      <w:r>
        <w:t>But trends move in cycles. Historically, tight swimwear has been a queer mainstay while straighter subcultures pin toward longer styles , and when straight men adopt short shorts and sculpted torsos, queer men often pivot the other way. Expect experiments: boxy, retro trunks one season, slinky Speedos the next.</w:t>
      </w:r>
      <w:r/>
    </w:p>
    <w:p>
      <w:pPr>
        <w:pStyle w:val="Heading2"/>
      </w:pPr>
      <w:r>
        <w:t>Where the thong Speedo fits in , bold, small and enduring</w:t>
      </w:r>
      <w:r/>
    </w:p>
    <w:p>
      <w:r/>
      <w:r>
        <w:t>If you want a shock of cheek, the thong Speedo has made surprising inroads this year. On gay beaches and in festival pockets, the thong remains a confident choice that declares intent: minimal coverage, maximum vibe. It also avoids the centre-seam issue entirely in some small-label designs.</w:t>
      </w:r>
      <w:r/>
    </w:p>
    <w:p>
      <w:r/>
      <w:r>
        <w:t>Practical note: thong cuts demand you’re comfortable with both fit and skin exposure, and they show wear in different ways. Try a few brands and check fabric stretch, lining and finish before committing , the right pair should feel secure and effortless.</w:t>
      </w:r>
      <w:r/>
    </w:p>
    <w:p>
      <w:pPr>
        <w:pStyle w:val="Heading2"/>
      </w:pPr>
      <w:r>
        <w:t>How to choose swimwear that flatters (and won’t annoy you)</w:t>
      </w:r>
      <w:r/>
    </w:p>
    <w:p>
      <w:r/>
      <w:r>
        <w:t>First, move: try things on and mimic the poses you’ll wear on the sand or at the pool. Look for soft, flat seams, seamless fronts, or styles where the pouch is designed to sculpt rather than split. If you’re bothered by a centre seam, hunt for brands advertising moulded pouches or no-seam fronts.</w:t>
      </w:r>
      <w:r/>
    </w:p>
    <w:p>
      <w:r/>
      <w:r>
        <w:t>Second, match purpose to cut: want active swimming? Pick a secure, higher-leg brief. Lounging and clubby pool parties? Mid-length trunks give a casual silhouette. If you like both worlds, a 5–7-inch inseam in a stretchy fabric is a good compromise.</w:t>
      </w:r>
      <w:r/>
    </w:p>
    <w:p>
      <w:pPr>
        <w:pStyle w:val="Heading2"/>
      </w:pPr>
      <w:r>
        <w:t>What designers and shoppers are saying about this small but telling shift</w:t>
      </w:r>
      <w:r/>
    </w:p>
    <w:p>
      <w:r/>
      <w:r>
        <w:t>Designers naturally tinker when complaints go viral. Some brands are quietly offering no-seam or bonded-front Speedos, while niche labels lean into bold, seam-free thongs. Shoppers react quickly on social media, and publications have been tracking the conversation and broader fashion moves all summer.</w:t>
      </w:r>
      <w:r/>
    </w:p>
    <w:p>
      <w:r/>
      <w:r>
        <w:t>The upshot is simple: swimwear is cyclical and intensely personal. Whether you ditch the centre seam, embrace trunks, or keep rocking the classic tight brief, the right swimwear is the one that makes you feel like you own the room , or the beach.</w:t>
      </w:r>
      <w:r/>
    </w:p>
    <w:p>
      <w:r/>
      <w:r>
        <w:t>It's a small change that can make every swim session look and feel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[7]</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https://www.queerty.com/the-speedo-seam-wars-heat-up-with-one-last-summer-blast-20260828/</w:t>
        </w:r>
      </w:hyperlink>
      <w:r>
        <w:t xml:space="preserve"> - Please view link - unable to able to access data</w:t>
      </w:r>
      <w:r/>
    </w:p>
    <w:p>
      <w:pPr>
        <w:pStyle w:val="ListNumber"/>
        <w:spacing w:line="240" w:lineRule="auto"/>
        <w:ind w:left="720"/>
      </w:pPr>
      <w:r/>
      <w:hyperlink r:id="rId9">
        <w:r>
          <w:rPr>
            <w:color w:val="0000EE"/>
            <w:u w:val="single"/>
          </w:rPr>
          <w:t>https://www.queerty.com/the-speedo-seam-wars-heat-up-with-one-last-summer-blast-20260828/</w:t>
        </w:r>
      </w:hyperlink>
      <w:r>
        <w:t xml:space="preserve"> - An article discussing the debate over the prevalence of center seams in speedos, with some individuals expressing dislike for this design feature. The piece also touches on the trend of longer trunks gaining popularity among gay men, with references to social media discussions and personal experiences.</w:t>
      </w:r>
      <w:r/>
    </w:p>
    <w:p>
      <w:pPr>
        <w:pStyle w:val="ListNumber"/>
        <w:spacing w:line="240" w:lineRule="auto"/>
        <w:ind w:left="720"/>
      </w:pPr>
      <w:r/>
      <w:hyperlink r:id="rId10">
        <w:r>
          <w:rPr>
            <w:color w:val="0000EE"/>
            <w:u w:val="single"/>
          </w:rPr>
          <w:t>https://www.queerty.com/the-summer-of-swim-trunks-gays-argue-whether-skimpy-speedos-are-being-phased-out-20260706/</w:t>
        </w:r>
      </w:hyperlink>
      <w:r>
        <w:t xml:space="preserve"> - An article exploring the shift from speedos to swim trunks among gay men, highlighting a viral social media post and mixed reactions from beachgoers in places like Fire Island and Provincetown. The piece also discusses broader fashion trends towards looser silhouettes and hypermasculine styles.</w:t>
      </w:r>
      <w:r/>
    </w:p>
    <w:p>
      <w:pPr>
        <w:pStyle w:val="ListNumber"/>
        <w:spacing w:line="240" w:lineRule="auto"/>
        <w:ind w:left="720"/>
      </w:pPr>
      <w:r/>
      <w:hyperlink r:id="rId11">
        <w:r>
          <w:rPr>
            <w:color w:val="0000EE"/>
            <w:u w:val="single"/>
          </w:rPr>
          <w:t>https://www.mentalfloss.com/culture/fashion-beauty/speedo-swimsuit-history-scandals</w:t>
        </w:r>
      </w:hyperlink>
      <w:r>
        <w:t xml:space="preserve"> - An article detailing the history and controversies surrounding speedos, including their introduction in Australia in 1961 and the public's reaction to their revealing nature. The piece also covers the brand's evolution and its association with various scandals over the years.</w:t>
      </w:r>
      <w:r/>
    </w:p>
    <w:p>
      <w:pPr>
        <w:pStyle w:val="ListNumber"/>
        <w:spacing w:line="240" w:lineRule="auto"/>
        <w:ind w:left="720"/>
      </w:pPr>
      <w:r/>
      <w:hyperlink r:id="rId12">
        <w:r>
          <w:rPr>
            <w:color w:val="0000EE"/>
            <w:u w:val="single"/>
          </w:rPr>
          <w:t>https://www.queerty.com/bandana-speedos-are-taking-over-gay-beaches-this-summer-but-not-everyones-tied-up-about-it-20260601/</w:t>
        </w:r>
      </w:hyperlink>
      <w:r>
        <w:t xml:space="preserve"> - An article discussing the trend of bandana-style speedos gaining popularity among gay men on beaches, with some individuals embracing the look while others remain indifferent. The piece touches on the influence of fashion trends and the desire for bold swimwear choices.</w:t>
      </w:r>
      <w:r/>
    </w:p>
    <w:p>
      <w:pPr>
        <w:pStyle w:val="ListNumber"/>
        <w:spacing w:line="240" w:lineRule="auto"/>
        <w:ind w:left="720"/>
      </w:pPr>
      <w:r/>
      <w:hyperlink r:id="rId13">
        <w:r>
          <w:rPr>
            <w:color w:val="0000EE"/>
            <w:u w:val="single"/>
          </w:rPr>
          <w:t>https://www.queerty.com/gay-official-in-viral-speedo-video-explains-its-not-what-it-seems-20230113/</w:t>
        </w:r>
      </w:hyperlink>
      <w:r>
        <w:t xml:space="preserve"> - An article covering a viral incident involving a gay Arizona official, Matt Heinz, who appeared in a Zoom meeting with a man in a speedo-style swimsuit in the background. The piece provides context and Heinz's explanation of the situation to clarify misconceptions.</w:t>
      </w:r>
      <w:r/>
    </w:p>
    <w:p>
      <w:pPr>
        <w:pStyle w:val="ListNumber"/>
        <w:spacing w:line="240" w:lineRule="auto"/>
        <w:ind w:left="720"/>
      </w:pPr>
      <w:r/>
      <w:hyperlink r:id="rId10">
        <w:r>
          <w:rPr>
            <w:color w:val="0000EE"/>
            <w:u w:val="single"/>
          </w:rPr>
          <w:t>https://www.queerty.com/the-summer-of-swim-trunks-gays-argue-whether-skimpy-speedos-are-being-phased-out-20260706/</w:t>
        </w:r>
      </w:hyperlink>
      <w:r>
        <w:t xml:space="preserve"> - An article exploring the shift from speedos to swim trunks among gay men, highlighting a viral social media post and mixed reactions from beachgoers in places like Fire Island and Provincetown. The piece also discusses broader fashion trends towards looser silhouettes and hypermasculine styles.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speedo-seam-wars-heat-up-with-one-last-summer-blast-20260828/" TargetMode="External"/><Relationship Id="rId10" Type="http://schemas.openxmlformats.org/officeDocument/2006/relationships/hyperlink" Target="https://www.queerty.com/the-summer-of-swim-trunks-gays-argue-whether-skimpy-speedos-are-being-phased-out-20260706/" TargetMode="External"/><Relationship Id="rId11" Type="http://schemas.openxmlformats.org/officeDocument/2006/relationships/hyperlink" Target="https://www.mentalfloss.com/culture/fashion-beauty/speedo-swimsuit-history-scandals" TargetMode="External"/><Relationship Id="rId12" Type="http://schemas.openxmlformats.org/officeDocument/2006/relationships/hyperlink" Target="https://www.queerty.com/bandana-speedos-are-taking-over-gay-beaches-this-summer-but-not-everyones-tied-up-about-it-20260601/" TargetMode="External"/><Relationship Id="rId13" Type="http://schemas.openxmlformats.org/officeDocument/2006/relationships/hyperlink" Target="https://www.queerty.com/gay-official-in-viral-speedo-video-explains-its-not-what-it-seems-202301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