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Songs of Summer 2026: Which Anthem Defined Your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alike fell hard for a handful of bops this summer, and music fans everywhere are still arguing about which track earned the crown. From queer anthems to pop girl power singles, here’s a roundup of 2026’s standouts and why they mattered when the sun was out.</w:t>
      </w:r>
      <w:r/>
    </w:p>
    <w:p>
      <w:r/>
      <w:r>
        <w:t>Essential Takeaways</w:t>
      </w:r>
      <w:r/>
      <w:r/>
    </w:p>
    <w:p>
      <w:pPr>
        <w:pStyle w:val="ListBullet"/>
        <w:spacing w:line="240" w:lineRule="auto"/>
        <w:ind w:left="720"/>
      </w:pPr>
      <w:r/>
      <w:r>
        <w:rPr>
          <w:b/>
        </w:rPr>
        <w:t>Big summer hits:</w:t>
      </w:r>
      <w:r>
        <w:t xml:space="preserve"> Several breakout singles dominated playlists, from viral TikTok moments to radio-ready anthems.</w:t>
      </w:r>
      <w:r/>
    </w:p>
    <w:p>
      <w:pPr>
        <w:pStyle w:val="ListBullet"/>
        <w:spacing w:line="240" w:lineRule="auto"/>
        <w:ind w:left="720"/>
      </w:pPr>
      <w:r/>
      <w:r>
        <w:rPr>
          <w:b/>
        </w:rPr>
        <w:t>Queer moments:</w:t>
      </w:r>
      <w:r>
        <w:t xml:space="preserve"> LGBTQ+ artists and queer-leaning albums gave the season an emotional, community-driven soundtrack.</w:t>
      </w:r>
      <w:r/>
    </w:p>
    <w:p>
      <w:pPr>
        <w:pStyle w:val="ListBullet"/>
        <w:spacing w:line="240" w:lineRule="auto"/>
        <w:ind w:left="720"/>
      </w:pPr>
      <w:r/>
      <w:r>
        <w:rPr>
          <w:b/>
        </w:rPr>
        <w:t>Streaming trends:</w:t>
      </w:r>
      <w:r>
        <w:t xml:space="preserve"> Playlist placement and algorithm boosts on Spotify helped certain tracks explode quickly.</w:t>
      </w:r>
      <w:r/>
    </w:p>
    <w:p>
      <w:pPr>
        <w:pStyle w:val="ListBullet"/>
        <w:spacing w:line="240" w:lineRule="auto"/>
        <w:ind w:left="720"/>
      </w:pPr>
      <w:r/>
      <w:r>
        <w:rPr>
          <w:b/>
        </w:rPr>
        <w:t>Mood notes:</w:t>
      </w:r>
      <w:r>
        <w:t xml:space="preserve"> Songs that felt warm, defiant or euphoric tended to become personal “song of the summer” picks.</w:t>
      </w:r>
      <w:r/>
    </w:p>
    <w:p>
      <w:pPr>
        <w:pStyle w:val="ListBullet"/>
        <w:spacing w:line="240" w:lineRule="auto"/>
        <w:ind w:left="720"/>
      </w:pPr>
      <w:r/>
      <w:r>
        <w:rPr>
          <w:b/>
        </w:rPr>
        <w:t>How to pick yours:</w:t>
      </w:r>
      <w:r>
        <w:t xml:space="preserve"> Think about the track you played on repeat, the memory it ties to, and how it made you move or feel.</w:t>
      </w:r>
      <w:r/>
      <w:r/>
    </w:p>
    <w:p>
      <w:pPr>
        <w:pStyle w:val="Heading2"/>
      </w:pPr>
      <w:r>
        <w:t>What made a “song of the summer” in 2026?</w:t>
      </w:r>
      <w:r/>
    </w:p>
    <w:p>
      <w:r/>
      <w:r>
        <w:t>This year felt bright and, at times, defiantly joyous , and that showed up in the music people gravitated to. According to cultural roundups, tracks that married an instant earworm with a mood , sunlit, club-ready or emotionally cathartic , were the ones that stuck. Streaming services like Spotify also leaned into curated playlists and promotional “wild cards,” which gave unexpected tracks a fast route to millions of ears. So if your pick blew up overnight, you weren’t imagining it; the platforms helped steer the party.</w:t>
      </w:r>
      <w:r/>
    </w:p>
    <w:p>
      <w:pPr>
        <w:pStyle w:val="Heading2"/>
      </w:pPr>
      <w:r>
        <w:t>Queer artists shaped the soundtrack</w:t>
      </w:r>
      <w:r/>
    </w:p>
    <w:p>
      <w:r/>
      <w:r>
        <w:t>LGBTQ+ musicians and queer-friendly pop stars put out work that resonated deeply this summer, adding layers of community and identity to the season’s soundtrack. Critics and culture sites noted that albums and singles from queer artists didn’t just chart, they carried moments , from Pride playlists to late-night singalongs. If your song of the summer felt like an anthem, there’s a good chance it also gave you a feeling of connection, visibility or celebration.</w:t>
      </w:r>
      <w:r/>
    </w:p>
    <w:p>
      <w:pPr>
        <w:pStyle w:val="Heading2"/>
      </w:pPr>
      <w:r>
        <w:t>Virality, playlists and why some songs exploded</w:t>
      </w:r>
      <w:r/>
    </w:p>
    <w:p>
      <w:r/>
      <w:r>
        <w:t>Not every great song becomes the soundtrack of your summer; some need a nudge. Editorial playlists, TikTok trends and radio adds all mattered in 2026, and Spotify’s summer updates flagged certain “wild card” tracks that suddenly gained traction. That meant a breezy chorus plus a memorable hook could become unavoidable within days. Practically, if you’re trying to predict next year’s hits, watch for memorable moments that invite covers, dances or meme-able lines.</w:t>
      </w:r>
      <w:r/>
    </w:p>
    <w:p>
      <w:pPr>
        <w:pStyle w:val="Heading2"/>
      </w:pPr>
      <w:r>
        <w:t>How critics and culture writers picked their favourites</w:t>
      </w:r>
      <w:r/>
    </w:p>
    <w:p>
      <w:r/>
      <w:r>
        <w:t>Writers at publications from The Atlantic to Vogue and The Washington Post looked beyond charts, weighing cultural impact, staying power and emotional grip. Some chose sun-drenched pop singles, others favoured deeper album cuts that felt of-the-moment. The takeaway: a song’s critical praise often hinged on whether it matched the season’s emotional arc , joy, defiance, longing , and whether listeners made it the soundtrack to their summers.</w:t>
      </w:r>
      <w:r/>
    </w:p>
    <w:p>
      <w:pPr>
        <w:pStyle w:val="Heading2"/>
      </w:pPr>
      <w:r>
        <w:t>Choosing your personal song of the summer</w:t>
      </w:r>
      <w:r/>
    </w:p>
    <w:p>
      <w:r/>
      <w:r>
        <w:t>Here’s a simple test: which track do you hum without thinking? Which one instantly brings back a memory of a specific heatwave, party or quiet sunset? Go with that. Practical tip: build a “Summer 2026” playlist now and add anything that still makes you smile; you’ll quickly see which tracks are repeat offenders. And remember, a song of the summer can be private and big at once , no one else needs to agree.</w:t>
      </w:r>
      <w:r/>
    </w:p>
    <w:p>
      <w:r/>
      <w:r>
        <w:t>It's a small, sunny thing to carry forward , pick the song that still makes you move.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https://www.queerty.com/what-was-your-song-of-the-summer-why-20260828/</w:t>
        </w:r>
      </w:hyperlink>
      <w:r>
        <w:t xml:space="preserve"> - Please view link - unable to able to access data</w:t>
      </w:r>
      <w:r/>
    </w:p>
    <w:p>
      <w:pPr>
        <w:pStyle w:val="ListNumber"/>
        <w:spacing w:line="240" w:lineRule="auto"/>
        <w:ind w:left="720"/>
      </w:pPr>
      <w:r/>
      <w:hyperlink r:id="rId10">
        <w:r>
          <w:rPr>
            <w:color w:val="0000EE"/>
            <w:u w:val="single"/>
          </w:rPr>
          <w:t>https://www.theatlantic.com/culture/2026/08/summer-songs-2026-slayyyter-adela/688394/?utm_source=apple_news</w:t>
        </w:r>
      </w:hyperlink>
      <w:r>
        <w:t xml:space="preserve"> - This article examines the evolution of American pop music from the optimistic 'recession pop' of the late 2000s to today’s more introspective and edgy landscape. Highlighting artists like Adéla and Slayyyter, it explores how contemporary pop reflects economic uncertainty and disillusionment with traditional stardom. Adéla, a Slovakian artist influenced by Miley Cyrus and shaped by setbacks in shows like Dream Academy, flips the glamour of LA dreams on its head with songs like 'Ain’t in LA.' Slayyyter’s latest album, WOR$T GIRL IN AMERICA, similarly critiques fame and consumer culture with raw and experimental tracks like 'BEAT UP CHANEL$.' These artists embrace a gritty, self-aware aesthetic branded by some as 'hyperclash,' blending chaos and vulnerability. The article argues that this era of pop captures a broader cultural burn-out with traditional success and glamorous ideals. Rather than chasing old dreams, many artists now celebrate marginality, authenticity, and localism, resonating with a public increasingly skeptical of power institutions and economic myths.</w:t>
      </w:r>
      <w:r/>
    </w:p>
    <w:p>
      <w:pPr>
        <w:pStyle w:val="ListNumber"/>
        <w:spacing w:line="240" w:lineRule="auto"/>
        <w:ind w:left="720"/>
      </w:pPr>
      <w:r/>
      <w:hyperlink r:id="rId14">
        <w:r>
          <w:rPr>
            <w:color w:val="0000EE"/>
            <w:u w:val="single"/>
          </w:rPr>
          <w:t>https://www.vogue.com/article/what-is-the-2026-song-of-the-summer</w:t>
        </w:r>
      </w:hyperlink>
      <w:r>
        <w:t xml:space="preserve"> - Vogue's article presents a curated list of songs that have emerged as contenders for the 2026 song of the summer. The selection includes tracks like 'Another Drink' by Kelsea Ballerini and Marshmello, praised for its country-pop vibe perfect for summer drives; 'Bring Your Love' by Madonna and Sabrina Carpenter, celebrated as a dance-floor banger; and 'Danceteria' by Madonna, noted for its nostalgic yet bouncy energy reminiscent of 1980s New York clubs. Other highlighted songs encompass genres from pop to experimental club music, reflecting the diverse musical landscape of the summer.</w:t>
      </w:r>
      <w:r/>
    </w:p>
    <w:p>
      <w:pPr>
        <w:pStyle w:val="ListNumber"/>
        <w:spacing w:line="240" w:lineRule="auto"/>
        <w:ind w:left="720"/>
      </w:pPr>
      <w:r/>
      <w:hyperlink r:id="rId15">
        <w:r>
          <w:rPr>
            <w:color w:val="0000EE"/>
            <w:u w:val="single"/>
          </w:rPr>
          <w:t>https://www.washingtonpost.com/style/interactive/2026/08/12/summer-songs-2026/</w:t>
        </w:r>
      </w:hyperlink>
      <w:r>
        <w:t xml:space="preserve"> - The Washington Post undertakes a data-driven quest to identify the song of the summer for 2026. The article delves into the challenges of pinpointing a definitive summer anthem, noting that while some years have clear frontrunners, others present a more fragmented musical landscape. The piece highlights various songs that have gained popularity, reflecting the diverse tastes and trends influencing music consumption during the summer of 2026.</w:t>
      </w:r>
      <w:r/>
    </w:p>
    <w:p>
      <w:pPr>
        <w:pStyle w:val="ListNumber"/>
        <w:spacing w:line="240" w:lineRule="auto"/>
        <w:ind w:left="720"/>
      </w:pPr>
      <w:r/>
      <w:hyperlink r:id="rId11">
        <w:r>
          <w:rPr>
            <w:color w:val="0000EE"/>
            <w:u w:val="single"/>
          </w:rPr>
          <w:t>https://newsroom.spotify.com/2026-07-29/songs-of-summer-update-wild-cards/</w:t>
        </w:r>
      </w:hyperlink>
      <w:r>
        <w:t xml:space="preserve"> - Spotify's update on the 2026 Songs of Summer race introduces five wild-card contenders that have gained momentum mid-season. These tracks, which include new releases and unexpected favorites, represent the evolving musical landscape of the summer. The article provides insights into why each song is considered a strong contender, reflecting the dynamic nature of music trends and listener preferences during the season.</w:t>
      </w:r>
      <w:r/>
    </w:p>
    <w:p>
      <w:pPr>
        <w:pStyle w:val="ListNumber"/>
        <w:spacing w:line="240" w:lineRule="auto"/>
        <w:ind w:left="720"/>
      </w:pPr>
      <w:r/>
      <w:hyperlink r:id="rId13">
        <w:r>
          <w:rPr>
            <w:color w:val="0000EE"/>
            <w:u w:val="single"/>
          </w:rPr>
          <w:t>https://parade.com/news/spotify-songs-of-the-summer-2026-predictions</w:t>
        </w:r>
      </w:hyperlink>
      <w:r>
        <w:t xml:space="preserve"> - Parade's article discusses Spotify's predictions for the 2026 song of the summer, highlighting a playlist that leans heavily into country, emotional pop, and dance tracks designed for warm weather. The piece provides insights into the songs Spotify editors believe could dominate the summer, reflecting current music trends and listener preferences.</w:t>
      </w:r>
      <w:r/>
    </w:p>
    <w:p>
      <w:pPr>
        <w:pStyle w:val="ListNumber"/>
        <w:spacing w:line="240" w:lineRule="auto"/>
        <w:ind w:left="720"/>
      </w:pPr>
      <w:r/>
      <w:hyperlink r:id="rId12">
        <w:r>
          <w:rPr>
            <w:color w:val="0000EE"/>
            <w:u w:val="single"/>
          </w:rPr>
          <w:t>https://www.them.us/story/lgbtq-albums-summer-2026-hayley-kiyoko-mykki-blanco</w:t>
        </w:r>
      </w:hyperlink>
      <w:r>
        <w:t xml:space="preserve"> - Them's article highlights seven LGBTQ+ albums set to release in the summer of 2026, featuring artists like Kelela, Adam Lambert, Hayley Kiyoko, and Mykki Blanco. The piece provides insights into the diverse musical offerings from the LGBTQ+ community, showcasing a range of genres and styles that reflect the vibrant and evolving music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at-was-your-song-of-the-summer-why-20260828/" TargetMode="External"/><Relationship Id="rId10" Type="http://schemas.openxmlformats.org/officeDocument/2006/relationships/hyperlink" Target="https://www.theatlantic.com/culture/2026/08/summer-songs-2026-slayyyter-adela/688394/?utm_source=apple_news" TargetMode="External"/><Relationship Id="rId11" Type="http://schemas.openxmlformats.org/officeDocument/2006/relationships/hyperlink" Target="https://newsroom.spotify.com/2026-07-29/songs-of-summer-update-wild-cards/" TargetMode="External"/><Relationship Id="rId12" Type="http://schemas.openxmlformats.org/officeDocument/2006/relationships/hyperlink" Target="https://www.them.us/story/lgbtq-albums-summer-2026-hayley-kiyoko-mykki-blanco" TargetMode="External"/><Relationship Id="rId13" Type="http://schemas.openxmlformats.org/officeDocument/2006/relationships/hyperlink" Target="https://parade.com/news/spotify-songs-of-the-summer-2026-predictions" TargetMode="External"/><Relationship Id="rId14" Type="http://schemas.openxmlformats.org/officeDocument/2006/relationships/hyperlink" Target="https://www.vogue.com/article/what-is-the-2026-song-of-the-summer" TargetMode="External"/><Relationship Id="rId15" Type="http://schemas.openxmlformats.org/officeDocument/2006/relationships/hyperlink" Target="https://www.washingtonpost.com/style/interactive/2026/08/12/summer-song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