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September 2026 LGBTQ+ Shows and Films to Add to Your Watch-List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streaming schedules, rejoice: a packed month of queer-led films and TV lands in September 2026, from ballroom glitz on BBC One to adult animation on Netflix and big-screen reunions. Here's what to queue, why it matters, and how to pick the ones that’ll make your month.</w:t>
      </w:r>
      <w:r/>
    </w:p>
    <w:p>
      <w:r/>
      <w:r>
        <w:t>Essential Takeaways</w:t>
      </w:r>
      <w:r/>
      <w:r/>
    </w:p>
    <w:p>
      <w:pPr>
        <w:pStyle w:val="ListBullet"/>
        <w:spacing w:line="240" w:lineRule="auto"/>
        <w:ind w:left="720"/>
      </w:pPr>
      <w:r/>
      <w:r>
        <w:rPr>
          <w:b/>
        </w:rPr>
        <w:t>Big names return:</w:t>
      </w:r>
      <w:r>
        <w:t xml:space="preserve"> Sandra Bullock and Nicole Kidman reunite on the big screen in Practical Magic 2, bringing a warm, nostalgic chemistry.</w:t>
      </w:r>
      <w:r/>
    </w:p>
    <w:p>
      <w:pPr>
        <w:pStyle w:val="ListBullet"/>
        <w:spacing w:line="240" w:lineRule="auto"/>
        <w:ind w:left="720"/>
      </w:pPr>
      <w:r/>
      <w:r>
        <w:rPr>
          <w:b/>
        </w:rPr>
        <w:t>TV events to mark:</w:t>
      </w:r>
      <w:r>
        <w:t xml:space="preserve"> Strictly Come Dancing launches on BBC One and iPlayer with openly queer talent in the line-up, adding fresh representation.</w:t>
      </w:r>
      <w:r/>
    </w:p>
    <w:p>
      <w:pPr>
        <w:pStyle w:val="ListBullet"/>
        <w:spacing w:line="240" w:lineRule="auto"/>
        <w:ind w:left="720"/>
      </w:pPr>
      <w:r/>
      <w:r>
        <w:rPr>
          <w:b/>
        </w:rPr>
        <w:t>Adult animation arrives:</w:t>
      </w:r>
      <w:r>
        <w:t xml:space="preserve"> Dang, an R-rated animated comedy featuring Stephanie Hsu, drops on Netflix on 8 September with a sharp comedic pedigree.</w:t>
      </w:r>
      <w:r/>
    </w:p>
    <w:p>
      <w:pPr>
        <w:pStyle w:val="ListBullet"/>
        <w:spacing w:line="240" w:lineRule="auto"/>
        <w:ind w:left="720"/>
      </w:pPr>
      <w:r/>
      <w:r>
        <w:rPr>
          <w:b/>
        </w:rPr>
        <w:t>Horror and anthology buzz:</w:t>
      </w:r>
      <w:r>
        <w:t xml:space="preserve"> American Horror Story chapter 13 streams exclusively on Disney+ from 25 September with fan-favourite cast members returning.</w:t>
      </w:r>
      <w:r/>
    </w:p>
    <w:p>
      <w:pPr>
        <w:pStyle w:val="ListBullet"/>
        <w:spacing w:line="240" w:lineRule="auto"/>
        <w:ind w:left="720"/>
      </w:pPr>
      <w:r/>
      <w:r>
        <w:rPr>
          <w:b/>
        </w:rPr>
        <w:t>Extras worth a look:</w:t>
      </w:r>
      <w:r>
        <w:t xml:space="preserve"> From Sarah Paulson-led true crime to a rom-com adaptation and festival-style thrillers, there’s variety for different moods.</w:t>
      </w:r>
      <w:r/>
      <w:r/>
    </w:p>
    <w:p>
      <w:pPr>
        <w:pStyle w:val="Heading2"/>
      </w:pPr>
      <w:r>
        <w:t>Why Strictly’s new line-up matters for queer viewers</w:t>
      </w:r>
      <w:r/>
    </w:p>
    <w:p>
      <w:r/>
      <w:r>
        <w:t>Strictly Come Dancing has long been appointment viewing for Saturday nights, and this season looks set to lean into more visible casting. The inclusion of openly queer performers brings both representation on the ballroom floor and new storylines to root for. BBC One and BBC iPlayer will host the series in September, and the production’s glossy costumes and lively music make it as much about spectacle as personal journeys. If you’re voting, think about the narrative you want to support , and expect some memorable routines.</w:t>
      </w:r>
      <w:r/>
    </w:p>
    <w:p>
      <w:pPr>
        <w:pStyle w:val="Heading2"/>
      </w:pPr>
      <w:r>
        <w:t>Dang: the animated comedy everyone’s talking about</w:t>
      </w:r>
      <w:r/>
    </w:p>
    <w:p>
      <w:r/>
      <w:r>
        <w:t>Netflix released the trailer for Dang, an adult animated comedy from creators linked to Hacks, and it stars Stephanie Hsu. The show lands on Netflix from 8 September and promises a sharp, queer-leaning voice with a playful, sometimes edgy sense of humour. Reviews and industry write-ups note its bold animation and comedic timing, so if you like your comedy smart, a little weird and visibly queer, this one’s for you. Tip: watch the trailer first to gauge the tone , it leans into adult themes, so it’s not family viewing.</w:t>
      </w:r>
      <w:r/>
    </w:p>
    <w:p>
      <w:pPr>
        <w:pStyle w:val="Heading2"/>
      </w:pPr>
      <w:r>
        <w:t>Practical Magic 2: nostalgia, witches and star power</w:t>
      </w:r>
      <w:r/>
    </w:p>
    <w:p>
      <w:r/>
      <w:r>
        <w:t>The sequel to the 1998 cult favourite reunites Sandra Bullock and Nicole Kidman, and it’s hitting cinemas from 11 September. For many queer viewers, the original’s blend of sisterhood, magic and romantic subtext remains comforting; the sequel looks set to tap that same warm, swoony energy. If you loved the aesthetic , cosy spellwork, autumnal cottages, soft soundtrack , book a cinema night. It’s a prime pick for group outings or a double-bill with something darker the following evening.</w:t>
      </w:r>
      <w:r/>
    </w:p>
    <w:p>
      <w:pPr>
        <w:pStyle w:val="Heading2"/>
      </w:pPr>
      <w:r>
        <w:t>American Horror Story returns with a cast of icons</w:t>
      </w:r>
      <w:r/>
    </w:p>
    <w:p>
      <w:r/>
      <w:r>
        <w:t>Longtime fans have reason to be excited: American Horror Story’s new instalment drops on Disney+ from 25 September and brings back legendary cast members. AHS thrives on shock, nostalgia and camp, and the return of familiar faces promises callbacks alongside fresh frights. If you like your television with tension, striking visuals and theatrical performances, this will be appointment TV. Note that the series leans into mature horror beats, so schedule it for a proper spine-tingling night in.</w:t>
      </w:r>
      <w:r/>
    </w:p>
    <w:p>
      <w:pPr>
        <w:pStyle w:val="Heading2"/>
      </w:pPr>
      <w:r>
        <w:t>Picks you might otherwise miss: genre variety across platforms</w:t>
      </w:r>
      <w:r/>
    </w:p>
    <w:p>
      <w:r/>
      <w:r>
        <w:t>September’s slate goes beyond the headline acts. Saturday Night Live UK returns to Sky/NOW on 12 September for live sketch energy with a queer-aware edge; Netflix releases Monster: The Lizzie Borden Story on 17 September, starring Sarah Paulson in a high-profile true-crime turn; Without Blood lands in US cinemas with Angelina Jolie; The Love Hypothesis arrives on Prime Video with Lili Reinhart; and Primetime brings a thriller vibe to cinemas. Variety means you can choose mood-based viewing , rom-coms, true crime, horror, or late-night laughs.</w:t>
      </w:r>
      <w:r/>
    </w:p>
    <w:p>
      <w:pPr>
        <w:pStyle w:val="Heading2"/>
      </w:pPr>
      <w:r>
        <w:t>How to pick what to watch this month</w:t>
      </w:r>
      <w:r/>
    </w:p>
    <w:p>
      <w:r/>
      <w:r>
        <w:t>Start by mood: want comfort, scares, laughs or star turns? Check platform availability , BBC iPlayer and Disney+ have exclusives, while Netflix and Prime scatter genre picks. For group viewing, Practical Magic 2 or Strictly make great shared experiences; Dang and AHS are better solo or adult-only watches. Finally, follow trailers and early reviews so you know whether a title leans camp, cerebral or romantic before you commit.</w:t>
      </w:r>
      <w:r/>
    </w:p>
    <w:p>
      <w:r/>
      <w:r>
        <w:t>It’s a small schedule shift that can make your September feel curated , pick a night, dim the lights, and enjoy.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[3]</w:t>
        </w:r>
      </w:hyperlink>
      <w:r>
        <w:t xml:space="preserve">- Paragraph 6: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https://diva-magazine.com/2026/08/28/september-2026-shows-films/?utm_source=rss&amp;utm_medium=rss&amp;utm_campaign=september-2026-shows-films</w:t>
        </w:r>
      </w:hyperlink>
      <w:r>
        <w:t xml:space="preserve"> - Please view link - unable to able to access data</w:t>
      </w:r>
      <w:r/>
    </w:p>
    <w:p>
      <w:pPr>
        <w:pStyle w:val="ListNumber"/>
        <w:spacing w:line="240" w:lineRule="auto"/>
        <w:ind w:left="720"/>
      </w:pPr>
      <w:r/>
      <w:hyperlink r:id="rId10">
        <w:r>
          <w:rPr>
            <w:color w:val="0000EE"/>
            <w:u w:val="single"/>
          </w:rPr>
          <w:t>https://www.bbc.co.uk/strictly</w:t>
        </w:r>
      </w:hyperlink>
      <w:r>
        <w:t xml:space="preserve"> - Strictly Come Dancing is a popular BBC One television series that combines professional dancers with celebrity contestants competing in ballroom and Latin dance routines. The show has been a staple of British television since its debut in 2004, featuring a panel of judges who score performances, and a public vote determining the winners. The 2026 series is set to air in September, with the line-up of contestants to be announced closer to the premiere date. For the latest updates and information, visit the official BBC Strictly Come Dancing website.</w:t>
      </w:r>
      <w:r/>
    </w:p>
    <w:p>
      <w:pPr>
        <w:pStyle w:val="ListNumber"/>
        <w:spacing w:line="240" w:lineRule="auto"/>
        <w:ind w:left="720"/>
      </w:pPr>
      <w:r/>
      <w:hyperlink r:id="rId14">
        <w:r>
          <w:rPr>
            <w:color w:val="0000EE"/>
            <w:u w:val="single"/>
          </w:rPr>
          <w:t>https://www.netflix.com/title/81666277</w:t>
        </w:r>
      </w:hyperlink>
      <w:r>
        <w:t xml:space="preserve"> - DANG! is an upcoming adult animated comedy series set to premiere on Netflix on 8 September 2026. Created by Andrew Law, the series follows a brother and sister duo whose lives in New York City are disrupted when their high-achieving older sister arrives and wants to spend time with them. The voice cast includes Stephanie Hsu, Poppy Liu, and Andrew Law. The show is produced by Universal Television and animated by Titmouse, with executive producers Mike Schur and Alan Yang. For more details, visit the official Netflix page for DANG!</w:t>
      </w:r>
      <w:r/>
    </w:p>
    <w:p>
      <w:pPr>
        <w:pStyle w:val="ListNumber"/>
        <w:spacing w:line="240" w:lineRule="auto"/>
        <w:ind w:left="720"/>
      </w:pPr>
      <w:r/>
      <w:hyperlink r:id="rId11">
        <w:r>
          <w:rPr>
            <w:color w:val="0000EE"/>
            <w:u w:val="single"/>
          </w:rPr>
          <w:t>https://www.netflix-news.com/articles/programmes/series/1626809-dang-sur-netflix-la-comedie-animee-pour-adultes-de-mike-schur-et-titmouse-debarque-le-8-septembre-2026-12-08-2026/</w:t>
        </w:r>
      </w:hyperlink>
      <w:r>
        <w:t xml:space="preserve"> - This article provides an overview of DANG!, an adult animated comedy series set to debut on Netflix on 8 September 2026. The series, created by Andrew Law, follows a brother and sister whose lives in New York City are interrupted when their high-achieving older sister arrives and wants to spend time with them. The voice cast includes Stephanie Hsu, Poppy Liu, and Andrew Law. The show is produced by Universal Television and animated by Titmouse, with executive producers Mike Schur and Alan Yang. The article also includes the official trailer for DANG!</w:t>
      </w:r>
      <w:r/>
    </w:p>
    <w:p>
      <w:pPr>
        <w:pStyle w:val="ListNumber"/>
        <w:spacing w:line="240" w:lineRule="auto"/>
        <w:ind w:left="720"/>
      </w:pPr>
      <w:r/>
      <w:hyperlink r:id="rId12">
        <w:r>
          <w:rPr>
            <w:color w:val="0000EE"/>
            <w:u w:val="single"/>
          </w:rPr>
          <w:t>https://www.bubbleblabber.com/2026/08/netflix-unveils-trailer-for-adult-animated-comedy-dang-starring-stephanie-hsu-andrew-law-poppy-liu/</w:t>
        </w:r>
      </w:hyperlink>
      <w:r>
        <w:t xml:space="preserve"> - Netflix has released the official trailer for DANG!, an eight-episode adult animated series set to premiere globally on 8 September 2026. Created by Andrew Law, the series follows a brother and sister duo whose lives in New York City are disrupted when their high-achieving older sister arrives and wants to spend time with them. The voice cast includes Stephanie Hsu, Poppy Liu, and Andrew Law. The show is produced by Universal Television and animated by Titmouse, with executive producers Mike Schur and Alan Yang. The article provides insights into the series and its creators.</w:t>
      </w:r>
      <w:r/>
    </w:p>
    <w:p>
      <w:pPr>
        <w:pStyle w:val="ListNumber"/>
        <w:spacing w:line="240" w:lineRule="auto"/>
        <w:ind w:left="720"/>
      </w:pPr>
      <w:r/>
      <w:hyperlink r:id="rId13">
        <w:r>
          <w:rPr>
            <w:color w:val="0000EE"/>
            <w:u w:val="single"/>
          </w:rPr>
          <w:t>https://www.awn.com/news/netflix-drops-dang-animated-comedy-trailer</w:t>
        </w:r>
      </w:hyperlink>
      <w:r>
        <w:t xml:space="preserve"> - Netflix has released the official trailer for DANG!, an upcoming adult animated comedy series set to premiere on 8 September 2026. Created by Andrew Law, the series follows a brother and sister duo whose lives in New York City are interrupted when their high-achieving older sister arrives and wants to spend time with them. The voice cast includes Stephanie Hsu, Poppy Liu, and Andrew Law. The show is produced by Universal Television and animated by Titmouse, with executive producers Mike Schur and Alan Yang. The article provides details about the series and its production.</w:t>
      </w:r>
      <w:r/>
    </w:p>
    <w:p>
      <w:pPr>
        <w:pStyle w:val="ListNumber"/>
        <w:spacing w:line="240" w:lineRule="auto"/>
        <w:ind w:left="720"/>
      </w:pPr>
      <w:r/>
      <w:hyperlink r:id="rId15">
        <w:r>
          <w:rPr>
            <w:color w:val="0000EE"/>
            <w:u w:val="single"/>
          </w:rPr>
          <w:t>https://www.awn.com/news/netflix-announces-adult-animated-comedy-dang</w:t>
        </w:r>
      </w:hyperlink>
      <w:r>
        <w:t xml:space="preserve"> - Netflix has announced DANG!, an adult animated comedy series set to premiere later this year. Created by Andrew Law, the series follows a brother and sister duo whose lives in New York City are interrupted when their high-achieving older sister arrives and wants to spend time with them. The voice cast includes Stephanie Hsu, Poppy Liu, and Andrew Law. The show is produced by Universal Television and animated by Titmouse, with executive producers Mike Schur and Alan Yang. The article provides an overview of the series and its creators.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28/september-2026-shows-films/?utm_source=rss&amp;utm_medium=rss&amp;utm_campaign=september-2026-shows-films" TargetMode="External"/><Relationship Id="rId10" Type="http://schemas.openxmlformats.org/officeDocument/2006/relationships/hyperlink" Target="https://www.bbc.co.uk/strictly" TargetMode="External"/><Relationship Id="rId11" Type="http://schemas.openxmlformats.org/officeDocument/2006/relationships/hyperlink" Target="https://www.netflix-news.com/articles/programmes/series/1626809-dang-sur-netflix-la-comedie-animee-pour-adultes-de-mike-schur-et-titmouse-debarque-le-8-septembre-2026-12-08-2026/" TargetMode="External"/><Relationship Id="rId12" Type="http://schemas.openxmlformats.org/officeDocument/2006/relationships/hyperlink" Target="https://www.bubbleblabber.com/2026/08/netflix-unveils-trailer-for-adult-animated-comedy-dang-starring-stephanie-hsu-andrew-law-poppy-liu/" TargetMode="External"/><Relationship Id="rId13" Type="http://schemas.openxmlformats.org/officeDocument/2006/relationships/hyperlink" Target="https://www.awn.com/news/netflix-drops-dang-animated-comedy-trailer" TargetMode="External"/><Relationship Id="rId14" Type="http://schemas.openxmlformats.org/officeDocument/2006/relationships/hyperlink" Target="https://www.netflix.com/title/81666277" TargetMode="External"/><Relationship Id="rId15" Type="http://schemas.openxmlformats.org/officeDocument/2006/relationships/hyperlink" Target="https://www.awn.com/news/netflix-announces-adult-animated-comedy-da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