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Sapphic Reads and Friday Freebies: Top Picks, Author Clues, and Why It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sapphic fiction this Friday for bargains, new releases and a little community cheer , discover the top three most-clicked sapphic books this week, a playful Guess the Author game clue, Sally Brooks’ five random facts, four limited-time freebies, and why readers are buzzing.</w:t>
      </w:r>
      <w:r/>
    </w:p>
    <w:p>
      <w:r/>
      <w:r>
        <w:t>Essential Takeaways</w:t>
      </w:r>
      <w:r/>
      <w:r/>
    </w:p>
    <w:p>
      <w:pPr>
        <w:pStyle w:val="ListBullet"/>
        <w:spacing w:line="240" w:lineRule="auto"/>
        <w:ind w:left="720"/>
      </w:pPr>
      <w:r/>
      <w:r>
        <w:rPr>
          <w:b/>
        </w:rPr>
        <w:t>Top clicks:</w:t>
      </w:r>
      <w:r>
        <w:t xml:space="preserve"> Three sapphic titles dominated reader interest this week, showing demand for queer romance and romantasy.</w:t>
      </w:r>
      <w:r/>
    </w:p>
    <w:p>
      <w:pPr>
        <w:pStyle w:val="ListBullet"/>
        <w:spacing w:line="240" w:lineRule="auto"/>
        <w:ind w:left="720"/>
      </w:pPr>
      <w:r/>
      <w:r>
        <w:rPr>
          <w:b/>
        </w:rPr>
        <w:t>Author spotlight:</w:t>
      </w:r>
      <w:r>
        <w:t xml:space="preserve"> Sally Brooks shares five quirky facts; one provokes definite side eye and a laugh.</w:t>
      </w:r>
      <w:r/>
    </w:p>
    <w:p>
      <w:pPr>
        <w:pStyle w:val="ListBullet"/>
        <w:spacing w:line="240" w:lineRule="auto"/>
        <w:ind w:left="720"/>
      </w:pPr>
      <w:r/>
      <w:r>
        <w:rPr>
          <w:b/>
        </w:rPr>
        <w:t>Freebies now:</w:t>
      </w:r>
      <w:r>
        <w:t xml:space="preserve"> Four limited-time free reads , note some are free only on 28 August 2026.</w:t>
      </w:r>
      <w:r/>
    </w:p>
    <w:p>
      <w:pPr>
        <w:pStyle w:val="ListBullet"/>
        <w:spacing w:line="240" w:lineRule="auto"/>
        <w:ind w:left="720"/>
      </w:pPr>
      <w:r/>
      <w:r>
        <w:rPr>
          <w:b/>
        </w:rPr>
        <w:t>Community note:</w:t>
      </w:r>
      <w:r>
        <w:t xml:space="preserve"> There’s upbeat news about Texas drag shows at the end of the post.</w:t>
      </w:r>
      <w:r/>
    </w:p>
    <w:p>
      <w:pPr>
        <w:pStyle w:val="ListBullet"/>
        <w:spacing w:line="240" w:lineRule="auto"/>
        <w:ind w:left="720"/>
      </w:pPr>
      <w:r/>
      <w:r>
        <w:rPr>
          <w:b/>
        </w:rPr>
        <w:t>Reader game:</w:t>
      </w:r>
      <w:r>
        <w:t xml:space="preserve"> The Guess the Author clue hints at an author who researched alcohol’s role for a romcom plot twist.</w:t>
      </w:r>
      <w:r/>
      <w:r/>
    </w:p>
    <w:p>
      <w:pPr>
        <w:pStyle w:val="Heading2"/>
      </w:pPr>
      <w:r>
        <w:t>Which sapphic books had the most clicks , and what that tells us</w:t>
      </w:r>
      <w:r/>
    </w:p>
    <w:p>
      <w:r/>
      <w:r>
        <w:t>Readers gravitated to three clear favourites this week, a neat snapshot of what sapphic fans want right now: warm romance, clever plotting and a dash of speculative worldbuilding. The click numbers suggest comfort reads are still king, but there’s room for riskier, genre-bending work too.</w:t>
      </w:r>
      <w:r/>
    </w:p>
    <w:p>
      <w:r/>
      <w:r>
        <w:t>According to round-ups on popular recommendation sites, lists of best sapphic books tend to mix debut romances with established voices, which keeps discoverability high. If you’re shopping, look for books tagged sapphic, romantasy or queer romcom to match the tone you prefer.</w:t>
      </w:r>
      <w:r/>
    </w:p>
    <w:p>
      <w:r/>
      <w:r>
        <w:t>Practical tip: if you’re exploring a new subgenre, sample the free preview first , it’s the quickest way to tell if the voice grabs you.</w:t>
      </w:r>
      <w:r/>
    </w:p>
    <w:p>
      <w:pPr>
        <w:pStyle w:val="Heading2"/>
      </w:pPr>
      <w:r>
        <w:t>Sally Brooks’ five random things , charming, odd and human</w:t>
      </w:r>
      <w:r/>
    </w:p>
    <w:p>
      <w:r/>
      <w:r>
        <w:t>Sally Brooks popped up as this week’s five-random-things author, and readers responded to the small, human touches she shares. One of her facts drew serious side eye from a fellow contributor, proving how little details can spark big reactions.</w:t>
      </w:r>
      <w:r/>
    </w:p>
    <w:p>
      <w:r/>
      <w:r>
        <w:t>Brooks’ online bio and author pages give a gentle sense of her influences and where she writes from, which makes the connection feel personal. Fans often say those micro-oddities , a preferred pen, a hometown habit , make authors feel like friends.</w:t>
      </w:r>
      <w:r/>
    </w:p>
    <w:p>
      <w:r/>
      <w:r>
        <w:t>If you’re a writer, consider sharing one unexpected fact in your next newsletter; it’s an easy way to build reader rapport.</w:t>
      </w:r>
      <w:r/>
    </w:p>
    <w:p>
      <w:pPr>
        <w:pStyle w:val="Heading2"/>
      </w:pPr>
      <w:r>
        <w:t>Guess the Author game , what the clue reveals</w:t>
      </w:r>
      <w:r/>
    </w:p>
    <w:p>
      <w:r/>
      <w:r>
        <w:t>This week’s Clue #5 mentions hands-on research into alcohol for a romcom about turning up in the wrong place at the right time after a night out. That’s the kind of detail that signals an author who blends real-world experience with comic timing.</w:t>
      </w:r>
      <w:r/>
    </w:p>
    <w:p>
      <w:r/>
      <w:r>
        <w:t>Games like Guess the Author are a great way to learn authors’ craft without spoiling their work. Keep an eye on the follow-up post where the full set of clues will be revealed and the answer announced.</w:t>
      </w:r>
      <w:r/>
    </w:p>
    <w:p>
      <w:r/>
      <w:r>
        <w:t>Reader note: if you enjoy the mystery, bookmarking the weekly game makes it a fun ritual.</w:t>
      </w:r>
      <w:r/>
    </w:p>
    <w:p>
      <w:pPr>
        <w:pStyle w:val="Heading2"/>
      </w:pPr>
      <w:r>
        <w:t>Four Friday freebies , grab them before they vanish</w:t>
      </w:r>
      <w:r/>
    </w:p>
    <w:p>
      <w:r/>
      <w:r>
        <w:t>There are four freebies included in today’s round-up, but some are time-limited to 28 August 2026 only. Freebies are a brilliant way to sample new writers or reread comfort favourites without guilt.</w:t>
      </w:r>
      <w:r/>
    </w:p>
    <w:p>
      <w:r/>
      <w:r>
        <w:t>Always double-check your local marketplace for price and availability, since international pricing can vary. And if a freebie hooks you, consider leaving a review , it’s the currency authors prize most.</w:t>
      </w:r>
      <w:r/>
    </w:p>
    <w:p>
      <w:r/>
      <w:r>
        <w:t>Quick practical advice: download freebies to your library immediately. Sales and promotions change fast, and a free title today might cost tomorrow.</w:t>
      </w:r>
      <w:r/>
    </w:p>
    <w:p>
      <w:pPr>
        <w:pStyle w:val="Heading2"/>
      </w:pPr>
      <w:r>
        <w:t>Community and culture , good news about Texas drag shows</w:t>
      </w:r>
      <w:r/>
    </w:p>
    <w:p>
      <w:r/>
      <w:r>
        <w:t>The post ends on a community note with positive news about Texas drag shows , a reminder that literature and live culture often travel the same activist, celebratory routes. Readers find it encouraging when cultural spaces reopen or see legal and social support, because it reinforces the networks that sustain queer storytelling.</w:t>
      </w:r>
      <w:r/>
    </w:p>
    <w:p>
      <w:r/>
      <w:r>
        <w:t>Cultural updates like this matter because they affect where authors can read, tour and connect with audiences in person. If you care about local events, follow venue social feeds and local LGBTQ+ groups for the most reliable updates.</w:t>
      </w:r>
      <w:r/>
    </w:p>
    <w:p>
      <w:r/>
      <w:r>
        <w:t>Closing line It’s a small, cheerful mix of bargains, discoveries and community good news , perfect for settling in with a new sapphic read this weekend.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9">
        <w:r>
          <w:rPr>
            <w:color w:val="0000EE"/>
            <w:u w:val="single"/>
          </w:rPr>
          <w:t>[1]</w:t>
        </w:r>
      </w:hyperlink>
      <w:r>
        <w:t xml:space="preserve">, </w:t>
      </w:r>
      <w:hyperlink r:id="rId14">
        <w:r>
          <w:rPr>
            <w:color w:val="0000EE"/>
            <w:u w:val="single"/>
          </w:rPr>
          <w:t>[6]</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9">
        <w:r>
          <w:rPr>
            <w:color w:val="0000EE"/>
            <w:u w:val="single"/>
          </w:rPr>
          <w:t>[1]</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https://iheartsapphfic.com/2026/08/28/august-28-edition-4-friday-freebies-top-sapphic-books-sally-brooks-and-more/</w:t>
        </w:r>
      </w:hyperlink>
      <w:r>
        <w:t xml:space="preserve"> - Please view link - unable to able to access data</w:t>
      </w:r>
      <w:r/>
    </w:p>
    <w:p>
      <w:pPr>
        <w:pStyle w:val="ListNumber"/>
        <w:spacing w:line="240" w:lineRule="auto"/>
        <w:ind w:left="720"/>
      </w:pPr>
      <w:r/>
      <w:hyperlink r:id="rId10">
        <w:r>
          <w:rPr>
            <w:color w:val="0000EE"/>
            <w:u w:val="single"/>
          </w:rPr>
          <w:t>https://top5best.com/sapphic-books</w:t>
        </w:r>
      </w:hyperlink>
      <w:r>
        <w:t xml:space="preserve"> - This article presents a curated list of the top five sapphic books as of July 2026. Each book is accompanied by a brief description, publisher information, and a rating, providing readers with a comprehensive overview of notable sapphic literature.</w:t>
      </w:r>
      <w:r/>
    </w:p>
    <w:p>
      <w:pPr>
        <w:pStyle w:val="ListNumber"/>
        <w:spacing w:line="240" w:lineRule="auto"/>
        <w:ind w:left="720"/>
      </w:pPr>
      <w:r/>
      <w:hyperlink r:id="rId11">
        <w:r>
          <w:rPr>
            <w:color w:val="0000EE"/>
            <w:u w:val="single"/>
          </w:rPr>
          <w:t>https://lesbianromancereads.com/2026/08/14/sapphic-romantasy-books/</w:t>
        </w:r>
      </w:hyperlink>
      <w:r>
        <w:t xml:space="preserve"> - This piece highlights ten fantasy romance novels featuring women-loving-women (WLW) relationships, collectively termed 'sapphic romantasy'. The selection showcases the growing demand for inclusive and diverse narratives within the fantasy genre.</w:t>
      </w:r>
      <w:r/>
    </w:p>
    <w:p>
      <w:pPr>
        <w:pStyle w:val="ListNumber"/>
        <w:spacing w:line="240" w:lineRule="auto"/>
        <w:ind w:left="720"/>
      </w:pPr>
      <w:r/>
      <w:hyperlink r:id="rId12">
        <w:r>
          <w:rPr>
            <w:color w:val="0000EE"/>
            <w:u w:val="single"/>
          </w:rPr>
          <w:t>https://www.sally-brooks.com/about/</w:t>
        </w:r>
      </w:hyperlink>
      <w:r>
        <w:t xml:space="preserve"> - Sally Brooks is a social researcher and honorary fellow at the University of York, with over 30 years of experience in international development. Her research focuses on the political economy of global development and rural sociology, with publications in various academic journals.</w:t>
      </w:r>
      <w:r/>
    </w:p>
    <w:p>
      <w:pPr>
        <w:pStyle w:val="ListNumber"/>
        <w:spacing w:line="240" w:lineRule="auto"/>
        <w:ind w:left="720"/>
      </w:pPr>
      <w:r/>
      <w:hyperlink r:id="rId13">
        <w:r>
          <w:rPr>
            <w:color w:val="0000EE"/>
            <w:u w:val="single"/>
          </w:rPr>
          <w:t>https://www.sallybrooks.com/about</w:t>
        </w:r>
      </w:hyperlink>
      <w:r>
        <w:t xml:space="preserve"> - Sally Brooks is a bicoastal actress with numerous TV, stage, and voice-over credits. A graduate of Interlochen Arts Academy, she has performed in productions such as Ryan Murphy’s 'Monsters: The Lyle and Erik Menendez Story' and 'Mayans M.C.'</w:t>
      </w:r>
      <w:r/>
    </w:p>
    <w:p>
      <w:pPr>
        <w:pStyle w:val="ListNumber"/>
        <w:spacing w:line="240" w:lineRule="auto"/>
        <w:ind w:left="720"/>
      </w:pPr>
      <w:r/>
      <w:hyperlink r:id="rId14">
        <w:r>
          <w:rPr>
            <w:color w:val="0000EE"/>
            <w:u w:val="single"/>
          </w:rPr>
          <w:t>https://www.youtube.com/watch?v=9VIPTIt-m-s</w:t>
        </w:r>
      </w:hyperlink>
      <w:r>
        <w:t xml:space="preserve"> - A YouTube video titled 'Most Anticipated Sapphic Books of 2026' by the channel 'Mostly Sapphic Books'. The video discusses upcoming sapphic book releases, providing insights and recommendations for readers interested in the genre.</w:t>
      </w:r>
      <w:r/>
    </w:p>
    <w:p>
      <w:pPr>
        <w:pStyle w:val="ListNumber"/>
        <w:spacing w:line="240" w:lineRule="auto"/>
        <w:ind w:left="720"/>
      </w:pPr>
      <w:r/>
      <w:hyperlink r:id="rId15">
        <w:r>
          <w:rPr>
            <w:color w:val="0000EE"/>
            <w:u w:val="single"/>
          </w:rPr>
          <w:t>https://www.youtube.com/watch?v=hu4eyuqqd20</w:t>
        </w:r>
      </w:hyperlink>
      <w:r>
        <w:t xml:space="preserve"> - A YouTube video titled 'Ranking 40 LGBTQIA+ Books We've Read' by the channel 'mostly sapphic'. The video features a tier list of queer fiction, offering book recommendations and discussions on various LGBTQIA+ titles.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iheartsapphfic.com/2026/08/28/august-28-edition-4-friday-freebies-top-sapphic-books-sally-brooks-and-more/" TargetMode="External"/><Relationship Id="rId10" Type="http://schemas.openxmlformats.org/officeDocument/2006/relationships/hyperlink" Target="https://top5best.com/sapphic-books" TargetMode="External"/><Relationship Id="rId11" Type="http://schemas.openxmlformats.org/officeDocument/2006/relationships/hyperlink" Target="https://lesbianromancereads.com/2026/08/14/sapphic-romantasy-books/" TargetMode="External"/><Relationship Id="rId12" Type="http://schemas.openxmlformats.org/officeDocument/2006/relationships/hyperlink" Target="https://www.sally-brooks.com/about/" TargetMode="External"/><Relationship Id="rId13" Type="http://schemas.openxmlformats.org/officeDocument/2006/relationships/hyperlink" Target="https://www.sallybrooks.com/about" TargetMode="External"/><Relationship Id="rId14" Type="http://schemas.openxmlformats.org/officeDocument/2006/relationships/hyperlink" Target="https://www.youtube.com/watch?v=9VIPTIt-m-s" TargetMode="External"/><Relationship Id="rId15" Type="http://schemas.openxmlformats.org/officeDocument/2006/relationships/hyperlink" Target="https://www.youtube.com/watch?v=hu4eyuqqd2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