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Comic Fair in London: inQ! Returns Bigger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comic-lovers are heading back to South Bank as inQ! doubles up for a whole weekend of queer comics and zines, bringing UK LGBTQIA+ creators together in a friendly, free festival that’s as much about community as it is about buying beautiful work.</w:t>
      </w:r>
      <w:r/>
    </w:p>
    <w:p>
      <w:r/>
      <w:r>
        <w:t>Essential Takeaways</w:t>
      </w:r>
      <w:r/>
      <w:r/>
    </w:p>
    <w:p>
      <w:pPr>
        <w:pStyle w:val="ListBullet"/>
        <w:spacing w:line="240" w:lineRule="auto"/>
        <w:ind w:left="720"/>
      </w:pPr>
      <w:r/>
      <w:r>
        <w:rPr>
          <w:b/>
        </w:rPr>
        <w:t>When and where:</w:t>
      </w:r>
      <w:r>
        <w:t xml:space="preserve"> inQ! runs Saturday 26 and Sunday 27 September 2026 at the London LGBTQ+ Community Centre, 10:30–17:30 each day. </w:t>
      </w:r>
      <w:r/>
    </w:p>
    <w:p>
      <w:pPr>
        <w:pStyle w:val="ListBullet"/>
        <w:spacing w:line="240" w:lineRule="auto"/>
        <w:ind w:left="720"/>
      </w:pPr>
      <w:r/>
      <w:r>
        <w:rPr>
          <w:b/>
        </w:rPr>
        <w:t>Free to attend:</w:t>
      </w:r>
      <w:r>
        <w:t xml:space="preserve"> no tickets, just turn up and browse stalls stacked with comics, zines, prints and indie merch. </w:t>
      </w:r>
      <w:r/>
    </w:p>
    <w:p>
      <w:pPr>
        <w:pStyle w:val="ListBullet"/>
        <w:spacing w:line="240" w:lineRule="auto"/>
        <w:ind w:left="720"/>
      </w:pPr>
      <w:r/>
      <w:r>
        <w:rPr>
          <w:b/>
        </w:rPr>
        <w:t>Big-name and emerging artists:</w:t>
      </w:r>
      <w:r>
        <w:t xml:space="preserve"> exhibitors include award-winners, social-media favourites and debut creators , think graphic novels, mini-comics and exclusive fair launches. </w:t>
      </w:r>
      <w:r/>
    </w:p>
    <w:p>
      <w:pPr>
        <w:pStyle w:val="ListBullet"/>
        <w:spacing w:line="240" w:lineRule="auto"/>
        <w:ind w:left="720"/>
      </w:pPr>
      <w:r/>
      <w:r>
        <w:rPr>
          <w:b/>
        </w:rPr>
        <w:t>Family-friendly vibe:</w:t>
      </w:r>
      <w:r>
        <w:t xml:space="preserve"> organisers stress safety and welcome for all ages, with signings and a community table for DIY creators. </w:t>
      </w:r>
      <w:r/>
    </w:p>
    <w:p>
      <w:pPr>
        <w:pStyle w:val="ListBullet"/>
        <w:spacing w:line="240" w:lineRule="auto"/>
        <w:ind w:left="720"/>
      </w:pPr>
      <w:r/>
      <w:r>
        <w:rPr>
          <w:b/>
        </w:rPr>
        <w:t>Packed with extras:</w:t>
      </w:r>
      <w:r>
        <w:t xml:space="preserve"> signing sessions, exclusive launches and a Community Table where creators can sell without stall fees.</w:t>
      </w:r>
      <w:r/>
      <w:r/>
    </w:p>
    <w:p>
      <w:pPr>
        <w:pStyle w:val="Heading2"/>
      </w:pPr>
      <w:r>
        <w:t>Why inQ! feels like a celebration , and why that matters</w:t>
      </w:r>
      <w:r/>
    </w:p>
    <w:p>
      <w:r/>
      <w:r>
        <w:t>If you’ve ever walked into a stall and felt the warm, slightly chaotic buzz of a small-press fair, you’ll recognise inQ!’s draw: it’s intimate, tactile and full of surprises. The event’s sensory pleasures are immediate , glossy prints, the smell of fresh ink, the rustle of zines , and organisers have leaned into that celebratory atmosphere by expanding to two days. According to the event listings, the move gives more creators time and visitors more chance to explore. For queer stories that don’t always get shelf space, a bigger fair equals more visibility and more sales, which matters for careers as well as community.</w:t>
      </w:r>
      <w:r/>
    </w:p>
    <w:p>
      <w:pPr>
        <w:pStyle w:val="Heading2"/>
      </w:pPr>
      <w:r>
        <w:t>Who’s showing up , established names and new voices</w:t>
      </w:r>
      <w:r/>
    </w:p>
    <w:p>
      <w:r/>
      <w:r>
        <w:t>The exhibitor list reads like a who’s who of UK queer small press and indie comics right now. You’ll find award winners and creators with mainstream credits alongside new voices launching work for the first time. That mix makes for a lively browsing experience: one minute you’re holding a glossy graphic novel, the next you’re leafing through a hand-stapled zine with a raw, immediate voice. The organisers have curated a range so collectors and casual visitors both leave with something they love.</w:t>
      </w:r>
      <w:r/>
    </w:p>
    <w:p>
      <w:pPr>
        <w:pStyle w:val="Heading2"/>
      </w:pPr>
      <w:r>
        <w:t>What to expect on the day , signings, launches and the Community Table</w:t>
      </w:r>
      <w:r/>
    </w:p>
    <w:p>
      <w:r/>
      <w:r>
        <w:t>inQ! isn’t just a shopping trip; it’s an opportunity to meet creators. The fair lists scheduled signings and promises more to come, so keep an eye on the programme if you have a particular artist in mind. There’s also a Community Table where creators can sell their work for free, which is a practical way to lower barriers for emerging makers. If you’re a creator, bring cash and business cards; if you’re a visitor, bring a tote and expect to discover one-off prints and launch editions you won’t find elsewhere.</w:t>
      </w:r>
      <w:r/>
    </w:p>
    <w:p>
      <w:pPr>
        <w:pStyle w:val="Heading2"/>
      </w:pPr>
      <w:r>
        <w:t>Practical tips for visitors , how to make the most of the weekend</w:t>
      </w:r>
      <w:r/>
    </w:p>
    <w:p>
      <w:r/>
      <w:r>
        <w:t>Go early on the day that suits you to avoid queues and grab limited-run items. Wear comfortable shoes , the South Bank setting is lovely but the fair is busy and you’ll be on your feet. Bring cash as some stalls favour it, though many accept cards. If you’re going with family, note the event is advertised as family-friendly, but check individual comics if you’re buying for children. Lastly, follow the fair’s Instagram for last-minute signings and exhibitor additions so you don’t miss anything special.</w:t>
      </w:r>
      <w:r/>
    </w:p>
    <w:p>
      <w:pPr>
        <w:pStyle w:val="Heading2"/>
      </w:pPr>
      <w:r>
        <w:t>The community angle , why inQ! is more than a market</w:t>
      </w:r>
      <w:r/>
    </w:p>
    <w:p>
      <w:r/>
      <w:r>
        <w:t>Organisers describe inQ! as voluntary and non-profit, driven by a desire to put queer comics centre stage and to create welcoming space. That ethos shows in practical choices: free entry, family-friendly programming, and a focus on helping creators connect directly with readers. There’s also an explicit anti-AI stance and a warm, tea-and-biscuits spirit that underscores the fair’s DIY heart. For anyone interested in the cultural life of queer London, the fair is a good reminder that grassroots events remain crucial places for storytelling and solidarity.</w:t>
      </w:r>
      <w:r/>
    </w:p>
    <w:p>
      <w:r/>
      <w:r>
        <w:t>It’s a small change that can make every visit feel like a discovery , and a proper celebration of queer comics.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Paragraph 6: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https://www.brokenfrontier.com/inq-2026/?utm_source=rss&amp;utm_medium=rss&amp;utm_campaign=inq-2026</w:t>
        </w:r>
      </w:hyperlink>
      <w:r>
        <w:t xml:space="preserve"> - Please view link - unable to able to access data</w:t>
      </w:r>
      <w:r/>
    </w:p>
    <w:p>
      <w:pPr>
        <w:pStyle w:val="ListNumber"/>
        <w:spacing w:line="240" w:lineRule="auto"/>
        <w:ind w:left="720"/>
      </w:pPr>
      <w:r/>
      <w:hyperlink r:id="rId10">
        <w:r>
          <w:rPr>
            <w:color w:val="0000EE"/>
            <w:u w:val="single"/>
          </w:rPr>
          <w:t>https://www.brokenfrontier.com/inq-2026/</w:t>
        </w:r>
      </w:hyperlink>
      <w:r>
        <w:t xml:space="preserve"> - Broken Frontier announces the return of London's queer comic fair, inQ!, scheduled for September 26th and 27th, 2026, at the London LGBTQ+ Community Centre. The event will feature a diverse lineup of LGBTQIA+ comic and zine creators, including Rein Lee, Dominique Duong, Abs Bailey, Shazleen Khan, and Alex Taylor. Attendees can expect exclusive comics, zines, prints, and signed copies of graphic novels. The fair aims to provide a safe and welcoming space that celebrates queer narratives through comics and zines.</w:t>
      </w:r>
      <w:r/>
    </w:p>
    <w:p>
      <w:pPr>
        <w:pStyle w:val="ListNumber"/>
        <w:spacing w:line="240" w:lineRule="auto"/>
        <w:ind w:left="720"/>
      </w:pPr>
      <w:r/>
      <w:hyperlink r:id="rId11">
        <w:r>
          <w:rPr>
            <w:color w:val="0000EE"/>
            <w:u w:val="single"/>
          </w:rPr>
          <w:t>https://londonlgbtqcentre.org/event/inq-london-queer-comics-fair-2026/</w:t>
        </w:r>
      </w:hyperlink>
      <w:r>
        <w:t xml:space="preserve"> - The London LGBTQ+ Community Centre provides details about the inQ! London Queer Comics Fair 2026, taking place on September 26th and 27th. The fair offers LGBTQIA+ comic and zine creators a platform to share their self-published works. No booking is required; attendees can drop in during opening times. The event is free and open to all ages, with accessibility information available on the Centre's website.</w:t>
      </w:r>
      <w:r/>
    </w:p>
    <w:p>
      <w:pPr>
        <w:pStyle w:val="ListNumber"/>
        <w:spacing w:line="240" w:lineRule="auto"/>
        <w:ind w:left="720"/>
      </w:pPr>
      <w:r/>
      <w:hyperlink r:id="rId12">
        <w:r>
          <w:rPr>
            <w:color w:val="0000EE"/>
            <w:u w:val="single"/>
          </w:rPr>
          <w:t>https://www.joeglass.co.uk/about/</w:t>
        </w:r>
      </w:hyperlink>
      <w:r>
        <w:t xml:space="preserve"> - Joe Glass is a GLAAD Award-winning writer from South Wales, known for his LGBTQ+ superhero series, The Pride, published by Dark Horse Comics. He has also worked on self-published and crowdfunded comics such as Acceptable Losses, Glitter Vipers, and The Miracles. Joe is a staunch advocate for LGBTQ+ representation in media and has previously worked as a comics news reporter and critic.</w:t>
      </w:r>
      <w:r/>
    </w:p>
    <w:p>
      <w:pPr>
        <w:pStyle w:val="ListNumber"/>
        <w:spacing w:line="240" w:lineRule="auto"/>
        <w:ind w:left="720"/>
      </w:pPr>
      <w:r/>
      <w:hyperlink r:id="rId13">
        <w:r>
          <w:rPr>
            <w:color w:val="0000EE"/>
            <w:u w:val="single"/>
          </w:rPr>
          <w:t>https://pridecaf.co.uk/about/</w:t>
        </w:r>
      </w:hyperlink>
      <w:r>
        <w:t xml:space="preserve"> - Pride Comic Art Festival (PrideCAF) is the UK's first comic art festival dedicated to promoting and celebrating LGBTQIA+ artists and writers. The festival provides a platform for LGBTQIA+ creators to exhibit and sell their work, offering the public an opportunity to discover a world of talent and stories. The event is free and open to all ages, featuring talks and workshops to inspire creativity.</w:t>
      </w:r>
      <w:r/>
    </w:p>
    <w:p>
      <w:pPr>
        <w:pStyle w:val="ListNumber"/>
        <w:spacing w:line="240" w:lineRule="auto"/>
        <w:ind w:left="720"/>
      </w:pPr>
      <w:r/>
      <w:hyperlink r:id="rId14">
        <w:r>
          <w:rPr>
            <w:color w:val="0000EE"/>
            <w:u w:val="single"/>
          </w:rPr>
          <w:t>https://www.wallpaper.com/art/aesop-queer-library-popup</w:t>
        </w:r>
      </w:hyperlink>
      <w:r>
        <w:t xml:space="preserve"> - Aesop's Queer Library returns for its sixth edition from July 3–5, 2026, offering a curated selection of books by LGBTQIA+ authors and allies in exchange for no purchase. Hosted at Aesop’s Soho, Spitalfields, and Brighton locations, this year's theme, 'Body of Work,' explores the queer body as an act of joyful resistance and visibility. The initiative continues to celebrate queer literature as both historical documentation and a means of empowerment.</w:t>
      </w:r>
      <w:r/>
    </w:p>
    <w:p>
      <w:pPr>
        <w:pStyle w:val="ListNumber"/>
        <w:spacing w:line="240" w:lineRule="auto"/>
        <w:ind w:left="720"/>
      </w:pPr>
      <w:r/>
      <w:hyperlink r:id="rId15">
        <w:r>
          <w:rPr>
            <w:color w:val="0000EE"/>
            <w:u w:val="single"/>
          </w:rPr>
          <w:t>https://www.riverkaiart.com/</w:t>
        </w:r>
      </w:hyperlink>
      <w:r>
        <w:t xml:space="preserve"> - River Kai Pilger is a bisexual and transgender author and artist who specializes in romance, LGBTQ+, sci-fi, and fantasy fiction with mental health and disability representation. As a creator with disabilities, River aims to craft stories for readers to see they’re not alone. In addition to storytelling, River creates rainbow, fantasy, and space-themed crafts, including stickers, pins, bookmarks, jewelry, and more.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okenfrontier.com/inq-2026/?utm_source=rss&amp;utm_medium=rss&amp;utm_campaign=inq-2026" TargetMode="External"/><Relationship Id="rId10" Type="http://schemas.openxmlformats.org/officeDocument/2006/relationships/hyperlink" Target="https://www.brokenfrontier.com/inq-2026/" TargetMode="External"/><Relationship Id="rId11" Type="http://schemas.openxmlformats.org/officeDocument/2006/relationships/hyperlink" Target="https://londonlgbtqcentre.org/event/inq-london-queer-comics-fair-2026/" TargetMode="External"/><Relationship Id="rId12" Type="http://schemas.openxmlformats.org/officeDocument/2006/relationships/hyperlink" Target="https://www.joeglass.co.uk/about/" TargetMode="External"/><Relationship Id="rId13" Type="http://schemas.openxmlformats.org/officeDocument/2006/relationships/hyperlink" Target="https://pridecaf.co.uk/about/" TargetMode="External"/><Relationship Id="rId14" Type="http://schemas.openxmlformats.org/officeDocument/2006/relationships/hyperlink" Target="https://www.wallpaper.com/art/aesop-queer-library-popup" TargetMode="External"/><Relationship Id="rId15" Type="http://schemas.openxmlformats.org/officeDocument/2006/relationships/hyperlink" Target="https://www.riverkaiar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