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Moment in Little Tokyo: Okaeri Becomes First LGBTQ+ Group to Walk Nisei Week Parade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residents noticed a colourful new presence this August as Okaeri, LTSC’s Nikkei LGBTQ+ programme, marched in Little Tokyo’s Nisei Week Grand Parade , a visible milestone for AANHPI and queer visibility that matters to families, elders and everyone who cares about community inclusion.</w:t>
      </w:r>
      <w:r/>
    </w:p>
    <w:p>
      <w:r/>
      <w:r>
        <w:t>Essential Takeaways</w:t>
      </w:r>
      <w:r/>
      <w:r/>
    </w:p>
    <w:p>
      <w:pPr>
        <w:pStyle w:val="ListBullet"/>
        <w:spacing w:line="240" w:lineRule="auto"/>
        <w:ind w:left="720"/>
      </w:pPr>
      <w:r/>
      <w:r>
        <w:rPr>
          <w:b/>
        </w:rPr>
        <w:t>Historic first:</w:t>
      </w:r>
      <w:r>
        <w:t xml:space="preserve"> Okaeri was the first LGBTQ+ group invited to march in the Nisei Week Grand Parade, marking a milestone for Nikkei and wider AANHPI visibility.</w:t>
      </w:r>
      <w:r/>
    </w:p>
    <w:p>
      <w:pPr>
        <w:pStyle w:val="ListBullet"/>
        <w:spacing w:line="240" w:lineRule="auto"/>
        <w:ind w:left="720"/>
      </w:pPr>
      <w:r/>
      <w:r>
        <w:rPr>
          <w:b/>
        </w:rPr>
        <w:t>Strong turnout:</w:t>
      </w:r>
      <w:r>
        <w:t xml:space="preserve"> Over 75 community members marched, waving pride flags and holding signs that promoted diversity and inclusion.</w:t>
      </w:r>
      <w:r/>
    </w:p>
    <w:p>
      <w:pPr>
        <w:pStyle w:val="ListBullet"/>
        <w:spacing w:line="240" w:lineRule="auto"/>
        <w:ind w:left="720"/>
      </w:pPr>
      <w:r/>
      <w:r>
        <w:rPr>
          <w:b/>
        </w:rPr>
        <w:t>Cultural roots:</w:t>
      </w:r>
      <w:r>
        <w:t xml:space="preserve"> Okaeri, meaning “welcome home,” is a Little Tokyo Service Center (LTSC) programme that centres LGBTQ+ Japanese Americans and their families.</w:t>
      </w:r>
      <w:r/>
    </w:p>
    <w:p>
      <w:pPr>
        <w:pStyle w:val="ListBullet"/>
        <w:spacing w:line="240" w:lineRule="auto"/>
        <w:ind w:left="720"/>
      </w:pPr>
      <w:r/>
      <w:r>
        <w:rPr>
          <w:b/>
        </w:rPr>
        <w:t>Ongoing events:</w:t>
      </w:r>
      <w:r>
        <w:t xml:space="preserve"> Queer Obon at Terasaki Budokan on 20 September continues the community’s cultural celebration with sliding-scale tickets available.</w:t>
      </w:r>
      <w:r/>
    </w:p>
    <w:p>
      <w:pPr>
        <w:pStyle w:val="ListBullet"/>
        <w:spacing w:line="240" w:lineRule="auto"/>
        <w:ind w:left="720"/>
      </w:pPr>
      <w:r/>
      <w:r>
        <w:rPr>
          <w:b/>
        </w:rPr>
        <w:t>Community impact:</w:t>
      </w:r>
      <w:r>
        <w:t xml:space="preserve"> The march blended tradition with contemporary advocacy, signalling expanding acceptance within historic festival spaces.</w:t>
      </w:r>
      <w:r/>
      <w:r/>
    </w:p>
    <w:p>
      <w:pPr>
        <w:pStyle w:val="Heading2"/>
      </w:pPr>
      <w:r>
        <w:t>Why this parade moment felt so tangible</w:t>
      </w:r>
      <w:r/>
    </w:p>
    <w:p>
      <w:r/>
      <w:r>
        <w:t>The most striking image from the day was the bright sweep of pride flags against the parade’s familiar banners , a simple, human gesture that felt loud in the quietest way. According to Little Tokyo organisers, Nisei Week is a long-standing celebration of Japanese and Japanese American culture, and this year the inclusion of queer Nikkei voices made that tradition feel more reflective of the community it serves.</w:t>
      </w:r>
      <w:r/>
    </w:p>
    <w:p>
      <w:r/>
      <w:r>
        <w:t>Okaeri’s steering committee chair, Eric Arimoto, described the walk as historic and an opportunity to continue conversation and dialogue. For many marchers it wasn’t just visibility; it was a reminder that festivals can evolve without losing their roots.</w:t>
      </w:r>
      <w:r/>
    </w:p>
    <w:p>
      <w:pPr>
        <w:pStyle w:val="Heading2"/>
      </w:pPr>
      <w:r>
        <w:t>How Okaeri grew into Little Tokyo’s civic life</w:t>
      </w:r>
      <w:r/>
    </w:p>
    <w:p>
      <w:r/>
      <w:r>
        <w:t>Okaeri began in 2014 and formally joined the Little Tokyo Service Center as a programme in 2025, bringing years of community work into LTSC’s wider social-services umbrella. That background helps explain why their parade appearance felt like the natural next step , the group already focuses on support, storysharing and culturally rooted advocacy.</w:t>
      </w:r>
      <w:r/>
    </w:p>
    <w:p>
      <w:r/>
      <w:r>
        <w:t>The path from grassroots group to parade marcher shows how community-led initiatives can move into public civic life. It’s a pattern you see across the country as cultural festivals broaden who they represent.</w:t>
      </w:r>
      <w:r/>
    </w:p>
    <w:p>
      <w:pPr>
        <w:pStyle w:val="Heading2"/>
      </w:pPr>
      <w:r>
        <w:t>What this means for AANHPI and LGBTQ+ community ties</w:t>
      </w:r>
      <w:r/>
    </w:p>
    <w:p>
      <w:r/>
      <w:r>
        <w:t>This moment is more than a photo opportunity; it signals changed expectations about who belongs in cultural pageantry. Including AANHPI queer narratives at Nisei Week helps normalise multigenerational conversations , about family acceptance, heritage and identity , in spaces some assumed were off-limits to frank discussion.</w:t>
      </w:r>
      <w:r/>
    </w:p>
    <w:p>
      <w:r/>
      <w:r>
        <w:t>Organisers and participants noted the coalition-building value: marching together sent a message not only of pride, but of partnership between cultural institutions and community groups.</w:t>
      </w:r>
      <w:r/>
    </w:p>
    <w:p>
      <w:pPr>
        <w:pStyle w:val="Heading2"/>
      </w:pPr>
      <w:r>
        <w:t>Practical ways to support and join the celebration</w:t>
      </w:r>
      <w:r/>
    </w:p>
    <w:p>
      <w:r/>
      <w:r>
        <w:t>If you want to be part of the ongoing conversation, there are simple ways in: buy a ticket to Queer Obon at Terasaki Budokan on 20 September, volunteer with LTSC or Okaeri, or attend related community events that happen during Nisei Week. For families, showing up matters , it’s where visibility becomes normal for younger generations.</w:t>
      </w:r>
      <w:r/>
    </w:p>
    <w:p>
      <w:r/>
      <w:r>
        <w:t>Also, consider donating or sharing resources from organisations like LTSC that provide culturally specific support; those practical gestures keep spaces inclusive long after the parade banners come down.</w:t>
      </w:r>
      <w:r/>
    </w:p>
    <w:p>
      <w:pPr>
        <w:pStyle w:val="Heading2"/>
      </w:pPr>
      <w:r>
        <w:t>Looking ahead: more inclusive festivals are coming</w:t>
      </w:r>
      <w:r/>
    </w:p>
    <w:p>
      <w:r/>
      <w:r>
        <w:t>This was a milestone, not an end point. Festivals adapt, and a visible, organised presence like Okaeri’s makes it likelier that future parades and cultural programming will reflect the full diversity of Little Tokyo and the wider AANHPI community. It’s a small shift with compound effects for community safety and belonging.</w:t>
      </w:r>
      <w:r/>
    </w:p>
    <w:p>
      <w:r/>
      <w:r>
        <w:t>It’s a small change that can make every celebration feel a little more like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[7]</w:t>
        </w:r>
      </w:hyperlink>
      <w:r>
        <w:t xml:space="preserve">- Paragraph 3: </w:t>
      </w:r>
      <w:hyperlink r:id="rId10">
        <w:r>
          <w:rPr>
            <w:color w:val="0000EE"/>
            <w:u w:val="single"/>
          </w:rPr>
          <w:t>[2]</w:t>
        </w:r>
      </w:hyperlink>
      <w:r>
        <w:t xml:space="preserve">, </w:t>
      </w:r>
      <w:hyperlink r:id="rId9">
        <w:r>
          <w:rPr>
            <w:color w:val="0000EE"/>
            <w:u w:val="single"/>
          </w:rPr>
          <w:t>[1]</w:t>
        </w:r>
      </w:hyperlink>
      <w:r>
        <w:t xml:space="preserve">- Paragraph 4: </w:t>
      </w:r>
      <w:hyperlink r:id="rId9">
        <w:r>
          <w:rPr>
            <w:color w:val="0000EE"/>
            <w:u w:val="single"/>
          </w:rPr>
          <w:t>[1]</w:t>
        </w:r>
      </w:hyperlink>
      <w:r>
        <w:t xml:space="preserve">, </w:t>
      </w:r>
      <w:hyperlink r:id="rId13">
        <w:r>
          <w:rPr>
            <w:color w:val="0000EE"/>
            <w:u w:val="single"/>
          </w:rPr>
          <w:t>[6]</w:t>
        </w:r>
      </w:hyperlink>
      <w:r>
        <w:t xml:space="preserve">- Paragraph 5: </w:t>
      </w:r>
      <w:hyperlink r:id="rId14">
        <w:r>
          <w:rPr>
            <w:color w:val="0000EE"/>
            <w:u w:val="single"/>
          </w:rPr>
          <w:t>[3]</w:t>
        </w:r>
      </w:hyperlink>
      <w:r>
        <w:t xml:space="preserve">, </w:t>
      </w:r>
      <w:hyperlink r:id="rId15">
        <w:r>
          <w:rPr>
            <w:color w:val="0000EE"/>
            <w:u w:val="single"/>
          </w:rPr>
          <w:t>[5]</w:t>
        </w:r>
      </w:hyperlink>
      <w:r>
        <w:t xml:space="preserve">- Paragraph 6: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https://www.culturalnews.com/?p=50878</w:t>
        </w:r>
      </w:hyperlink>
      <w:r>
        <w:t xml:space="preserve"> - Please view link - unable to able to access data</w:t>
      </w:r>
      <w:r/>
    </w:p>
    <w:p>
      <w:pPr>
        <w:pStyle w:val="ListNumber"/>
        <w:spacing w:line="240" w:lineRule="auto"/>
        <w:ind w:left="720"/>
      </w:pPr>
      <w:r/>
      <w:hyperlink r:id="rId10">
        <w:r>
          <w:rPr>
            <w:color w:val="0000EE"/>
            <w:u w:val="single"/>
          </w:rPr>
          <w:t>https://www.okaeri.org/</w:t>
        </w:r>
      </w:hyperlink>
      <w:r>
        <w:t xml:space="preserve"> - Okaeri is a Nikkei LGBTQ+ community programme under the Little Tokyo Service Center (LTSC). It offers support, resources, and a welcoming space for LGBTQ+ Japanese Americans, their families, and allies. The programme focuses on empowerment, visibility, education, and community connections, aiming to create an environment where individuals can be their authentic selves. Founded in 2014 by Marsha Aizumi, Okaeri became part of LTSC in 2025. The name 'Okaeri' translates to 'welcome home' in Japanese, reflecting the programme's mission to provide a sense of belonging.</w:t>
      </w:r>
      <w:r/>
    </w:p>
    <w:p>
      <w:pPr>
        <w:pStyle w:val="ListNumber"/>
        <w:spacing w:line="240" w:lineRule="auto"/>
        <w:ind w:left="720"/>
      </w:pPr>
      <w:r/>
      <w:hyperlink r:id="rId14">
        <w:r>
          <w:rPr>
            <w:color w:val="0000EE"/>
            <w:u w:val="single"/>
          </w:rPr>
          <w:t>https://www.terasakibudokan.org/events/queer-obon</w:t>
        </w:r>
      </w:hyperlink>
      <w:r>
        <w:t xml:space="preserve"> - Queer Obon is an inclusive festival presented by Okaeri, scheduled for Sunday, September 20, 2026, from 4:00 PM to 9:00 PM at Terasaki Budokan in Los Angeles. The event aims to bring together the Nikkei LGBTQ+ community to celebrate and honour queer ancestors through ceremony and dance. Attendees can expect games, food, an Obon altar, Bon Odori circle dancing, and more. The festival is open to all LGBTQ+ communities and friends, promoting joy, remembrance, and belonging.</w:t>
      </w:r>
      <w:r/>
    </w:p>
    <w:p>
      <w:pPr>
        <w:pStyle w:val="ListNumber"/>
        <w:spacing w:line="240" w:lineRule="auto"/>
        <w:ind w:left="720"/>
      </w:pPr>
      <w:r/>
      <w:hyperlink r:id="rId11">
        <w:r>
          <w:rPr>
            <w:color w:val="0000EE"/>
            <w:u w:val="single"/>
          </w:rPr>
          <w:t>https://culture.lacity.gov/event/nisei-week-grand-parade</w:t>
        </w:r>
      </w:hyperlink>
      <w:r>
        <w:t xml:space="preserve"> - The Nisei Week Grand Parade is a historic event held in Little Tokyo, Los Angeles, on August 16, 2026, from 4:00 PM to 6:00 PM. Organised by the Nisei Week Foundation, the parade features Japanese dancers, musicians, floats, and more, celebrating Japanese and Japanese American heritage. The event is free and open to the public, with no registration required. The parade route includes Central Avenue, Second Street, San Pedro Street, and First Street, showcasing the vibrant culture of the community.</w:t>
      </w:r>
      <w:r/>
    </w:p>
    <w:p>
      <w:pPr>
        <w:pStyle w:val="ListNumber"/>
        <w:spacing w:line="240" w:lineRule="auto"/>
        <w:ind w:left="720"/>
      </w:pPr>
      <w:r/>
      <w:hyperlink r:id="rId15">
        <w:r>
          <w:rPr>
            <w:color w:val="0000EE"/>
            <w:u w:val="single"/>
          </w:rPr>
          <w:t>https://www.nichibei.org/event/okaeri-benefit-2026/</w:t>
        </w:r>
      </w:hyperlink>
      <w:r>
        <w:t xml:space="preserve"> - The 'Okaeri Benefit 2026' is a fundraising event held on March 28, 2026, from 10:00 AM to 3:00 PM at the Japanese American Cultural &amp; Community Center in Los Angeles. The fundraiser celebrates Okaeri's launch as a programme of the Little Tokyo Service Center and honours the life and work of founder Marsha Aizumi. The event features a keynote speaker, identity meetups, guest speakers, and lunch provided by Back Home in Lahaina. Tickets are priced at $150.</w:t>
      </w:r>
      <w:r/>
    </w:p>
    <w:p>
      <w:pPr>
        <w:pStyle w:val="ListNumber"/>
        <w:spacing w:line="240" w:lineRule="auto"/>
        <w:ind w:left="720"/>
      </w:pPr>
      <w:r/>
      <w:hyperlink r:id="rId13">
        <w:r>
          <w:rPr>
            <w:color w:val="0000EE"/>
            <w:u w:val="single"/>
          </w:rPr>
          <w:t>https://rafu.com/2026/08/japan-crossover-to-present-jx-matsuri-a-free-community-carnival-ahead-of-nisei-week-parade/</w:t>
        </w:r>
      </w:hyperlink>
      <w:r>
        <w:t xml:space="preserve"> - JX Matsuri is a community carnival presented by Japan Crossover, taking place on Sunday, August 16, 2026, from 11:00 AM to 4:00 PM in Weller Court, Little Tokyo. The event aims to revive the spirit of the Nisei Week Carnival by bridging generations and community organisations. It features community organisation booths, games, Little Tokyo Table Tennis ping pong, and music along the Nisei Week Grand Parade route. The carnival is free to the public and seeks to build community and strengthen U.S.-Japan partnerships.</w:t>
      </w:r>
      <w:r/>
    </w:p>
    <w:p>
      <w:pPr>
        <w:pStyle w:val="ListNumber"/>
        <w:spacing w:line="240" w:lineRule="auto"/>
        <w:ind w:left="720"/>
      </w:pPr>
      <w:r/>
      <w:hyperlink r:id="rId12">
        <w:r>
          <w:rPr>
            <w:color w:val="0000EE"/>
            <w:u w:val="single"/>
          </w:rPr>
          <w:t>https://rafu.com/2026/08/rep-mark-takano-and-mural-artist-robert-vargas-to-lead-84th-nisei-week-grand-parade-in-little-tokyo/</w:t>
        </w:r>
      </w:hyperlink>
      <w:r>
        <w:t xml:space="preserve"> - The 84th Nisei Week Grand Parade in Little Tokyo is scheduled for August 16, 2026, starting at 4:00 PM. The parade will be led by U.S. Representative Mark Takano as the grand marshal and acclaimed mural artist Robert Vargas as the parade marshal. The procession will begin at Central Avenue, travel west on Second Street, north on San Pedro Street, east on First Street, and end back on Central Avenue. The parade features traditional taiko drum performers, local community groups, high schools, elected officials, and the newly crowned 2026 Nisei Week queen and court.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ulturalnews.com/?p=50878" TargetMode="External"/><Relationship Id="rId10" Type="http://schemas.openxmlformats.org/officeDocument/2006/relationships/hyperlink" Target="https://www.okaeri.org/" TargetMode="External"/><Relationship Id="rId11" Type="http://schemas.openxmlformats.org/officeDocument/2006/relationships/hyperlink" Target="https://culture.lacity.gov/event/nisei-week-grand-parade" TargetMode="External"/><Relationship Id="rId12" Type="http://schemas.openxmlformats.org/officeDocument/2006/relationships/hyperlink" Target="https://rafu.com/2026/08/rep-mark-takano-and-mural-artist-robert-vargas-to-lead-84th-nisei-week-grand-parade-in-little-tokyo/" TargetMode="External"/><Relationship Id="rId13" Type="http://schemas.openxmlformats.org/officeDocument/2006/relationships/hyperlink" Target="https://rafu.com/2026/08/japan-crossover-to-present-jx-matsuri-a-free-community-carnival-ahead-of-nisei-week-parade/" TargetMode="External"/><Relationship Id="rId14" Type="http://schemas.openxmlformats.org/officeDocument/2006/relationships/hyperlink" Target="https://www.terasakibudokan.org/events/queer-obon" TargetMode="External"/><Relationship Id="rId15" Type="http://schemas.openxmlformats.org/officeDocument/2006/relationships/hyperlink" Target="https://www.nichibei.org/event/okaeri-benefit-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