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Palworld Pals for Pride: Which Creatures Would Be Allies?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leaning into character vibes as Palworld’s colourful roster gets judged not just on stats but on who’d march at Pride. Gamers and queer players are debating which pals feel like allies, which are performative, and which you wouldn’t want at your rally , a playful take that matters to community vibes.</w:t>
      </w:r>
      <w:r/>
    </w:p>
    <w:p>
      <w:r/>
      <w:r>
        <w:t>Essential Takeaways</w:t>
      </w:r>
      <w:r/>
      <w:r/>
    </w:p>
    <w:p>
      <w:pPr>
        <w:pStyle w:val="ListBullet"/>
        <w:spacing w:line="240" w:lineRule="auto"/>
        <w:ind w:left="720"/>
      </w:pPr>
      <w:r/>
      <w:r>
        <w:rPr>
          <w:b/>
        </w:rPr>
        <w:t>Top ally:</w:t>
      </w:r>
      <w:r>
        <w:t xml:space="preserve"> Chillet feels warm and peaceful, the kind of pal that shelters and supports. </w:t>
      </w:r>
      <w:r/>
    </w:p>
    <w:p>
      <w:pPr>
        <w:pStyle w:val="ListBullet"/>
        <w:spacing w:line="240" w:lineRule="auto"/>
        <w:ind w:left="720"/>
      </w:pPr>
      <w:r/>
      <w:r>
        <w:rPr>
          <w:b/>
        </w:rPr>
        <w:t>Cosmic defender:</w:t>
      </w:r>
      <w:r>
        <w:t xml:space="preserve"> Selyne reads as a protector with an otherworldly, justice-driven streak. </w:t>
      </w:r>
      <w:r/>
    </w:p>
    <w:p>
      <w:pPr>
        <w:pStyle w:val="ListBullet"/>
        <w:spacing w:line="240" w:lineRule="auto"/>
        <w:ind w:left="720"/>
      </w:pPr>
      <w:r/>
      <w:r>
        <w:rPr>
          <w:b/>
        </w:rPr>
        <w:t>Reluctant helper:</w:t>
      </w:r>
      <w:r>
        <w:t xml:space="preserve"> Quivern is loving but passive; will support only if pushed. </w:t>
      </w:r>
      <w:r/>
    </w:p>
    <w:p>
      <w:pPr>
        <w:pStyle w:val="ListBullet"/>
        <w:spacing w:line="240" w:lineRule="auto"/>
        <w:ind w:left="720"/>
      </w:pPr>
      <w:r/>
      <w:r>
        <w:rPr>
          <w:b/>
        </w:rPr>
        <w:t>Performative vibes:</w:t>
      </w:r>
      <w:r>
        <w:t xml:space="preserve"> Katress looks the part but won’t stand up when it counts. </w:t>
      </w:r>
      <w:r/>
    </w:p>
    <w:p>
      <w:pPr>
        <w:pStyle w:val="ListBullet"/>
        <w:spacing w:line="240" w:lineRule="auto"/>
        <w:ind w:left="720"/>
      </w:pPr>
      <w:r/>
      <w:r>
        <w:rPr>
          <w:b/>
        </w:rPr>
        <w:t>Watch your back:</w:t>
      </w:r>
      <w:r>
        <w:t xml:space="preserve"> Anubis and Jetragon have aggressive behaviours that make them poor symbolic allies, despite utility in combat.</w:t>
      </w:r>
      <w:r/>
      <w:r/>
    </w:p>
    <w:p>
      <w:pPr>
        <w:pStyle w:val="Heading2"/>
      </w:pPr>
      <w:r>
        <w:t>A comfy winner: why Chillet tops the ally list</w:t>
      </w:r>
      <w:r/>
    </w:p>
    <w:p>
      <w:r/>
      <w:r>
        <w:t>Chillet’s charm is immediate , soft, round and pacifist until provoked, it gives off a warm, community-first energy. Fans that love kindness-forward companions see Chillet as the pal who’d bake pies for a bake sale and stand in solidarity at a march. According to Palworld lore, Chillet’s domestic roles and gentle history with humans reinforce that image. If you want a pal who symbolically represents allyship in your team photo, pick Chillet and let your squad feel cosy and safe.</w:t>
      </w:r>
      <w:r/>
    </w:p>
    <w:p>
      <w:pPr>
        <w:pStyle w:val="Heading2"/>
      </w:pPr>
      <w:r>
        <w:t>Selyne: celestial justice with a lunar flourish</w:t>
      </w:r>
      <w:r/>
    </w:p>
    <w:p>
      <w:r/>
      <w:r>
        <w:t>Selyne brings a cosmic, almost priestess-like vibe that reads as righteous protection. The pal’s moon-themed design and lore suggest it stands for balance and order, which makes it feel naturally opposed to cruelty and exclusion. Players who value thematic storytelling will enjoy how Selyne’s role in the game can be interpreted as standing up against harm. It’s the kind of aesthetic ally that looks striking on banners and carries a clear narrative of defending the marginalised.</w:t>
      </w:r>
      <w:r/>
    </w:p>
    <w:p>
      <w:pPr>
        <w:pStyle w:val="Heading2"/>
      </w:pPr>
      <w:r>
        <w:t>Quivern: supportive, but don’t expect front-line activism</w:t>
      </w:r>
      <w:r/>
    </w:p>
    <w:p>
      <w:r/>
      <w:r>
        <w:t>Quivern is a lovable azure dragon that’s affectionate and reliable as a mount, but it’s not the pal to rush into confrontation on your behalf. In gameplay terms, it’s helpful and loyal, although its tendency towards passivity means it won’t pick fights for causes unless directly threatened. That makes Quivern a good companion for everyday solidarity , someone who’ll back you quietly rather than lead public protests. If you want a gentle presence that won’t escalate things, Quivern fits nicely.</w:t>
      </w:r>
      <w:r/>
    </w:p>
    <w:p>
      <w:pPr>
        <w:pStyle w:val="Heading2"/>
      </w:pPr>
      <w:r>
        <w:t>Katress: style over substance , the performative ally</w:t>
      </w:r>
      <w:r/>
    </w:p>
    <w:p>
      <w:r/>
      <w:r>
        <w:t>Katress is stylish, witchy and full of theatrical flair, which makes it a natural favourite in aesthetics-driven spaces. But that’s exactly the problem when you’re judging allyship. The pal’s tendency to hide certain traits and only show them in private paints it as performative rather than principled. Fans who value authenticity will spot this: outward support without real-world action isn’t much use when things get hard. In short, Katress makes a great follower for themed events, but don’t expect it to march at the front.</w:t>
      </w:r>
      <w:r/>
    </w:p>
    <w:p>
      <w:pPr>
        <w:pStyle w:val="Heading2"/>
      </w:pPr>
      <w:r>
        <w:t>Shadowbeak: goth energy , fierce protector under the black feathers</w:t>
      </w:r>
      <w:r/>
    </w:p>
    <w:p>
      <w:r/>
      <w:r>
        <w:t>On paper Shadowbeak looks intimidating, even hostile, since it attacks on sight. But there’s an underlying punk-goth energy that historically lines up with subcultures that uplift outsiders. That contradiction matters: while Shadowbeak may seem antisocial, it also gives off the vibe of a pal who’d defend a friend with dramatic flair. It’s the dark-hued best mate who might be gruff, but would never tolerate discrimination when they witness it.</w:t>
      </w:r>
      <w:r/>
    </w:p>
    <w:p>
      <w:pPr>
        <w:pStyle w:val="Heading2"/>
      </w:pPr>
      <w:r>
        <w:t>Anubis and Jetragon: great for combat, poor for parade politics</w:t>
      </w:r>
      <w:r/>
    </w:p>
    <w:p>
      <w:r/>
      <w:r>
        <w:t>Anubis is the archetypal fighter , efficient, trained and not especially empathetic in its lore. That translates into a pal that’s handy in a raid but not someone you’d expect to stand up for marginalised people. Jetragon, adored as a flying mount, also carries aggressive behavioural notes in the fandom; sleek and unfeeling, it’s brilliant for travel yet reads as emotionally distant. Both are assets in gameplay, but if you’re curating a team to represent Pride values, they’re not the stars.</w:t>
      </w:r>
      <w:r/>
    </w:p>
    <w:p>
      <w:pPr>
        <w:pStyle w:val="Heading2"/>
      </w:pPr>
      <w:r>
        <w:t>How to pick pals if ally-vibes matter to you</w:t>
      </w:r>
      <w:r/>
    </w:p>
    <w:p>
      <w:r/>
      <w:r>
        <w:t>First, decide whether symbolism or utility matters more. Choose Chillet or Selyne if you want aesthetic allyship and emotional warmth. Pick Quivern for a dependable, low-drama supporter. Use Anubis or Jetragon for tough missions and Shadowbeak if you want dramatic, protective energy. And remember: lore and in-game behaviour are fun to interpret, but your personal playstyle and community are what truly make a pal an ally.</w:t>
      </w:r>
      <w:r/>
    </w:p>
    <w:p>
      <w:r/>
      <w:r>
        <w:t>It’s a small, playful way to align your team with the values you care about , and yes, your pal choices can spark conversations that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[7]</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Paragraph 4: </w:t>
      </w:r>
      <w:hyperlink r:id="rId14">
        <w:r>
          <w:rPr>
            <w:color w:val="0000EE"/>
            <w:u w:val="single"/>
          </w:rPr>
          <w:t>[4]</w:t>
        </w:r>
      </w:hyperlink>
      <w:r>
        <w:t xml:space="preserve">- Paragraph 5: </w:t>
      </w:r>
      <w:hyperlink r:id="rId12">
        <w:r>
          <w:rPr>
            <w:color w:val="0000EE"/>
            <w:u w:val="single"/>
          </w:rPr>
          <w:t>[7]</w:t>
        </w:r>
      </w:hyperlink>
      <w:r>
        <w:t xml:space="preserve">- Paragraph 6: </w:t>
      </w:r>
      <w:hyperlink r:id="rId10">
        <w:r>
          <w:rPr>
            <w:color w:val="0000EE"/>
            <w:u w:val="single"/>
          </w:rPr>
          <w:t>[2]</w:t>
        </w:r>
      </w:hyperlink>
      <w:r>
        <w:t xml:space="preserve">, </w:t>
      </w:r>
      <w:hyperlink r:id="rId15">
        <w:r>
          <w:rPr>
            <w:color w:val="0000EE"/>
            <w:u w:val="single"/>
          </w:rPr>
          <w:t>[3]</w:t>
        </w:r>
      </w:hyperlink>
      <w:r>
        <w:t xml:space="preserve">- Paragraph 7: </w:t>
      </w:r>
      <w:hyperlink r:id="rId14">
        <w:r>
          <w:rPr>
            <w:color w:val="0000EE"/>
            <w:u w:val="single"/>
          </w:rPr>
          <w:t>[4]</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https://gaymingmag.com/2026/08/ranking-palworld-pals-which-are-the-lgbtq-allies-and-which-are-the-homophobes/?utm_source=rss&amp;utm_medium=rss&amp;utm_campaign=ranking-palworld-pals-which-are-the-lgbtq-allies-and-which-are-the-homophobes</w:t>
        </w:r>
      </w:hyperlink>
      <w:r>
        <w:t xml:space="preserve"> - Please view link - unable to able to access data</w:t>
      </w:r>
      <w:r/>
    </w:p>
    <w:p>
      <w:pPr>
        <w:pStyle w:val="ListNumber"/>
        <w:spacing w:line="240" w:lineRule="auto"/>
        <w:ind w:left="720"/>
      </w:pPr>
      <w:r/>
      <w:hyperlink r:id="rId10">
        <w:r>
          <w:rPr>
            <w:color w:val="0000EE"/>
            <w:u w:val="single"/>
          </w:rPr>
          <w:t>https://palworld.fandom.com/wiki/Anubis</w:t>
        </w:r>
      </w:hyperlink>
      <w:r>
        <w:t xml:space="preserve"> - Anubis is a prominent fighting Pal in Palworld, frequently seen practicing various combat styles across the map. Its aggressive nature, including attacking players, and its representation as a literal embodiment of death, suggest that Anubis is not an ally to the queer community. Its emphasis on combat and readiness to attack those who don't conform to its 'macho' style indicate a lack of support for LGBTQ+ individuals.</w:t>
      </w:r>
      <w:r/>
    </w:p>
    <w:p>
      <w:pPr>
        <w:pStyle w:val="ListNumber"/>
        <w:spacing w:line="240" w:lineRule="auto"/>
        <w:ind w:left="720"/>
      </w:pPr>
      <w:r/>
      <w:hyperlink r:id="rId15">
        <w:r>
          <w:rPr>
            <w:color w:val="0000EE"/>
            <w:u w:val="single"/>
          </w:rPr>
          <w:t>https://palworld.fandom.com/wiki/Jetragon</w:t>
        </w:r>
      </w:hyperlink>
      <w:r>
        <w:t xml:space="preserve"> - Jetragon is a beloved flying mount in Palworld, but its in-game behavior and sleek appearance position it as one of the most homophobic Pals. It attacks any player it encounters, and its robotic aesthetic makes it resemble an unfeeling entity ready to attack anything perceived as 'different.' While useful for flying, Jetragon is not supportive of individuals expressing their pride.</w:t>
      </w:r>
      <w:r/>
    </w:p>
    <w:p>
      <w:pPr>
        <w:pStyle w:val="ListNumber"/>
        <w:spacing w:line="240" w:lineRule="auto"/>
        <w:ind w:left="720"/>
      </w:pPr>
      <w:r/>
      <w:hyperlink r:id="rId14">
        <w:r>
          <w:rPr>
            <w:color w:val="0000EE"/>
            <w:u w:val="single"/>
          </w:rPr>
          <w:t>https://palworld.fandom.com/wiki/Katress</w:t>
        </w:r>
      </w:hyperlink>
      <w:r>
        <w:t xml:space="preserve"> - Katress is a Pal that embodies many traits appreciated by the queer community, such as style and a flair for witchy aesthetics. However, it reserves self-expression for moments when others aren't watching, acting similarly to subtle homophobes who claim support for the LGBTQ+ community but refuse to stand up for them publicly. This behavior indicates that Katress isn't a true ally, despite appearances.</w:t>
      </w:r>
      <w:r/>
    </w:p>
    <w:p>
      <w:pPr>
        <w:pStyle w:val="ListNumber"/>
        <w:spacing w:line="240" w:lineRule="auto"/>
        <w:ind w:left="720"/>
      </w:pPr>
      <w:r/>
      <w:hyperlink r:id="rId13">
        <w:r>
          <w:rPr>
            <w:color w:val="0000EE"/>
            <w:u w:val="single"/>
          </w:rPr>
          <w:t>https://palworld.fandom.com/wiki/Quivern</w:t>
        </w:r>
      </w:hyperlink>
      <w:r>
        <w:t xml:space="preserve"> - Quivern is an adorable azure dragon in Palworld, known for its loving nature and readiness to support its player as a flying mount. While Quivern is an LGBTQ+ ally, it tends to be passive unless actively attacked, only supporting queer individuals when not challenged by others. This passive support suggests that Quivern could be a better ally if it were more proactive.</w:t>
      </w:r>
      <w:r/>
    </w:p>
    <w:p>
      <w:pPr>
        <w:pStyle w:val="ListNumber"/>
        <w:spacing w:line="240" w:lineRule="auto"/>
        <w:ind w:left="720"/>
      </w:pPr>
      <w:r/>
      <w:hyperlink r:id="rId11">
        <w:r>
          <w:rPr>
            <w:color w:val="0000EE"/>
            <w:u w:val="single"/>
          </w:rPr>
          <w:t>https://palworld.fandom.com/wiki/Selyne</w:t>
        </w:r>
      </w:hyperlink>
      <w:r>
        <w:t xml:space="preserve"> - Selyne is a cosmic-themed Pal in Palworld, embodying the natural and intergalactic world. Its role in the universe suggests that it would recognize homophobia as inherently unnatural. Selyne would uplift the gay community not only because of its personal views but also due to its duty to the universe, understanding that true cosmic order can only be achieved by eliminating those who cause harm.</w:t>
      </w:r>
      <w:r/>
    </w:p>
    <w:p>
      <w:pPr>
        <w:pStyle w:val="ListNumber"/>
        <w:spacing w:line="240" w:lineRule="auto"/>
        <w:ind w:left="720"/>
      </w:pPr>
      <w:r/>
      <w:hyperlink r:id="rId12">
        <w:r>
          <w:rPr>
            <w:color w:val="0000EE"/>
            <w:u w:val="single"/>
          </w:rPr>
          <w:t>https://palworld.fandom.com/wiki/Shadowbeak</w:t>
        </w:r>
      </w:hyperlink>
      <w:r>
        <w:t xml:space="preserve"> - Shadowbeak is a goth-inspired Pal in Palworld, known for its love of all things dark and spiky. Despite its tendency to attack players on sight, its goth aesthetic, historically rooted in uplifting marginalized communities, suggests that it would support the LGBTQ+ community. Shadowbeak's equal opportunity aggression indicates that it would defend against discrimination, regardless of the target's identity.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mingmag.com/2026/08/ranking-palworld-pals-which-are-the-lgbtq-allies-and-which-are-the-homophobes/?utm_source=rss&amp;utm_medium=rss&amp;utm_campaign=ranking-palworld-pals-which-are-the-lgbtq-allies-and-which-are-the-homophobes" TargetMode="External"/><Relationship Id="rId10" Type="http://schemas.openxmlformats.org/officeDocument/2006/relationships/hyperlink" Target="https://palworld.fandom.com/wiki/Anubis" TargetMode="External"/><Relationship Id="rId11" Type="http://schemas.openxmlformats.org/officeDocument/2006/relationships/hyperlink" Target="https://palworld.fandom.com/wiki/Selyne" TargetMode="External"/><Relationship Id="rId12" Type="http://schemas.openxmlformats.org/officeDocument/2006/relationships/hyperlink" Target="https://palworld.fandom.com/wiki/Shadowbeak" TargetMode="External"/><Relationship Id="rId13" Type="http://schemas.openxmlformats.org/officeDocument/2006/relationships/hyperlink" Target="https://palworld.fandom.com/wiki/Quivern" TargetMode="External"/><Relationship Id="rId14" Type="http://schemas.openxmlformats.org/officeDocument/2006/relationships/hyperlink" Target="https://palworld.fandom.com/wiki/Katress" TargetMode="External"/><Relationship Id="rId15" Type="http://schemas.openxmlformats.org/officeDocument/2006/relationships/hyperlink" Target="https://palworld.fandom.com/wiki/Jetrag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