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Seattle’s Queer Comedy Scene: Where Identity Meets Big Laughs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Seattle’s queer comedy nights, and locals say the city punches well above its size for bold, compassionate stand-up. From intimate mics to headlining showcases, the scene offers colourful voices, campy energy and a refreshingly non–punch-down approach that matters for performers and audiences alike.</w:t>
      </w:r>
      <w:r/>
    </w:p>
    <w:p>
      <w:r/>
      <w:r>
        <w:t>Essential Takeaways</w:t>
      </w:r>
      <w:r/>
      <w:r/>
    </w:p>
    <w:p>
      <w:pPr>
        <w:pStyle w:val="ListBullet"/>
        <w:spacing w:line="240" w:lineRule="auto"/>
        <w:ind w:left="720"/>
      </w:pPr>
      <w:r/>
      <w:r>
        <w:rPr>
          <w:b/>
        </w:rPr>
        <w:t>Vibrant variety:</w:t>
      </w:r>
      <w:r>
        <w:t xml:space="preserve"> Seattle hosts a wide range of queer-friendly mics and shows, from intimate basement nights to established showcases. </w:t>
      </w:r>
      <w:r/>
    </w:p>
    <w:p>
      <w:pPr>
        <w:pStyle w:val="ListBullet"/>
        <w:spacing w:line="240" w:lineRule="auto"/>
        <w:ind w:left="720"/>
      </w:pPr>
      <w:r/>
      <w:r>
        <w:rPr>
          <w:b/>
        </w:rPr>
        <w:t>Identity-driven material:</w:t>
      </w:r>
      <w:r>
        <w:t xml:space="preserve"> Many comics weave gender, race and sexuality into sets, creating honest, resonant humour that feels lived-in and specific. </w:t>
      </w:r>
      <w:r/>
    </w:p>
    <w:p>
      <w:pPr>
        <w:pStyle w:val="ListBullet"/>
        <w:spacing w:line="240" w:lineRule="auto"/>
        <w:ind w:left="720"/>
      </w:pPr>
      <w:r/>
      <w:r>
        <w:rPr>
          <w:b/>
        </w:rPr>
        <w:t>Community resilience:</w:t>
      </w:r>
      <w:r>
        <w:t xml:space="preserve"> Venues ebb and flow, but long-standing spots like the Comedy Nest still anchor the scene. </w:t>
      </w:r>
      <w:r/>
    </w:p>
    <w:p>
      <w:pPr>
        <w:pStyle w:val="ListBullet"/>
        <w:spacing w:line="240" w:lineRule="auto"/>
        <w:ind w:left="720"/>
      </w:pPr>
      <w:r/>
      <w:r>
        <w:rPr>
          <w:b/>
        </w:rPr>
        <w:t>Accessible entry points:</w:t>
      </w:r>
      <w:r>
        <w:t xml:space="preserve"> Open mics remain the most common route in , expect raw, energetic sets and plenty of crowd work. </w:t>
      </w:r>
      <w:r/>
    </w:p>
    <w:p>
      <w:pPr>
        <w:pStyle w:val="ListBullet"/>
        <w:spacing w:line="240" w:lineRule="auto"/>
        <w:ind w:left="720"/>
      </w:pPr>
      <w:r/>
      <w:r>
        <w:rPr>
          <w:b/>
        </w:rPr>
        <w:t>Shows to watch:</w:t>
      </w:r>
      <w:r>
        <w:t xml:space="preserve"> Local comics are touring and headlining club nights; keep an eye on Tacoma Comedy Club and Common Objects for special events.</w:t>
      </w:r>
      <w:r/>
      <w:r/>
    </w:p>
    <w:p>
      <w:pPr>
        <w:pStyle w:val="Heading2"/>
      </w:pPr>
      <w:r>
        <w:t>Why Seattle’s queer comedy feels refreshingly honest</w:t>
      </w:r>
      <w:r/>
    </w:p>
    <w:p>
      <w:r/>
      <w:r>
        <w:t>Walk into a queer night here and you’ll notice something immediate , the room feels like a good party where people are allowed to be gloriously specific. According to local performers, that warmth comes from comedians who treat identity as material, not shorthand. The result is a brand of comedy that’s often confessional, frequently political and usually very funny.</w:t>
      </w:r>
      <w:r/>
    </w:p>
    <w:p>
      <w:r/>
      <w:r>
        <w:t>That candour didn’t appear overnight. Performers credit open mics and community-run showcases for allowing experimentation and risk-taking. For audiences, the payoff is sets that land not just laughs but connection , you leave feeling seen, even if you only caught a few minutes of someone’s life.</w:t>
      </w:r>
      <w:r/>
    </w:p>
    <w:p>
      <w:pPr>
        <w:pStyle w:val="Heading2"/>
      </w:pPr>
      <w:r>
        <w:t>How performers turn identity into punchlines (without punching down)</w:t>
      </w:r>
      <w:r/>
    </w:p>
    <w:p>
      <w:r/>
      <w:r>
        <w:t>Many comics in the scene describe a balancing act: mining personal identity for jokes while avoiding the easy, mean targets. Some started by deliberately writing outside their identities, others embraced them and found their strongest material there. The through-line is craft , crowd work, timing and truth-telling make the difference between a tired trope and a memorable bit.</w:t>
      </w:r>
      <w:r/>
    </w:p>
    <w:p>
      <w:r/>
      <w:r>
        <w:t>If you’re a new comic, a practical tip is to test personal material at queer-friendly open mics where audiences are likely to understand context. That safer rehearsal space helps you refine voice and find the right degree of vulnerability before stepping onto a larger stage.</w:t>
      </w:r>
      <w:r/>
    </w:p>
    <w:p>
      <w:pPr>
        <w:pStyle w:val="Heading2"/>
      </w:pPr>
      <w:r>
        <w:t>Venues and mics that matter , where to find the comedy</w:t>
      </w:r>
      <w:r/>
    </w:p>
    <w:p>
      <w:r/>
      <w:r>
        <w:t>Seattle’s scene is spread across bars, clubs and community spaces. While some venues have closed in recent years, established spots and pop-up nights keep the calendar full. Long-running mics like the Comedy Nest are frequently cited as lifelines, and smaller showcases , from basement-style rooms to themed nights , offer a range of vibes.</w:t>
      </w:r>
      <w:r/>
    </w:p>
    <w:p>
      <w:r/>
      <w:r>
        <w:t>For gig-hunters and gig-goers alike, the advice is simple: check venue schedules often and arrive early. Smaller rooms can sell out, and the best sets sometimes happen in the unlikeliest places.</w:t>
      </w:r>
      <w:r/>
    </w:p>
    <w:p>
      <w:pPr>
        <w:pStyle w:val="Heading2"/>
      </w:pPr>
      <w:r>
        <w:t>Rising names and why they’re worth seeing</w:t>
      </w:r>
      <w:r/>
    </w:p>
    <w:p>
      <w:r/>
      <w:r>
        <w:t>Local comics are carving national profiles while staying rooted in Seattle. Some artists are known for crowd work and quick quips, others for hour-long shows that tour beyond the city. These performers often parade a winning mix of sharp writing and a charismatic stage presence, and they’re not shy about channeling personal history into broader punchlines.</w:t>
      </w:r>
      <w:r/>
    </w:p>
    <w:p>
      <w:r/>
      <w:r>
        <w:t>If you want to catch the scene’s future stars, look for one-person shows, festival appearances and special club nights. Those are the moments when a comic steps out of five-minute sets and shows what they can really do.</w:t>
      </w:r>
      <w:r/>
    </w:p>
    <w:p>
      <w:pPr>
        <w:pStyle w:val="Heading2"/>
      </w:pPr>
      <w:r>
        <w:t>What audiences get from queer comedy nights</w:t>
      </w:r>
      <w:r/>
    </w:p>
    <w:p>
      <w:r/>
      <w:r>
        <w:t>Going to a queer comedy show is about more than jokes; it’s about recognition and community. Audience members frequently report feeling seen or emboldened after a show, and comics say those reactions are the best part of the job. The humour can change hearts and minds, or simply give you a cathartic night of belly laughs.</w:t>
      </w:r>
      <w:r/>
    </w:p>
    <w:p>
      <w:r/>
      <w:r>
        <w:t>For first-timers, expect a welcoming atmosphere, candid storytelling and a mix of light and sharp material. Bring friends, an open mind and maybe a little cash for the tip jar , performers appreciate it.</w:t>
      </w:r>
      <w:r/>
    </w:p>
    <w:p>
      <w:r/>
      <w:r>
        <w:t>It's a small change that can make every laugh land kinder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1">
        <w:r>
          <w:rPr>
            <w:color w:val="0000EE"/>
            <w:u w:val="single"/>
          </w:rPr>
          <w:t>[5]</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https://www.sgn.org/story/169713/</w:t>
        </w:r>
      </w:hyperlink>
      <w:r>
        <w:t xml:space="preserve"> - Please view link - unable to able to access data</w:t>
      </w:r>
      <w:r/>
    </w:p>
    <w:p>
      <w:pPr>
        <w:pStyle w:val="ListNumber"/>
        <w:spacing w:line="240" w:lineRule="auto"/>
        <w:ind w:left="720"/>
      </w:pPr>
      <w:r/>
      <w:hyperlink r:id="rId10">
        <w:r>
          <w:rPr>
            <w:color w:val="0000EE"/>
            <w:u w:val="single"/>
          </w:rPr>
          <w:t>https://www.nwtheatre.org/event/rootin-tootin-queer-cowboy-cabaret-seattle/</w:t>
        </w:r>
      </w:hyperlink>
      <w:r>
        <w:t xml:space="preserve"> - The Rootin’ Tootin’ Queer Cowboy Cabaret is an immersive, recurring series of western misadventures, a celebration and exploration of the third space, a country music fantasia featuring burlesque queens, line dancing, and rodeo clowns. The event is produced by queer comedians The Salty Licks (Jack Miedema &amp; Tootsie Spangles) and takes place at Theatre Off Jackson in Seattle's International District. The cabaret features talents such as Sin de la Rosa, Scarlett Folds, Rebecca Mm Davis, Thee Gemini Stone, Flossy Beatrice, Nabilah Ahmed, and Jesse Calixto. Tickets are available for purchase.</w:t>
      </w:r>
      <w:r/>
    </w:p>
    <w:p>
      <w:pPr>
        <w:pStyle w:val="ListNumber"/>
        <w:spacing w:line="240" w:lineRule="auto"/>
        <w:ind w:left="720"/>
      </w:pPr>
      <w:r/>
      <w:hyperlink r:id="rId12">
        <w:r>
          <w:rPr>
            <w:color w:val="0000EE"/>
            <w:u w:val="single"/>
          </w:rPr>
          <w:t>https://www.mischiefmakercomedy.com/</w:t>
        </w:r>
      </w:hyperlink>
      <w:r>
        <w:t xml:space="preserve"> - Mischief Maker Comedy is a Seattle-based company founded by a queer and neurodivergent stand-up comedian and social worker. The company aims to create joy and healing through community with laughter and delight, focusing on providing beautiful experiences rather than making money. They are always looking for performers, tech, sponsors, and audience members to join their community. Upcoming events include 'Hotties and Bodies' on March 19, 2026, and other events in 2025 and 2024. For more information, visit their website or contact them via email.</w:t>
      </w:r>
      <w:r/>
    </w:p>
    <w:p>
      <w:pPr>
        <w:pStyle w:val="ListNumber"/>
        <w:spacing w:line="240" w:lineRule="auto"/>
        <w:ind w:left="720"/>
      </w:pPr>
      <w:r/>
      <w:hyperlink r:id="rId15">
        <w:r>
          <w:rPr>
            <w:color w:val="0000EE"/>
            <w:u w:val="single"/>
          </w:rPr>
          <w:t>https://www.thequeerbar.com/events-one/yvie-oddly-bosco</w:t>
        </w:r>
      </w:hyperlink>
      <w:r>
        <w:t xml:space="preserve"> - On Friday, August 30, 2024, Queer/Bar in Seattle will host a performance featuring Yvie Oddly and Bosco. Yvie Oddly, a trailblazer and winner of 'RuPaul's Drag Race,' returns to Queer/Bar alongside local performer Bosco. The event offers VIP treatment in the Splash Zone, complete with a meet and greet. Attendees can reserve a booth for five friends or a high-top table for four. The venue is located at 1518 11th Avenue, Seattle, WA 98122, and operates from Wednesday to Sunday, 5 pm to 2 am. The event is 21+.</w:t>
      </w:r>
      <w:r/>
    </w:p>
    <w:p>
      <w:pPr>
        <w:pStyle w:val="ListNumber"/>
        <w:spacing w:line="240" w:lineRule="auto"/>
        <w:ind w:left="720"/>
      </w:pPr>
      <w:r/>
      <w:hyperlink r:id="rId11">
        <w:r>
          <w:rPr>
            <w:color w:val="0000EE"/>
            <w:u w:val="single"/>
          </w:rPr>
          <w:t>https://theticket.seattletimes.com/top-picks/a-queer-stand-up-comedy-open-mic-capitol-hill-comedy-bar/</w:t>
        </w:r>
      </w:hyperlink>
      <w:r>
        <w:t xml:space="preserve"> - Every Monday at 8:30 pm, Capitol Hill Comedy/Bar in Seattle hosts 'Queers To The Front,' a specially curated open mic night highlighting Seattle’s queer comedy community. The event features 15 to 20 diverse performers each week, with a different local comedian hosting. The venue is located at 210 Broadway E, Seattle. For more information or to sign up, email queerstothefrontcomedy@gmail.com.</w:t>
      </w:r>
      <w:r/>
    </w:p>
    <w:p>
      <w:pPr>
        <w:pStyle w:val="ListNumber"/>
        <w:spacing w:line="240" w:lineRule="auto"/>
        <w:ind w:left="720"/>
      </w:pPr>
      <w:r/>
      <w:hyperlink r:id="rId14">
        <w:r>
          <w:rPr>
            <w:color w:val="0000EE"/>
            <w:u w:val="single"/>
          </w:rPr>
          <w:t>https://www.thequeerbar.com/events-one/ddjc97g5jxdbgdw-zrcsp-pna4m-k6gc4-jactz-lb89s-mpr3l</w:t>
        </w:r>
      </w:hyperlink>
      <w:r>
        <w:t xml:space="preserve"> - MX. Drag Show at Queer/Bar features performances by Jane Don’t, Irene the Alien, Rowan Ruthless, Amora Namor, Glenn Coco, Cali the Stalli, Diamond Lil, MyAiko, Stacey Starstruck, Caramel, Arrietty, Issa Man, Norvina Dubois, and more. The show runs on Friday and Saturday nights, with doors opening at 5 pm and the show starting at 9 pm. Cover charges apply at the door, or attendees can reserve a table. The venue is located at 1518 11th Avenue, Seattle, WA 98122, and operates from Wednesday to Sunday, 5 pm to 2 am. The event is 21+.</w:t>
      </w:r>
      <w:r/>
    </w:p>
    <w:p>
      <w:pPr>
        <w:pStyle w:val="ListNumber"/>
        <w:spacing w:line="240" w:lineRule="auto"/>
        <w:ind w:left="720"/>
      </w:pPr>
      <w:r/>
      <w:hyperlink r:id="rId13">
        <w:r>
          <w:rPr>
            <w:color w:val="0000EE"/>
            <w:u w:val="single"/>
          </w:rPr>
          <w:t>https://www.emeraldcitycomedy.com/</w:t>
        </w:r>
      </w:hyperlink>
      <w:r>
        <w:t xml:space="preserve"> - Emerald City Comedy Club is Seattle’s home for live stand-up comedy, showcasing the best comedians from across the country alongside the Pacific Northwest’s rising stars. The club offers an intimate, cabaret-style setting with a full menu of shareable appetizers, entrees, and desserts, as well as craft cocktails and local beers. Upcoming shows include performances by Willie Macc on August 27, Nasser Al-Rayess on August 28, Carsen White aka Nurse Stankk on August 29, and others. The venue is located at 210 Broadway E, Seattle, WA 98102.</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713/" TargetMode="External"/><Relationship Id="rId10" Type="http://schemas.openxmlformats.org/officeDocument/2006/relationships/hyperlink" Target="https://www.nwtheatre.org/event/rootin-tootin-queer-cowboy-cabaret-seattle/" TargetMode="External"/><Relationship Id="rId11" Type="http://schemas.openxmlformats.org/officeDocument/2006/relationships/hyperlink" Target="https://theticket.seattletimes.com/top-picks/a-queer-stand-up-comedy-open-mic-capitol-hill-comedy-bar/" TargetMode="External"/><Relationship Id="rId12" Type="http://schemas.openxmlformats.org/officeDocument/2006/relationships/hyperlink" Target="https://www.mischiefmakercomedy.com/" TargetMode="External"/><Relationship Id="rId13" Type="http://schemas.openxmlformats.org/officeDocument/2006/relationships/hyperlink" Target="https://www.emeraldcitycomedy.com/" TargetMode="External"/><Relationship Id="rId14" Type="http://schemas.openxmlformats.org/officeDocument/2006/relationships/hyperlink" Target="https://www.thequeerbar.com/events-one/ddjc97g5jxdbgdw-zrcsp-pna4m-k6gc4-jactz-lb89s-mpr3l" TargetMode="External"/><Relationship Id="rId15" Type="http://schemas.openxmlformats.org/officeDocument/2006/relationships/hyperlink" Target="https://www.thequeerbar.com/events-one/yvie-oddly-bo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