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Manchester Village Pride 2026: No Place Like Home Celebration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Buzzing back into the Gay Village, Manchester Village Pride 2026 opens with a community-first programme that promises music, protest, family-friendly moments and a renewed focus on paying performers fairly , a hometown celebration that matters to locals and visitors alike.</w:t>
      </w:r>
      <w:r/>
    </w:p>
    <w:p>
      <w:r/>
      <w:r>
        <w:t>Essential Takeaways</w:t>
      </w:r>
      <w:r/>
      <w:r/>
    </w:p>
    <w:p>
      <w:pPr>
        <w:pStyle w:val="ListBullet"/>
        <w:spacing w:line="240" w:lineRule="auto"/>
        <w:ind w:left="720"/>
      </w:pPr>
      <w:r/>
      <w:r>
        <w:rPr>
          <w:b/>
        </w:rPr>
        <w:t>Community-led return:</w:t>
      </w:r>
      <w:r>
        <w:t xml:space="preserve"> Manchester Village Pride CIC has taken over organisation, prioritising reinvestment in the Gay Village and local LGBTQ+ groups.</w:t>
      </w:r>
      <w:r/>
    </w:p>
    <w:p>
      <w:pPr>
        <w:pStyle w:val="ListBullet"/>
        <w:spacing w:line="240" w:lineRule="auto"/>
        <w:ind w:left="720"/>
      </w:pPr>
      <w:r/>
      <w:r>
        <w:rPr>
          <w:b/>
        </w:rPr>
        <w:t>Parade scale:</w:t>
      </w:r>
      <w:r>
        <w:t xml:space="preserve"> Over 12,000 participants from 177 groups will march from midday, turning the streets into a visible, celebratory sanctuary.</w:t>
      </w:r>
      <w:r/>
    </w:p>
    <w:p>
      <w:pPr>
        <w:pStyle w:val="ListBullet"/>
        <w:spacing w:line="240" w:lineRule="auto"/>
        <w:ind w:left="720"/>
      </w:pPr>
      <w:r/>
      <w:r>
        <w:rPr>
          <w:b/>
        </w:rPr>
        <w:t>Fair-pay guarantee:</w:t>
      </w:r>
      <w:r>
        <w:t xml:space="preserve"> A new Equity agreement ensures performers are paid within 30 days, addressing last year’s payment issues.</w:t>
      </w:r>
      <w:r/>
    </w:p>
    <w:p>
      <w:pPr>
        <w:pStyle w:val="ListBullet"/>
        <w:spacing w:line="240" w:lineRule="auto"/>
        <w:ind w:left="720"/>
      </w:pPr>
      <w:r/>
      <w:r>
        <w:rPr>
          <w:b/>
        </w:rPr>
        <w:t>Family and remembrance:</w:t>
      </w:r>
      <w:r>
        <w:t xml:space="preserve"> Community &amp; Family Day on 31 August includes inclusive activities and ends with the George House Trust Candlelit Vigil.</w:t>
      </w:r>
      <w:r/>
    </w:p>
    <w:p>
      <w:pPr>
        <w:pStyle w:val="ListBullet"/>
        <w:spacing w:line="240" w:lineRule="auto"/>
        <w:ind w:left="720"/>
      </w:pPr>
      <w:r/>
      <w:r>
        <w:rPr>
          <w:b/>
        </w:rPr>
        <w:t>New parade awards:</w:t>
      </w:r>
      <w:r>
        <w:t xml:space="preserve"> "Wizard of Oz"-inspired prizes such as Emerald City and Lion’s Courage will honour creativity, protest and grassroots activism.</w:t>
      </w:r>
      <w:r/>
      <w:r/>
    </w:p>
    <w:p>
      <w:pPr>
        <w:pStyle w:val="Heading2"/>
      </w:pPr>
      <w:r>
        <w:t>Why "No Place Like Home" feels timely and tactile</w:t>
      </w:r>
      <w:r/>
    </w:p>
    <w:p>
      <w:r/>
      <w:r>
        <w:t>Manchester’s Pride arrives this year with a homespun, emotional note , the theme puts belonging and safety centre-stage, and you can almost feel the relief in the air. ITV reported the theme as part of the parade’s return, framing this as a reclamation of the Gay Village as sanctuary. After turbulence and uncertainty around previous organisers, this year’s message lands as both celebration and protection.</w:t>
      </w:r>
      <w:r/>
    </w:p>
    <w:p>
      <w:r/>
      <w:r>
        <w:t>The community-first angle matters because festivals that leave money and power elsewhere often hollow out the places they’re meant to serve. Manchester Village Pride CIC aims to keep economic and cultural benefits local, meaning bars, restaurants and grassroots groups in the Village should feel the boost directly. If you’re planning to come, think local: pick nearby cafés, independent shops and community stalls to help funnel festival income back into the neighbourhood.</w:t>
      </w:r>
      <w:r/>
    </w:p>
    <w:p>
      <w:pPr>
        <w:pStyle w:val="Heading2"/>
      </w:pPr>
      <w:r>
        <w:t>What’s on: music, drag, speeches and the Parade</w:t>
      </w:r>
      <w:r/>
    </w:p>
    <w:p>
      <w:r/>
      <w:r>
        <w:t>Expect stages packed with live music, DJ sets and drag cabaret, plus keynote addresses from high-profile voices. Organisers have promised a weekend where spectacle sits alongside serious conversation, with Russell T Davies and Esther Ghey among the speakers tackling current issues facing LGBTQ+ communities. VisitManchester’s listings note the breadth of activity across the city, and the Fringe already warmed up the programme with city-wide arts activations this August.</w:t>
      </w:r>
      <w:r/>
    </w:p>
    <w:p>
      <w:r/>
      <w:r>
        <w:t>Parade day is the headline moment. Starting at midday, thousands will march through the Village; VisitManchester and Manchester Tourism both flag it as one of the region’s standout events. If you want a good vantage point, arrive early , the atmosphere is electric, colourful and loud, and seeing the floats and walking groups up close is worth the wait.</w:t>
      </w:r>
      <w:r/>
    </w:p>
    <w:p>
      <w:pPr>
        <w:pStyle w:val="Heading2"/>
      </w:pPr>
      <w:r>
        <w:t>How the festival is fixing last year’s errors</w:t>
      </w:r>
      <w:r/>
    </w:p>
    <w:p>
      <w:r/>
      <w:r>
        <w:t>Last year’s collapse of the previous company left performers out of pocket, and that shadow hung over plans for 2026. Organisers have brokered an agreement with Equity that promises payments to performers within 30 days, a practical fix that sends a clear message: queer creative talent will be respected and paid. It’s a small administrative change with big moral weight, and it should reassure artists and audiences alike.</w:t>
      </w:r>
      <w:r/>
    </w:p>
    <w:p>
      <w:r/>
      <w:r>
        <w:t>For artists and crews, this matters beyond money. Fair, timely pay fosters trust and helps maintain a strong creative community for future festivals. If you’re a performer or technician considering involvement, ask organisers about payment schedules and contracts , transparency is a sign of a healthy event.</w:t>
      </w:r>
      <w:r/>
    </w:p>
    <w:p>
      <w:pPr>
        <w:pStyle w:val="Heading2"/>
      </w:pPr>
      <w:r>
        <w:t>New awards and activism: celebration with a purpose</w:t>
      </w:r>
      <w:r/>
    </w:p>
    <w:p>
      <w:r/>
      <w:r>
        <w:t>This year introduces parade awards inspired by The Wizard of Oz , think Emerald City for best float and Lion’s Courage for protest-led entries , deliberately spotlighting grassroots activism alongside spectacle. The awards underline that Pride in Manchester isn’t just a party; it’s a political and cultural movement that honours protest and community organising.</w:t>
      </w:r>
      <w:r/>
    </w:p>
    <w:p>
      <w:r/>
      <w:r>
        <w:t>Community &amp; Family Day on 31 August provides a gentler, inclusive programme for multiple generations and closes with the George House Trust Candlelit Vigil in Sackville Gardens. That mix of noise and reflection is emblematic of how Pride in the Village wants to operate: joyful and fierce, but also thoughtful and restorative.</w:t>
      </w:r>
      <w:r/>
    </w:p>
    <w:p>
      <w:pPr>
        <w:pStyle w:val="Heading2"/>
      </w:pPr>
      <w:r>
        <w:t>Practical tips for visitors and locals</w:t>
      </w:r>
      <w:r/>
    </w:p>
    <w:p>
      <w:r/>
      <w:r>
        <w:t>Plan transport and timings: Manchester Council has posted road closures for parade day, so check routes if you’re driving. Bring layers , Manchester weather is famously changeable, and evenings can get chilly. For families, arrive earlier to find quieter spaces and accessible viewing points; community events during the Fringe offer calmer alternatives to the main parade.</w:t>
      </w:r>
      <w:r/>
    </w:p>
    <w:p>
      <w:r/>
      <w:r>
        <w:t>Support local: choose independent bars, eateries and Gay Village businesses, and consider donating to nearby charities or volunteering if you have time. If you’re photographing the event, be mindful of consent , many attendees come for visibility and safety, and some may prefer not to be photographed.</w:t>
      </w:r>
      <w:r/>
    </w:p>
    <w:p>
      <w:pPr>
        <w:pStyle w:val="Heading2"/>
      </w:pPr>
      <w:r>
        <w:t>Looking ahead: a festival rooted in place</w:t>
      </w:r>
      <w:r/>
    </w:p>
    <w:p>
      <w:r/>
      <w:r>
        <w:t>Manchester Village Pride 2026 feels like a reset , a festival intentionally rooted in the Village, promising fairness, visibility and local benefit. Organisers are clear that Pride should belong to the community, and the practical moves they’ve made this year back that up. It’s a welcome combination of pageant and purpose, and one that might set a template for other UK events.</w:t>
      </w:r>
      <w:r/>
    </w:p>
    <w:p>
      <w:r/>
      <w:r>
        <w:t>It’s a small change that can make every celebration feel closer to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12">
        <w:r>
          <w:rPr>
            <w:color w:val="0000EE"/>
            <w:u w:val="single"/>
          </w:rPr>
          <w:t>[4]</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[4]</w:t>
        </w:r>
      </w:hyperlink>
      <w:r>
        <w:t xml:space="preserve">- Paragraph 6: </w:t>
      </w:r>
      <w:hyperlink r:id="rId14">
        <w:r>
          <w:rPr>
            <w:color w:val="0000EE"/>
            <w:u w:val="single"/>
          </w:rPr>
          <w:t>[7]</w:t>
        </w:r>
      </w:hyperlink>
      <w:r>
        <w:t xml:space="preserve">, </w:t>
      </w:r>
      <w:hyperlink r:id="rId13">
        <w:r>
          <w:rPr>
            <w:color w:val="0000EE"/>
            <w:u w:val="single"/>
          </w:rPr>
          <w:t>[3]</w:t>
        </w:r>
      </w:hyperlink>
      <w:r>
        <w:t xml:space="preserve">- Paragraph 7: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https://www.hellorayo.co.uk/heat/uk/news/there-no-place-like-home-manchester-village-pride-2026-kicks-off</w:t>
        </w:r>
      </w:hyperlink>
      <w:r>
        <w:t xml:space="preserve"> - Please view link - unable to able to access data</w:t>
      </w:r>
      <w:r/>
    </w:p>
    <w:p>
      <w:pPr>
        <w:pStyle w:val="ListNumber"/>
        <w:spacing w:line="240" w:lineRule="auto"/>
        <w:ind w:left="720"/>
      </w:pPr>
      <w:r/>
      <w:hyperlink r:id="rId10">
        <w:r>
          <w:rPr>
            <w:color w:val="0000EE"/>
            <w:u w:val="single"/>
          </w:rPr>
          <w:t>https://www.itv.com/news/granada/2026-03-19/pride-parade-returns-to-manchester-with-no-place-like-home-theme</w:t>
        </w:r>
      </w:hyperlink>
      <w:r>
        <w:t xml:space="preserve"> - Manchester Village Pride has announced the theme for the 2026 parade as 'No Place Like Home', inspired by The Wizard of Oz. This theme signifies a homecoming for Pride in Manchester after recent uncertainties and honours the city as a welcoming place for all. The parade is scheduled for Saturday, 29 August 2026, with the route concluding in the Gay Village, where Pride began over forty years ago. The organisers aim to celebrate the city's LGBTQ+ community and its rich history.</w:t>
      </w:r>
      <w:r/>
    </w:p>
    <w:p>
      <w:pPr>
        <w:pStyle w:val="ListNumber"/>
        <w:spacing w:line="240" w:lineRule="auto"/>
        <w:ind w:left="720"/>
      </w:pPr>
      <w:r/>
      <w:hyperlink r:id="rId13">
        <w:r>
          <w:rPr>
            <w:color w:val="0000EE"/>
            <w:u w:val="single"/>
          </w:rPr>
          <w:t>https://www.manchestertourism.org/manchester-pride-festival-guide/</w:t>
        </w:r>
      </w:hyperlink>
      <w:r>
        <w:t xml:space="preserve"> - Following the liquidation of Manchester Pride Ltd in October 2025, Manchester Village Pride CIC has been established to organise the 2026 festival. The event is set for Friday, 28 August to Monday, 31 August 2026, with the parade on Saturday, 29 August. The theme 'No Place Like Home' reflects a return to the Gay Village, the birthplace of Pride in Manchester. The festival will feature live music, DJ sets, drag cabaret, and influential speakers, aiming to blend celebration with critical conversations.</w:t>
      </w:r>
      <w:r/>
    </w:p>
    <w:p>
      <w:pPr>
        <w:pStyle w:val="ListNumber"/>
        <w:spacing w:line="240" w:lineRule="auto"/>
        <w:ind w:left="720"/>
      </w:pPr>
      <w:r/>
      <w:hyperlink r:id="rId12">
        <w:r>
          <w:rPr>
            <w:color w:val="0000EE"/>
            <w:u w:val="single"/>
          </w:rPr>
          <w:t>https://www.visitmanchester.com/event/manchester-village-pride-parade/26853101/</w:t>
        </w:r>
      </w:hyperlink>
      <w:r>
        <w:t xml:space="preserve"> - The Manchester Village Pride Parade is scheduled for Saturday, 29 August 2026, with the theme 'No Place Like Home'. The parade will wind through the city, finishing in the Gay Village, the birthplace of Pride in Manchester over forty years ago. The organisers aim to celebrate the city's LGBTQ+ community and its rich history. The exact route will be announced soon, and the event is free to attend.</w:t>
      </w:r>
      <w:r/>
    </w:p>
    <w:p>
      <w:pPr>
        <w:pStyle w:val="ListNumber"/>
        <w:spacing w:line="240" w:lineRule="auto"/>
        <w:ind w:left="720"/>
      </w:pPr>
      <w:r/>
      <w:hyperlink r:id="rId15">
        <w:r>
          <w:rPr>
            <w:color w:val="0000EE"/>
            <w:u w:val="single"/>
          </w:rPr>
          <w:t>https://manchestercommunitycentral.org/news/manchester-village-pride-parade-application</w:t>
        </w:r>
      </w:hyperlink>
      <w:r>
        <w:t xml:space="preserve"> - Manchester Village Pride CIC has announced the theme for the 2026 parade as 'No Place Like Home', inspired by The Wizard of Oz. This theme signifies a homecoming for Pride in Manchester after recent uncertainties and honours the city as a welcoming place for all. The parade is scheduled for Saturday, 29 August 2026, with the route concluding in the Gay Village, where Pride began over forty years ago. The organisers aim to celebrate the city's LGBTQ+ community and its rich history.</w:t>
      </w:r>
      <w:r/>
    </w:p>
    <w:p>
      <w:pPr>
        <w:pStyle w:val="ListNumber"/>
        <w:spacing w:line="240" w:lineRule="auto"/>
        <w:ind w:left="720"/>
      </w:pPr>
      <w:r/>
      <w:hyperlink r:id="rId11">
        <w:r>
          <w:rPr>
            <w:color w:val="0000EE"/>
            <w:u w:val="single"/>
          </w:rPr>
          <w:t>https://aboutmanchester.co.uk/no-place-like-home-manchester-village-pride-announce-parade-theme/</w:t>
        </w:r>
      </w:hyperlink>
      <w:r>
        <w:t xml:space="preserve"> - After consultations with Manchester's LGBTQ+ community, Manchester Village Pride CIC has announced the theme for the 2026 parade as 'No Place Like Home'. This theme signifies a homecoming for Pride in the city after recent uncertainties and honours Manchester as a welcoming place for all. The parade is scheduled for Saturday, 29 August 2026, with the route concluding in the Gay Village, where Pride began over forty years ago. The organisers aim to celebrate the city's LGBTQ+ community and its rich history.</w:t>
      </w:r>
      <w:r/>
    </w:p>
    <w:p>
      <w:pPr>
        <w:pStyle w:val="ListNumber"/>
        <w:spacing w:line="240" w:lineRule="auto"/>
        <w:ind w:left="720"/>
      </w:pPr>
      <w:r/>
      <w:hyperlink r:id="rId14">
        <w:r>
          <w:rPr>
            <w:color w:val="0000EE"/>
            <w:u w:val="single"/>
          </w:rPr>
          <w:t>https://www.manchester.gov.uk/roads-and-transport/roadworks-and-closures/road-closures/manchester-village-pride-parade-2026</w:t>
        </w:r>
      </w:hyperlink>
      <w:r>
        <w:t xml:space="preserve"> - Manchester City Council has announced road closures for the Manchester Village Pride Parade 2026, scheduled from Friday, 28 August to Tuesday, 1 September. Affected roads include Abingdon Street, Bloom Street, Canal Street, Chorlton Street, and others. Additional traffic restrictions will be in place, such as one-way road closures and turn restrictions. Attendees are advised to plan their journeys accordingly and stay updated on any further announcements.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llorayo.co.uk/heat/uk/news/there-no-place-like-home-manchester-village-pride-2026-kicks-off" TargetMode="External"/><Relationship Id="rId10" Type="http://schemas.openxmlformats.org/officeDocument/2006/relationships/hyperlink" Target="https://www.itv.com/news/granada/2026-03-19/pride-parade-returns-to-manchester-with-no-place-like-home-theme" TargetMode="External"/><Relationship Id="rId11" Type="http://schemas.openxmlformats.org/officeDocument/2006/relationships/hyperlink" Target="https://aboutmanchester.co.uk/no-place-like-home-manchester-village-pride-announce-parade-theme/" TargetMode="External"/><Relationship Id="rId12" Type="http://schemas.openxmlformats.org/officeDocument/2006/relationships/hyperlink" Target="https://www.visitmanchester.com/event/manchester-village-pride-parade/26853101/" TargetMode="External"/><Relationship Id="rId13" Type="http://schemas.openxmlformats.org/officeDocument/2006/relationships/hyperlink" Target="https://www.manchestertourism.org/manchester-pride-festival-guide/" TargetMode="External"/><Relationship Id="rId14" Type="http://schemas.openxmlformats.org/officeDocument/2006/relationships/hyperlink" Target="https://www.manchester.gov.uk/roads-and-transport/roadworks-and-closures/road-closures/manchester-village-pride-parade-2026" TargetMode="External"/><Relationship Id="rId15" Type="http://schemas.openxmlformats.org/officeDocument/2006/relationships/hyperlink" Target="https://manchestercommunitycentral.org/news/manchester-village-pride-parade-appli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