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Pride Pop: Why Bronze Avery’s “DOG SAY?” Is Turning Heads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Fans are flocking to Bronze Avery’s latest, “DOG SAY?”, a slick queer pop single that’s already trending in Pride playlists , it’s short, irresistible and full of personality, giving listeners a bright burst of danceable drama that matters for representation and summer parties alike.</w:t>
      </w:r>
      <w:r/>
    </w:p>
    <w:p>
      <w:r/>
      <w:r>
        <w:t>Essential Takeaways</w:t>
      </w:r>
      <w:r/>
      <w:r/>
    </w:p>
    <w:p>
      <w:pPr>
        <w:pStyle w:val="ListBullet"/>
        <w:spacing w:line="240" w:lineRule="auto"/>
        <w:ind w:left="720"/>
      </w:pPr>
      <w:r/>
      <w:r>
        <w:rPr>
          <w:b/>
        </w:rPr>
        <w:t>Short and sweet:</w:t>
      </w:r>
      <w:r>
        <w:t xml:space="preserve"> The track is compact but catchy, with a memorable chorus that hooks fast and stays with you.</w:t>
      </w:r>
      <w:r/>
    </w:p>
    <w:p>
      <w:pPr>
        <w:pStyle w:val="ListBullet"/>
        <w:spacing w:line="240" w:lineRule="auto"/>
        <w:ind w:left="720"/>
      </w:pPr>
      <w:r/>
      <w:r>
        <w:rPr>
          <w:b/>
        </w:rPr>
        <w:t>Sleek production:</w:t>
      </w:r>
      <w:r>
        <w:t xml:space="preserve"> Sturdy beat, warm bass, rhythmic guitar and colourful keys give the song a polished, club-ready sheen.</w:t>
      </w:r>
      <w:r/>
    </w:p>
    <w:p>
      <w:pPr>
        <w:pStyle w:val="ListBullet"/>
        <w:spacing w:line="240" w:lineRule="auto"/>
        <w:ind w:left="720"/>
      </w:pPr>
      <w:r/>
      <w:r>
        <w:rPr>
          <w:b/>
        </w:rPr>
        <w:t>Vocal charisma:</w:t>
      </w:r>
      <w:r>
        <w:t xml:space="preserve"> Bronze Avery’s ripe tenor and playful delivery sell every line , the performance is full of personality.</w:t>
      </w:r>
      <w:r/>
    </w:p>
    <w:p>
      <w:pPr>
        <w:pStyle w:val="ListBullet"/>
        <w:spacing w:line="240" w:lineRule="auto"/>
        <w:ind w:left="720"/>
      </w:pPr>
      <w:r/>
      <w:r>
        <w:rPr>
          <w:b/>
        </w:rPr>
        <w:t>Playful lyrics:</w:t>
      </w:r>
      <w:r>
        <w:t xml:space="preserve"> The canine metaphor and cheeky lines drive the song’s flirtatious, slightly suspect situationship vibe.</w:t>
      </w:r>
      <w:r/>
    </w:p>
    <w:p>
      <w:pPr>
        <w:pStyle w:val="ListBullet"/>
        <w:spacing w:line="240" w:lineRule="auto"/>
        <w:ind w:left="720"/>
      </w:pPr>
      <w:r/>
      <w:r>
        <w:rPr>
          <w:b/>
        </w:rPr>
        <w:t>Pride-ready:</w:t>
      </w:r>
      <w:r>
        <w:t xml:space="preserve"> This is the kind of pop that lands well on LGBTQ+ playlists and feels at home in Pride events and queer club nights.</w:t>
      </w:r>
      <w:r/>
      <w:r/>
    </w:p>
    <w:p>
      <w:pPr>
        <w:pStyle w:val="Heading2"/>
      </w:pPr>
      <w:r>
        <w:t>A tiny track with a big personality</w:t>
      </w:r>
      <w:r/>
    </w:p>
    <w:p>
      <w:r/>
      <w:r>
        <w:t>The opening hook , a chorus that practically begs to be belted , arrives quickly, and you’re immediately aware this is pop with attitude. The production wraps everything in a warm, club-friendly glow; the bass and keys give it a satisfying low-end thump while the guitar adds texture. According to Bronze Avery’s public releases, the song’s brevity is part of its charm, packing a full narrative into a tight runtime and leaving you wanting more.</w:t>
      </w:r>
      <w:r/>
    </w:p>
    <w:p>
      <w:pPr>
        <w:pStyle w:val="Heading2"/>
      </w:pPr>
      <w:r>
        <w:t>Lyrics that flirt and complicate</w:t>
      </w:r>
      <w:r/>
    </w:p>
    <w:p>
      <w:r/>
      <w:r>
        <w:t>There’s a neat trick in using a playful metaphor to talk about messy human longing, and “DOG SAY?” pulls it off. Lines about barking and mouths give the song a cheeky edge, while the second verse drops the telltale domestic complication , a girlfriend on the line , which turns the whole thing deliciously suspect. Listeners have responded to the honesty and swagger, and it’s easy to see why DJs and playlist curators are adding it to Pride mixes.</w:t>
      </w:r>
      <w:r/>
    </w:p>
    <w:p>
      <w:pPr>
        <w:pStyle w:val="Heading2"/>
      </w:pPr>
      <w:r>
        <w:t>Why the music matters for Pride playlists</w:t>
      </w:r>
      <w:r/>
    </w:p>
    <w:p>
      <w:r/>
      <w:r>
        <w:t>Pop like this lands because it’s celebratory without being shallow; it’s joyous and naughty in equal measure. In a landscape where representation still matters, queer Black voices delivering fully realised, catchy pop tracks help broaden what mainstream pop sounds like. Events and parades , from local Pride parties to larger festivals , need songs that make people move and sing along, and “DOG SAY?” fits that bill.</w:t>
      </w:r>
      <w:r/>
    </w:p>
    <w:p>
      <w:pPr>
        <w:pStyle w:val="Heading2"/>
      </w:pPr>
      <w:r>
        <w:t>How it’s produced: slick, bright and direct</w:t>
      </w:r>
      <w:r/>
    </w:p>
    <w:p>
      <w:r/>
      <w:r>
        <w:t>The track’s production is lean but colourful. Pitch-shifted vocal lines add texture and fun, while the main vocal sits confidently in the mix. It’s the sort of production that translates well in club systems and earbuds alike, which helps a short single get maximum repeat listens. If you’re curating a playlist, pick this for the moment you want energy that’s both polished and a little bit mischievous.</w:t>
      </w:r>
      <w:r/>
    </w:p>
    <w:p>
      <w:pPr>
        <w:pStyle w:val="Heading2"/>
      </w:pPr>
      <w:r>
        <w:t>Picking this for your party or playlist</w:t>
      </w:r>
      <w:r/>
    </w:p>
    <w:p>
      <w:r/>
      <w:r>
        <w:t>Choose “DOG SAY?” when you need a compact banger that lifts the tempo without changing the vibe. If your crowd likes flirtatious lyrics and strong vocal performances, slot it before a big singalong or as a transition into higher-energy tracks. And if you want to spotlight queer artists, this is a tidy, ear-catching way to do it.</w:t>
      </w:r>
      <w:r/>
    </w:p>
    <w:p>
      <w:r/>
      <w:r>
        <w:t>It’s a small pop moment that feels bigger than its runtime , fun, confident and definitely worth a play.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9">
        <w:r>
          <w:rPr>
            <w:color w:val="0000EE"/>
            <w:u w:val="single"/>
          </w:rPr>
          <w:t>[1]</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https://themusicalhype.com/bronze-avery-dog-say-beaming-with-pride/</w:t>
        </w:r>
      </w:hyperlink>
      <w:r>
        <w:t xml:space="preserve"> - Please view link - unable to able to access data</w:t>
      </w:r>
      <w:r/>
    </w:p>
    <w:p>
      <w:pPr>
        <w:pStyle w:val="ListNumber"/>
        <w:spacing w:line="240" w:lineRule="auto"/>
        <w:ind w:left="720"/>
      </w:pPr>
      <w:r/>
      <w:hyperlink r:id="rId10">
        <w:r>
          <w:rPr>
            <w:color w:val="0000EE"/>
            <w:u w:val="single"/>
          </w:rPr>
          <w:t>https://open.spotify.com/album/2e0snPCSyAUfwRyx8DLyPu</w:t>
        </w:r>
      </w:hyperlink>
      <w:r>
        <w:t xml:space="preserve"> - 'DOG SAY?' is a single by American pop artist Bronze Avery, released on June 5, 2026. The track features a sleek production with a solid beat, robust bass line, rhythmic guitar, and colourful keys. Avery's enthusiastic tenor vocals are complemented by pitch-shifted elements, adding depth to the song. The lyrics explore themes of irresistible attraction and playful dynamics, with lines like 'My name’s on top of your mouth / You’re barking up the right house.' The song is available for streaming on Spotify. (</w:t>
      </w:r>
      <w:hyperlink r:id="rId15">
        <w:r>
          <w:rPr>
            <w:color w:val="0000EE"/>
            <w:u w:val="single"/>
          </w:rPr>
          <w:t>open.spotify.com</w:t>
        </w:r>
      </w:hyperlink>
      <w:r>
        <w:t>)</w:t>
      </w:r>
      <w:r/>
    </w:p>
    <w:p>
      <w:pPr>
        <w:pStyle w:val="ListNumber"/>
        <w:spacing w:line="240" w:lineRule="auto"/>
        <w:ind w:left="720"/>
      </w:pPr>
      <w:r/>
      <w:hyperlink r:id="rId11">
        <w:r>
          <w:rPr>
            <w:color w:val="0000EE"/>
            <w:u w:val="single"/>
          </w:rPr>
          <w:t>https://songsbrew.com/p/bronze-avery-dog-say</w:t>
        </w:r>
      </w:hyperlink>
      <w:r>
        <w:t xml:space="preserve"> - 'DOG SAY?' is a single by Bronze Avery, released on June 5, 2026. The track is described as dreamy and genreless, blending various musical styles. Avery's vocals are noted for their emotional range, and the production is highlighted for its technical prowess. The song is available for streaming on Spotify. (</w:t>
      </w:r>
      <w:hyperlink r:id="rId16">
        <w:r>
          <w:rPr>
            <w:color w:val="0000EE"/>
            <w:u w:val="single"/>
          </w:rPr>
          <w:t>songsbrew.com</w:t>
        </w:r>
      </w:hyperlink>
      <w:r>
        <w:t>)</w:t>
      </w:r>
      <w:r/>
    </w:p>
    <w:p>
      <w:pPr>
        <w:pStyle w:val="ListNumber"/>
        <w:spacing w:line="240" w:lineRule="auto"/>
        <w:ind w:left="720"/>
      </w:pPr>
      <w:r/>
      <w:hyperlink r:id="rId12">
        <w:r>
          <w:rPr>
            <w:color w:val="0000EE"/>
            <w:u w:val="single"/>
          </w:rPr>
          <w:t>https://en.wikipedia.org/wiki/Bronze_Avery</w:t>
        </w:r>
      </w:hyperlink>
      <w:r>
        <w:t xml:space="preserve"> - Bronze Avery, born Gabriel Nathaniel Brown, is an American pop singer-songwriter from Orlando, Florida. He began his music career in 2015 under his birth name, releasing the EP 'American Dream.' Avery later adopted the stage name Bronze Avery to distinguish himself. His music often embraces LGBTQ+ themes, and he has performed at events like Los Angeles Pride in 2019. His discography includes albums such as 'Softmetal' (2022) and 'Heatwave' (2024). (</w:t>
      </w:r>
      <w:hyperlink r:id="rId17">
        <w:r>
          <w:rPr>
            <w:color w:val="0000EE"/>
            <w:u w:val="single"/>
          </w:rPr>
          <w:t>en.wikipedia.org</w:t>
        </w:r>
      </w:hyperlink>
      <w:r>
        <w:t>)</w:t>
      </w:r>
      <w:r/>
    </w:p>
    <w:p>
      <w:pPr>
        <w:pStyle w:val="ListNumber"/>
        <w:spacing w:line="240" w:lineRule="auto"/>
        <w:ind w:left="720"/>
      </w:pPr>
      <w:r/>
      <w:hyperlink r:id="rId13">
        <w:r>
          <w:rPr>
            <w:color w:val="0000EE"/>
            <w:u w:val="single"/>
          </w:rPr>
          <w:t>https://www.sfchronicle.com/sf/article/pride-lasers-lights-pink-triangle-22319793.php</w:t>
        </w:r>
      </w:hyperlink>
      <w:r>
        <w:t xml:space="preserve"> - In June 2026, San Francisco celebrated Pride with a 4.1-mile laser installation called 'Welcome,' projected from the Embarcadero to Twin Peaks. This installation was billed as the world’s largest Pride flag and was affectionately known as the 'Gaysers.' The event was organised by the nonprofit Illuminate and aimed to kick off LGBTQ Pride Weekend with a vibrant display of rainbow lasers. (</w:t>
      </w:r>
      <w:hyperlink r:id="rId18">
        <w:r>
          <w:rPr>
            <w:color w:val="0000EE"/>
            <w:u w:val="single"/>
          </w:rPr>
          <w:t>sfchronicle.com</w:t>
        </w:r>
      </w:hyperlink>
      <w:r>
        <w:t>)</w:t>
      </w:r>
      <w:r/>
    </w:p>
    <w:p>
      <w:pPr>
        <w:pStyle w:val="ListNumber"/>
        <w:spacing w:line="240" w:lineRule="auto"/>
        <w:ind w:left="720"/>
      </w:pPr>
      <w:r/>
      <w:hyperlink r:id="rId14">
        <w:r>
          <w:rPr>
            <w:color w:val="0000EE"/>
            <w:u w:val="single"/>
          </w:rPr>
          <w:t>https://www.miamibeachpride.com/parade-registration</w:t>
        </w:r>
      </w:hyperlink>
      <w:r>
        <w:t xml:space="preserve"> - Miami Beach Pride 2026 is scheduled for April 12, 2026, along Ocean Drive. The event offers opportunities for individuals and organisations to participate in the parade. Registration details, including pricing tiers and participation guidelines, are available on the official Miami Beach Pride website. (</w:t>
      </w:r>
      <w:hyperlink r:id="rId19">
        <w:r>
          <w:rPr>
            <w:color w:val="0000EE"/>
            <w:u w:val="single"/>
          </w:rPr>
          <w:t>miamibeachpride.com</w:t>
        </w:r>
      </w:hyperlink>
      <w:r>
        <w:t>)</w:t>
      </w:r>
      <w:r/>
    </w:p>
    <w:p>
      <w:pPr>
        <w:pStyle w:val="ListNumber"/>
        <w:spacing w:line="240" w:lineRule="auto"/>
        <w:ind w:left="720"/>
      </w:pPr>
      <w:r/>
      <w:hyperlink r:id="rId20">
        <w:r>
          <w:rPr>
            <w:color w:val="0000EE"/>
            <w:u w:val="single"/>
          </w:rPr>
          <w:t>https://www.beaconhealthinc.com/events/speak-with-pride-2026</w:t>
        </w:r>
      </w:hyperlink>
      <w:r>
        <w:t xml:space="preserve"> - 'Speak with Pride 2026: Stories of Becoming' is an event hosted by Beacon Health Inc. on June 27, 2026, at the Citrus Club in Orlando, Florida. The event focuses on storytelling, community, and support for LGBTQIA+ mental health, aiming to create space for connection, reflection, and healing. (</w:t>
      </w:r>
      <w:hyperlink r:id="rId21">
        <w:r>
          <w:rPr>
            <w:color w:val="0000EE"/>
            <w:u w:val="single"/>
          </w:rPr>
          <w:t>beaconhealthinc.com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usicalhype.com/bronze-avery-dog-say-beaming-with-pride/" TargetMode="External"/><Relationship Id="rId10" Type="http://schemas.openxmlformats.org/officeDocument/2006/relationships/hyperlink" Target="https://open.spotify.com/album/2e0snPCSyAUfwRyx8DLyPu" TargetMode="External"/><Relationship Id="rId11" Type="http://schemas.openxmlformats.org/officeDocument/2006/relationships/hyperlink" Target="https://songsbrew.com/p/bronze-avery-dog-say" TargetMode="External"/><Relationship Id="rId12" Type="http://schemas.openxmlformats.org/officeDocument/2006/relationships/hyperlink" Target="https://en.wikipedia.org/wiki/Bronze_Avery" TargetMode="External"/><Relationship Id="rId13" Type="http://schemas.openxmlformats.org/officeDocument/2006/relationships/hyperlink" Target="https://www.sfchronicle.com/sf/article/pride-lasers-lights-pink-triangle-22319793.php" TargetMode="External"/><Relationship Id="rId14" Type="http://schemas.openxmlformats.org/officeDocument/2006/relationships/hyperlink" Target="https://www.miamibeachpride.com/parade-registration" TargetMode="External"/><Relationship Id="rId15" Type="http://schemas.openxmlformats.org/officeDocument/2006/relationships/hyperlink" Target="https://open.spotify.com/album/2e0snPCSyAUfwRyx8DLyPu?utm_source=openai" TargetMode="External"/><Relationship Id="rId16" Type="http://schemas.openxmlformats.org/officeDocument/2006/relationships/hyperlink" Target="https://songsbrew.com/p/bronze-avery-dog-say?utm_source=openai" TargetMode="External"/><Relationship Id="rId17" Type="http://schemas.openxmlformats.org/officeDocument/2006/relationships/hyperlink" Target="https://en.wikipedia.org/wiki/Bronze_Avery?utm_source=openai" TargetMode="External"/><Relationship Id="rId18" Type="http://schemas.openxmlformats.org/officeDocument/2006/relationships/hyperlink" Target="https://www.sfchronicle.com/sf/article/pride-lasers-lights-pink-triangle-22319793.php?utm_source=openai" TargetMode="External"/><Relationship Id="rId19" Type="http://schemas.openxmlformats.org/officeDocument/2006/relationships/hyperlink" Target="https://www.miamibeachpride.com/parade-registration?utm_source=openai" TargetMode="External"/><Relationship Id="rId20" Type="http://schemas.openxmlformats.org/officeDocument/2006/relationships/hyperlink" Target="https://www.beaconhealthinc.com/events/speak-with-pride-2026" TargetMode="External"/><Relationship Id="rId21" Type="http://schemas.openxmlformats.org/officeDocument/2006/relationships/hyperlink" Target="https://www.beaconhealthinc.com/events/speak-with-pride-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