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Manchester Village Pride Plans: How the Gay Village Rebuilt the Party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Buzzing with bunting, drills and determination, Manchester’s Gay Village has pulled together to deliver Manchester Village Pride , a community-led revival of the city’s biggest LGBTQ+ celebration, organised by venue owners and volunteers to restore trust and put grassroots groups first.</w:t>
      </w:r>
      <w:r/>
    </w:p>
    <w:p>
      <w:r/>
      <w:r>
        <w:t>Essential Takeaways</w:t>
      </w:r>
      <w:r/>
      <w:r/>
    </w:p>
    <w:p>
      <w:pPr>
        <w:pStyle w:val="ListBullet"/>
        <w:spacing w:line="240" w:lineRule="auto"/>
        <w:ind w:left="720"/>
      </w:pPr>
      <w:r/>
      <w:r>
        <w:rPr>
          <w:b/>
        </w:rPr>
        <w:t>Community-led reboot:</w:t>
      </w:r>
      <w:r>
        <w:t xml:space="preserve"> Village venues formed a Community Interest Company to stage Manchester Village Pride after last year’s organisers went into liquidation. </w:t>
      </w:r>
      <w:r/>
    </w:p>
    <w:p>
      <w:pPr>
        <w:pStyle w:val="ListBullet"/>
        <w:spacing w:line="240" w:lineRule="auto"/>
        <w:ind w:left="720"/>
      </w:pPr>
      <w:r/>
      <w:r>
        <w:rPr>
          <w:b/>
        </w:rPr>
        <w:t>Local funding:</w:t>
      </w:r>
      <w:r>
        <w:t xml:space="preserve"> Around £120,000 from Gay Village venues helped get the event off the ground, with board members unpaid to keep costs down. </w:t>
      </w:r>
      <w:r/>
    </w:p>
    <w:p>
      <w:pPr>
        <w:pStyle w:val="ListBullet"/>
        <w:spacing w:line="240" w:lineRule="auto"/>
        <w:ind w:left="720"/>
      </w:pPr>
      <w:r/>
      <w:r>
        <w:rPr>
          <w:b/>
        </w:rPr>
        <w:t>Money back to grassroots:</w:t>
      </w:r>
      <w:r>
        <w:t xml:space="preserve"> Wristbands and ticketing cover security and performers; any surplus funds are reinvested into local LGBTQ+ charities and grants. </w:t>
      </w:r>
      <w:r/>
    </w:p>
    <w:p>
      <w:pPr>
        <w:pStyle w:val="ListBullet"/>
        <w:spacing w:line="240" w:lineRule="auto"/>
        <w:ind w:left="720"/>
      </w:pPr>
      <w:r/>
      <w:r>
        <w:rPr>
          <w:b/>
        </w:rPr>
        <w:t>Sharper focus on access:</w:t>
      </w:r>
      <w:r>
        <w:t xml:space="preserve"> Organisers have redesigned queues, entry and site flow to be more accessible and reduce past frustrations. </w:t>
      </w:r>
      <w:r/>
    </w:p>
    <w:p>
      <w:pPr>
        <w:pStyle w:val="ListBullet"/>
        <w:spacing w:line="240" w:lineRule="auto"/>
        <w:ind w:left="720"/>
      </w:pPr>
      <w:r/>
      <w:r>
        <w:rPr>
          <w:b/>
        </w:rPr>
        <w:t>A return to roots:</w:t>
      </w:r>
      <w:r>
        <w:t xml:space="preserve"> Venues promise authentic, community-first programming alongside big-name acts and themed bar takeovers.</w:t>
      </w:r>
      <w:r/>
      <w:r/>
    </w:p>
    <w:p>
      <w:pPr>
        <w:pStyle w:val="Heading2"/>
      </w:pPr>
      <w:r>
        <w:t>A village in motion , sights, sounds and a lot of heart</w:t>
      </w:r>
      <w:r/>
    </w:p>
    <w:p>
      <w:r/>
      <w:r>
        <w:t>Walk down Bloom Street this week and you’ll hear drills, see staff watering flowers and spot bunting being hoisted; it’s a small sensory reminder that Pride isn’t just a day, it’s a production. According to the Manchester Evening News, long-standing venue owners like Tracey Walsh at New York New York say the whole place has sprung into life , and that volunteers and business owners have been working flat out to get it ready. That visible effort helps explain why locals feel Pride is finally back in hands that know the Village best.</w:t>
      </w:r>
      <w:r/>
    </w:p>
    <w:p>
      <w:pPr>
        <w:pStyle w:val="Heading2"/>
      </w:pPr>
      <w:r>
        <w:t>Why the Village stepped up , the backstory</w:t>
      </w:r>
      <w:r/>
    </w:p>
    <w:p>
      <w:r/>
      <w:r>
        <w:t>Last October’s voluntary liquidation of the company behind Manchester Pride left a lot of unpaid bills and a community worried about the future. Rather than wait, Gay Village businesses, with help from Manchester Council and unions, set up a Community Interest Company to make sure Pride happened this year. Sources report the move was largely funded by loans and support from venue owners, reflecting a determination to safeguard the weekend and the community it serves.</w:t>
      </w:r>
      <w:r/>
    </w:p>
    <w:p>
      <w:pPr>
        <w:pStyle w:val="Heading2"/>
      </w:pPr>
      <w:r>
        <w:t>Money and priorities , how this year is different</w:t>
      </w:r>
      <w:r/>
    </w:p>
    <w:p>
      <w:r/>
      <w:r>
        <w:t>In previous years, critics said big budgets went on headline acts and salaries rather than community needs. This year the board is unpaid and wristband sales are ring-fenced for essentials like security, artist fees and welfare. Organisers are clear that profits will support charities such as AKT, George House Trust, LGBT Foundation and others, which puts grassroots groups at the centre of the event rather than the margins.</w:t>
      </w:r>
      <w:r/>
    </w:p>
    <w:p>
      <w:pPr>
        <w:pStyle w:val="Heading2"/>
      </w:pPr>
      <w:r>
        <w:t>What the Village promises on the ground , calmer queues, authentic programming</w:t>
      </w:r>
      <w:r/>
    </w:p>
    <w:p>
      <w:r/>
      <w:r>
        <w:t>There’s a practical rethink behind the cheer. Operators say they’ve treated the Village like a shop floor to spot pinch points , queues, access routes and crowd flow , and have adjusted plans accordingly. That should mean shorter waits, better signage and more accessible spaces. For visitors, it’ll feel like a more coherent, friendlier weekend: big-name performers sit alongside bar-level entertainment and themed takeovers from venues such as The Eagle, The Lodge and New York New York.</w:t>
      </w:r>
      <w:r/>
    </w:p>
    <w:p>
      <w:pPr>
        <w:pStyle w:val="Heading2"/>
      </w:pPr>
      <w:r>
        <w:t>Unity, identity and the return to roots</w:t>
      </w:r>
      <w:r/>
    </w:p>
    <w:p>
      <w:r/>
      <w:r>
        <w:t>Venue managers stress that Pride works because of the Village’s diversity: different bars, music styles and communities mixing together. VIA’s area manager points out that when venues unite, it sends a strong message of custodianship , Pride is more than a party, it’s a place of belonging. Many owners admit this year has been a steep learning curve, but they’re optimistic it’ll reforge trust and remind people why Manchester’s Pride has such a special place in so many hearts.</w:t>
      </w:r>
      <w:r/>
    </w:p>
    <w:p>
      <w:pPr>
        <w:pStyle w:val="Heading2"/>
      </w:pPr>
      <w:r>
        <w:t>What to expect if you go , practical tips</w:t>
      </w:r>
      <w:r/>
    </w:p>
    <w:p>
      <w:r/>
      <w:r>
        <w:t>Arrive early to avoid queues and make the most of bar takeovers and daytime events. If you need quieter spaces, check venue listings in advance; organisers have tried to improve accessibility and welfare provision. Buy wristbands or tickets officially to ensure funds support local charities and the infrastructure that keeps everyone safe.</w:t>
      </w:r>
      <w:r/>
    </w:p>
    <w:p>
      <w:r/>
      <w:r>
        <w:t>It’s a small but significant reset that might just restore the soul of Pride to the hands that kept it alive.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[3]</w:t>
        </w:r>
      </w:hyperlink>
      <w:r>
        <w:t xml:space="preserve">, </w:t>
      </w:r>
      <w:hyperlink r:id="rId11">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1">
        <w:r>
          <w:rPr>
            <w:color w:val="0000EE"/>
            <w:u w:val="single"/>
          </w:rPr>
          <w:t>[4]</w:t>
        </w:r>
      </w:hyperlink>
      <w:r>
        <w:t xml:space="preserve">, </w:t>
      </w:r>
      <w:hyperlink r:id="rId11">
        <w:r>
          <w:rPr>
            <w:color w:val="0000EE"/>
            <w:u w:val="single"/>
          </w:rPr>
          <w:t>[5]</w:t>
        </w:r>
      </w:hyperlink>
      <w:r>
        <w:t xml:space="preserve">- Paragraph 6: </w:t>
      </w:r>
      <w:hyperlink r:id="rId11">
        <w:r>
          <w:rPr>
            <w:color w:val="0000EE"/>
            <w:u w:val="single"/>
          </w:rPr>
          <w:t>[6]</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https://www.manchestereveningnews.co.uk/whats-on/whats-on-news/theres-lot-positivity-around-pride-34480147</w:t>
        </w:r>
      </w:hyperlink>
      <w:r>
        <w:t xml:space="preserve"> - Please view link - unable to able to access data</w:t>
      </w:r>
      <w:r/>
    </w:p>
    <w:p>
      <w:pPr>
        <w:pStyle w:val="ListNumber"/>
        <w:spacing w:line="240" w:lineRule="auto"/>
        <w:ind w:left="720"/>
      </w:pPr>
      <w:r/>
      <w:hyperlink r:id="rId10">
        <w:r>
          <w:rPr>
            <w:color w:val="0000EE"/>
            <w:u w:val="single"/>
          </w:rPr>
          <w:t>https://www.manchestervillagepride.org/about-us/</w:t>
        </w:r>
      </w:hyperlink>
      <w:r>
        <w:t xml:space="preserve"> - Manchester Village Pride is a Community Interest Company (CIC) established to organise Manchester's annual Pride event following the voluntary liquidation of the previous organiser in late 2025. The CIC is committed to serving the community, with all profits reinvested into grassroots grants for local LGBTQ+ groups. The board comprises unpaid directors, and a Community Advisory Board ensures the organisation remains authentically rooted in the community it serves. The event aims to reconnect with the origins of Pride and reinforce the role of Manchester's Gay Village as the heart of the celebration.</w:t>
      </w:r>
      <w:r/>
    </w:p>
    <w:p>
      <w:pPr>
        <w:pStyle w:val="ListNumber"/>
        <w:spacing w:line="240" w:lineRule="auto"/>
        <w:ind w:left="720"/>
      </w:pPr>
      <w:r/>
      <w:hyperlink r:id="rId11">
        <w:r>
          <w:rPr>
            <w:color w:val="0000EE"/>
            <w:u w:val="single"/>
          </w:rPr>
          <w:t>https://www.manchestervillagepride.org/get-involved/</w:t>
        </w:r>
      </w:hyperlink>
      <w:r>
        <w:t xml:space="preserve"> - Manchester Village Pride is seeking volunteers to assist in delivering the safest and happiest Pride event. Roles include Parade Stewards, Village Ambassadors, and Access Angels. Volunteers receive benefits such as free wristbands, food allowances, training, and the opportunity to meet new people. The organisation also welcomes sponsorship from businesses that share its values, with funds used to cover event infrastructure costs, ensuring more ticket revenue supports LGBTQ+ community groups. Additionally, the event provides a platform for diverse performers, including DJs, drag artists, live music, dancers, and comedians.</w:t>
      </w:r>
      <w:r/>
    </w:p>
    <w:p>
      <w:pPr>
        <w:pStyle w:val="ListNumber"/>
        <w:spacing w:line="240" w:lineRule="auto"/>
        <w:ind w:left="720"/>
      </w:pPr>
      <w:r/>
      <w:hyperlink r:id="rId11">
        <w:r>
          <w:rPr>
            <w:color w:val="0000EE"/>
            <w:u w:val="single"/>
          </w:rPr>
          <w:t>https://www.manchestervillagepride.org/get-involved/</w:t>
        </w:r>
      </w:hyperlink>
      <w:r>
        <w:t xml:space="preserve"> - Manchester Village Pride is seeking volunteers to assist in delivering the safest and happiest Pride event. Roles include Parade Stewards, Village Ambassadors, and Access Angels. Volunteers receive benefits such as free wristbands, food allowances, training, and the opportunity to meet new people. The organisation also welcomes sponsorship from businesses that share its values, with funds used to cover event infrastructure costs, ensuring more ticket revenue supports LGBTQ+ community groups. Additionally, the event provides a platform for diverse performers, including DJs, drag artists, live music, dancers, and comedians.</w:t>
      </w:r>
      <w:r/>
    </w:p>
    <w:p>
      <w:pPr>
        <w:pStyle w:val="ListNumber"/>
        <w:spacing w:line="240" w:lineRule="auto"/>
        <w:ind w:left="720"/>
      </w:pPr>
      <w:r/>
      <w:hyperlink r:id="rId11">
        <w:r>
          <w:rPr>
            <w:color w:val="0000EE"/>
            <w:u w:val="single"/>
          </w:rPr>
          <w:t>https://www.manchestervillagepride.org/get-involved/</w:t>
        </w:r>
      </w:hyperlink>
      <w:r>
        <w:t xml:space="preserve"> - Manchester Village Pride is seeking volunteers to assist in delivering the safest and happiest Pride event. Roles include Parade Stewards, Village Ambassadors, and Access Angels. Volunteers receive benefits such as free wristbands, food allowances, training, and the opportunity to meet new people. The organisation also welcomes sponsorship from businesses that share its values, with funds used to cover event infrastructure costs, ensuring more ticket revenue supports LGBTQ+ community groups. Additionally, the event provides a platform for diverse performers, including DJs, drag artists, live music, dancers, and comedians.</w:t>
      </w:r>
      <w:r/>
    </w:p>
    <w:p>
      <w:pPr>
        <w:pStyle w:val="ListNumber"/>
        <w:spacing w:line="240" w:lineRule="auto"/>
        <w:ind w:left="720"/>
      </w:pPr>
      <w:r/>
      <w:hyperlink r:id="rId11">
        <w:r>
          <w:rPr>
            <w:color w:val="0000EE"/>
            <w:u w:val="single"/>
          </w:rPr>
          <w:t>https://www.manchestervillagepride.org/get-involved/</w:t>
        </w:r>
      </w:hyperlink>
      <w:r>
        <w:t xml:space="preserve"> - Manchester Village Pride is seeking volunteers to assist in delivering the safest and happiest Pride event. Roles include Parade Stewards, Village Ambassadors, and Access Angels. Volunteers receive benefits such as free wristbands, food allowances, training, and the opportunity to meet new people. The organisation also welcomes sponsorship from businesses that share its values, with funds used to cover event infrastructure costs, ensuring more ticket revenue supports LGBTQ+ community groups. Additionally, the event provides a platform for diverse performers, including DJs, drag artists, live music, dancers, and comedians.</w:t>
      </w:r>
      <w:r/>
    </w:p>
    <w:p>
      <w:pPr>
        <w:pStyle w:val="ListNumber"/>
        <w:spacing w:line="240" w:lineRule="auto"/>
        <w:ind w:left="720"/>
      </w:pPr>
      <w:r/>
      <w:hyperlink r:id="rId11">
        <w:r>
          <w:rPr>
            <w:color w:val="0000EE"/>
            <w:u w:val="single"/>
          </w:rPr>
          <w:t>https://www.manchestervillagepride.org/get-involved/</w:t>
        </w:r>
      </w:hyperlink>
      <w:r>
        <w:t xml:space="preserve"> - Manchester Village Pride is seeking volunteers to assist in delivering the safest and happiest Pride event. Roles include Parade Stewards, Village Ambassadors, and Access Angels. Volunteers receive benefits such as free wristbands, food allowances, training, and the opportunity to meet new people. The organisation also welcomes sponsorship from businesses that share its values, with funds used to cover event infrastructure costs, ensuring more ticket revenue supports LGBTQ+ community groups. Additionally, the event provides a platform for diverse performers, including DJs, drag artists, live music, dancers, and comedians.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nchestereveningnews.co.uk/whats-on/whats-on-news/theres-lot-positivity-around-pride-34480147" TargetMode="External"/><Relationship Id="rId10" Type="http://schemas.openxmlformats.org/officeDocument/2006/relationships/hyperlink" Target="https://www.manchestervillagepride.org/about-us/" TargetMode="External"/><Relationship Id="rId11" Type="http://schemas.openxmlformats.org/officeDocument/2006/relationships/hyperlink" Target="https://www.manchestervillagepride.org/get-involv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