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Guide: What to Expect and How to Enjoy the Gay Village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revellers and locals are already circling the August bank holiday , Manchester Village Pride is back under new community leadership, promising a more grassroots, Gay Village-centred weekend that matters for charities, performers and anyone who loves a colourful city atmosphere.</w:t>
      </w:r>
      <w:r/>
    </w:p>
    <w:p>
      <w:r/>
      <w:r>
        <w:t>Essential Takeaways</w:t>
      </w:r>
      <w:r/>
      <w:r/>
    </w:p>
    <w:p>
      <w:pPr>
        <w:pStyle w:val="ListBullet"/>
        <w:spacing w:line="240" w:lineRule="auto"/>
        <w:ind w:left="720"/>
      </w:pPr>
      <w:r/>
      <w:r>
        <w:rPr>
          <w:b/>
        </w:rPr>
        <w:t>New organisers, same weekend:</w:t>
      </w:r>
      <w:r>
        <w:t xml:space="preserve"> Manchester Village Pride is run by a not-for-profit community interest company made up of local Gay Village businesses.</w:t>
      </w:r>
      <w:r/>
    </w:p>
    <w:p>
      <w:pPr>
        <w:pStyle w:val="ListBullet"/>
        <w:spacing w:line="240" w:lineRule="auto"/>
        <w:ind w:left="720"/>
      </w:pPr>
      <w:r/>
      <w:r>
        <w:rPr>
          <w:b/>
        </w:rPr>
        <w:t>Parade and closures:</w:t>
      </w:r>
      <w:r>
        <w:t xml:space="preserve"> The parade runs through the city on Saturday; expect road closures and public transport disruption across the weekend.</w:t>
      </w:r>
      <w:r/>
    </w:p>
    <w:p>
      <w:pPr>
        <w:pStyle w:val="ListBullet"/>
        <w:spacing w:line="240" w:lineRule="auto"/>
        <w:ind w:left="720"/>
      </w:pPr>
      <w:r/>
      <w:r>
        <w:rPr>
          <w:b/>
        </w:rPr>
        <w:t>Ticketing and wristbands:</w:t>
      </w:r>
      <w:r>
        <w:t xml:space="preserve"> Wristbands are needed for Gay Village access; proceeds help cover security, performers and medical staff.</w:t>
      </w:r>
      <w:r/>
    </w:p>
    <w:p>
      <w:pPr>
        <w:pStyle w:val="ListBullet"/>
        <w:spacing w:line="240" w:lineRule="auto"/>
        <w:ind w:left="720"/>
      </w:pPr>
      <w:r/>
      <w:r>
        <w:rPr>
          <w:b/>
        </w:rPr>
        <w:t>Community-first approach:</w:t>
      </w:r>
      <w:r>
        <w:t xml:space="preserve"> Parade entrance fees are waived for grassroots LGBTQ+ charities and groups, and organisers say some profits will be donated.</w:t>
      </w:r>
      <w:r/>
    </w:p>
    <w:p>
      <w:pPr>
        <w:pStyle w:val="ListBullet"/>
        <w:spacing w:line="240" w:lineRule="auto"/>
        <w:ind w:left="720"/>
      </w:pPr>
      <w:r/>
      <w:r>
        <w:rPr>
          <w:b/>
        </w:rPr>
        <w:t>Family day and vigil:</w:t>
      </w:r>
      <w:r>
        <w:t xml:space="preserve"> Monday is free family day in the Village, with the weekend closing on Monday evening with a vigil in Sackville Gardens.</w:t>
      </w:r>
      <w:r/>
      <w:r/>
    </w:p>
    <w:p>
      <w:pPr>
        <w:pStyle w:val="Heading2"/>
      </w:pPr>
      <w:r>
        <w:t>What’s changed this year: a grassroots reboot</w:t>
      </w:r>
      <w:r/>
    </w:p>
    <w:p>
      <w:r/>
      <w:r>
        <w:t>This year’s Pride looks and feels different in the best way: it’s been relaunched by Manchester Village Pride, a community interest company made up of volunteers and local venues. The sound is rawer and more local , think pub owners, grassroots DJs and familiar faces running the show. Organisers say the move follows last year’s liquidation of the previous operator and aims to bring Pride back to the businesses and people who live and work in the Village. If you like the idea of a smaller, more homegrown festival vibe, this is it.</w:t>
      </w:r>
      <w:r/>
    </w:p>
    <w:p>
      <w:pPr>
        <w:pStyle w:val="Heading2"/>
      </w:pPr>
      <w:r>
        <w:t>Parade basics: route, timing and transport tips</w:t>
      </w:r>
      <w:r/>
    </w:p>
    <w:p>
      <w:r/>
      <w:r>
        <w:t>The parade remains the headline moment: organisations, charities and local groups march through the city on Saturday, creating the kind of visual, joyful noise Manchester is known for. Manchester City Council has published road closure info, so plan journeys in advance , buses and trams will be affected. If you’re travelling in, leave extra time, consider cycling or walking from nearby neighbourhoods, and consult the council’s closure map before you head out to avoid standing on a diverted tram platform.</w:t>
      </w:r>
      <w:r/>
    </w:p>
    <w:p>
      <w:pPr>
        <w:pStyle w:val="Heading2"/>
      </w:pPr>
      <w:r>
        <w:t>Gay Village Party: wristbands, access and what the fee covers</w:t>
      </w:r>
      <w:r/>
    </w:p>
    <w:p>
      <w:r/>
      <w:r>
        <w:t>The Gay Village Party returns to its usual cluster of bars and stages, but this time there’s a wristband model and admission fee for entry. Organisers stress that money covers essential costs: security, stewarding, payments to performers, medical staff and cleaning teams. Monday is a kinder, free family day, so if you want the full party without a charge, plan to attend then. Pro tip: buy wristbands early and check Manchester Village Pride’s ticket terms to understand refunds and re-entry rules.</w:t>
      </w:r>
      <w:r/>
    </w:p>
    <w:p>
      <w:pPr>
        <w:pStyle w:val="Heading2"/>
      </w:pPr>
      <w:r>
        <w:t>Line-up and local acts: pop names plus homegrown talent</w:t>
      </w:r>
      <w:r/>
    </w:p>
    <w:p>
      <w:r/>
      <w:r>
        <w:t>Headliners include familiar pop names alongside a strong roster of LGBTQ+ and local performers, so expect arena-friendly bangers mixed with underground sets from Village DJs. Organisers told local press they’ve prioritised both star power and community representation, which should make for a balanced programme. If you want to catch specific acts, check set times as soon as they’re released and arrive early for popular slots , stages in the Village can fill fast.</w:t>
      </w:r>
      <w:r/>
    </w:p>
    <w:p>
      <w:pPr>
        <w:pStyle w:val="Heading2"/>
      </w:pPr>
      <w:r>
        <w:t>Community impact and charity focus: why it matters</w:t>
      </w:r>
      <w:r/>
    </w:p>
    <w:p>
      <w:r/>
      <w:r>
        <w:t>One clear policy change: grassroots LGBTQ+ charities and groups won’t pay parade entrance fees. That’s a meaningful shift for smaller organisations that rely on Pride to raise visibility and funds. Organisers also say some proceeds will be donated, and the weekend includes charity stalls and a Monday vigil run by George House Trust. It’s Pride with a purpose , a reminder that beyond the glitter, the event supports service providers who work year-round for the community.</w:t>
      </w:r>
      <w:r/>
    </w:p>
    <w:p>
      <w:pPr>
        <w:pStyle w:val="Heading2"/>
      </w:pPr>
      <w:r>
        <w:t>Practical tips for a smoother weekend</w:t>
      </w:r>
      <w:r/>
    </w:p>
    <w:p>
      <w:r/>
      <w:r>
        <w:t>Pack light but useful: comfortable shoes, a portable phone charger, and a clear water bottle to refill at site stations. Expect loud music and crowds, so plan meet-up points and consider quieter alternatives if you’re with family or less festival-ready friends. Check the official FAQ and ticket T&amp;Cs for wristband rules and lost-property guidance. And if you’re a local business or charity, reach out early , there are stall and volunteer opportunities that sell out quickly.</w:t>
      </w:r>
      <w:r/>
    </w:p>
    <w:p>
      <w:r/>
      <w:r>
        <w:t>It’s a small change that can make every visit feel more local, charitable and outright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https://ca.news.yahoo.com/manchester-pride-different-051221553.html</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Manchester Village Pride is a ticketed event taking place from Friday 28th August to Monday 31st August 2026. Event gates open at various times each day, with late-night access maintained from 11pm to 4am via specific gates. Wristbands are required for entry, and tickets can be purchased in advance through Skiddle or, subject to availability, from event box offices during the weekend. Early arrival is recommended, particularly on Saturday following the Parade, as entry points can be busy during peak periods.</w:t>
      </w:r>
      <w:r/>
    </w:p>
    <w:p>
      <w:pPr>
        <w:pStyle w:val="ListNumber"/>
        <w:spacing w:line="240" w:lineRule="auto"/>
        <w:ind w:left="720"/>
      </w:pPr>
      <w:r/>
      <w:hyperlink r:id="rId12">
        <w:r>
          <w:rPr>
            <w:color w:val="0000EE"/>
            <w:u w:val="single"/>
          </w:rPr>
          <w:t>https://www.manchester.gov.uk/roads-and-transport/roadworks-and-closures/road-closures/manchester-village-pride-parade-2026</w:t>
        </w:r>
      </w:hyperlink>
      <w:r>
        <w:t xml:space="preserve"> - The Manchester Village Pride Parade 2026 will result in road closures and traffic restrictions in Manchester. From Friday 28 August to Tuesday 1 September, several roads, including Abingdon Street, Bloom Street, Canal Street, and others, will be closed. Additional traffic restrictions will be in place on Saturday 29 August, affecting streets such as Princess Street and Whitworth Street. For more detailed information on specific road closures and bus lane suspensions, please refer to the official Manchester City Council website.</w:t>
      </w:r>
      <w:r/>
    </w:p>
    <w:p>
      <w:pPr>
        <w:pStyle w:val="ListNumber"/>
        <w:spacing w:line="240" w:lineRule="auto"/>
        <w:ind w:left="720"/>
      </w:pPr>
      <w:r/>
      <w:hyperlink r:id="rId13">
        <w:r>
          <w:rPr>
            <w:color w:val="0000EE"/>
            <w:u w:val="single"/>
          </w:rPr>
          <w:t>https://www.manchestervillagepride.org/ticket-terms-conditions/</w:t>
        </w:r>
      </w:hyperlink>
      <w:r>
        <w:t xml:space="preserve"> - The ticket terms and conditions for Manchester Village Pride 2026 outline the responsibilities of Manchester Village Pride CIC as the organiser. The event is scheduled to take place in and around Manchester's Gay Village from Friday 28th August to Monday 31st August 2026. Tickets are sold through Skiddle, which provides the booking platform. Card payments may be authorised and settled by a separate payment processor. Skiddle's customer terms also apply to the use of its platform.</w:t>
      </w:r>
      <w:r/>
    </w:p>
    <w:p>
      <w:pPr>
        <w:pStyle w:val="ListNumber"/>
        <w:spacing w:line="240" w:lineRule="auto"/>
        <w:ind w:left="720"/>
      </w:pPr>
      <w:r/>
      <w:hyperlink r:id="rId14">
        <w:r>
          <w:rPr>
            <w:color w:val="0000EE"/>
            <w:u w:val="single"/>
          </w:rPr>
          <w:t>https://www.visitmanchester.com/ideas-and-inspiration/lgbt/manchester-pride/</w:t>
        </w:r>
      </w:hyperlink>
      <w:r>
        <w:t xml:space="preserve"> - Manchester Village Pride 2026 is set to return in August, following the establishment of Manchester Village Pride CIC. Wristbands are now on sale via Skiddle. The event will take place over the Summer Bank Holiday Weekend, with funds raised through the sale of wristbands and passes supporting LGBTQ+ charities, grassroots organisations, and vital community services. Any surplus funds will be legally locked in for public benefit, with a transparency dashboard on the Manchester Village Pride CIC website updated regularly to show ticket sales, costs, and projected charitable surplus.</w:t>
      </w:r>
      <w:r/>
    </w:p>
    <w:p>
      <w:pPr>
        <w:pStyle w:val="ListNumber"/>
        <w:spacing w:line="240" w:lineRule="auto"/>
        <w:ind w:left="720"/>
      </w:pPr>
      <w:r/>
      <w:hyperlink r:id="rId11">
        <w:r>
          <w:rPr>
            <w:color w:val="0000EE"/>
            <w:u w:val="single"/>
          </w:rPr>
          <w:t>https://www.totalguidetomanchester.com/entertainment/manchester-village-pride/</w:t>
        </w:r>
      </w:hyperlink>
      <w:r>
        <w:t xml:space="preserve"> - Manchester Village Pride 2026 is scheduled to take place at Manchester Gay Village from Friday 28 August 2026 to Tuesday 1 September 2026. The event will feature multiple stages and late-night programming, with operating hours from 12:00pm to 6:00am. Ticket prices are available via the booking link, with additional fees that may apply. For more information and to purchase tickets, please visit the official website.</w:t>
      </w:r>
      <w:r/>
    </w:p>
    <w:p>
      <w:pPr>
        <w:pStyle w:val="ListNumber"/>
        <w:spacing w:line="240" w:lineRule="auto"/>
        <w:ind w:left="720"/>
      </w:pPr>
      <w:r/>
      <w:hyperlink r:id="rId15">
        <w:r>
          <w:rPr>
            <w:color w:val="0000EE"/>
            <w:u w:val="single"/>
          </w:rPr>
          <w:t>https://www.visitmanchester.com/event/manchester-village-pride-parade/26853101/</w:t>
        </w:r>
      </w:hyperlink>
      <w:r>
        <w:t xml:space="preserve"> - The Manchester Village Pride Parade 2026 is scheduled for Saturday, 29 August 2026. The parade will wind through the city, finishing in the Village—the birthplace of Pride in Manchester over forty years ago. The exact route will be announced soon. This year's theme, inspired by The Wizard of Oz, celebrates homecoming and Manchester's reputation as a welcoming, safe space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news.yahoo.com/manchester-pride-different-051221553.html"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totalguidetomanchester.com/entertainment/manchester-village-pride/" TargetMode="External"/><Relationship Id="rId12" Type="http://schemas.openxmlformats.org/officeDocument/2006/relationships/hyperlink" Target="https://www.manchester.gov.uk/roads-and-transport/roadworks-and-closures/road-closures/manchester-village-pride-parade-2026" TargetMode="External"/><Relationship Id="rId13" Type="http://schemas.openxmlformats.org/officeDocument/2006/relationships/hyperlink" Target="https://www.manchestervillagepride.org/ticket-terms-conditions/" TargetMode="External"/><Relationship Id="rId14" Type="http://schemas.openxmlformats.org/officeDocument/2006/relationships/hyperlink" Target="https://www.visitmanchester.com/ideas-and-inspiration/lgbt/manchester-pride/" TargetMode="External"/><Relationship Id="rId15" Type="http://schemas.openxmlformats.org/officeDocument/2006/relationships/hyperlink" Target="https://www.visitmanchester.com/event/manchester-village-pride-parade/2685310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