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Local LGBTQ+ Events This Week in DC — what to try and why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 a new favourite: Each week the DC queer scene fills up with meet‑ups, classes and drop‑ins , here’s a lively rundown of what's on, who’s running it and quick tips to help you pick the best events for your week.</w:t>
      </w:r>
      <w:r/>
    </w:p>
    <w:p>
      <w:r/>
      <w:r>
        <w:t>Essential Takeaways</w:t>
      </w:r>
      <w:r/>
      <w:r/>
    </w:p>
    <w:p>
      <w:pPr>
        <w:pStyle w:val="ListBullet"/>
        <w:spacing w:line="240" w:lineRule="auto"/>
        <w:ind w:left="720"/>
      </w:pPr>
      <w:r/>
      <w:r>
        <w:rPr>
          <w:b/>
        </w:rPr>
        <w:t>Free social nights:</w:t>
      </w:r>
      <w:r>
        <w:t xml:space="preserve"> Go Gay DC hosts casual meet‑ups like a retro happy hour and weekend brunch , easy to drop into, friendly vibe.</w:t>
      </w:r>
      <w:r/>
    </w:p>
    <w:p>
      <w:pPr>
        <w:pStyle w:val="ListBullet"/>
        <w:spacing w:line="240" w:lineRule="auto"/>
        <w:ind w:left="720"/>
      </w:pPr>
      <w:r/>
      <w:r>
        <w:rPr>
          <w:b/>
        </w:rPr>
        <w:t>Supportive spaces:</w:t>
      </w:r>
      <w:r>
        <w:t xml:space="preserve"> The DC Centre runs a weekly Trans Discussion Group and other trauma‑informed classes offering quiet, gentle support.</w:t>
      </w:r>
      <w:r/>
    </w:p>
    <w:p>
      <w:pPr>
        <w:pStyle w:val="ListBullet"/>
        <w:spacing w:line="240" w:lineRule="auto"/>
        <w:ind w:left="720"/>
      </w:pPr>
      <w:r/>
      <w:r>
        <w:rPr>
          <w:b/>
        </w:rPr>
        <w:t>Practical services:</w:t>
      </w:r>
      <w:r>
        <w:t xml:space="preserve"> Job Club and drop‑in resource sessions help with careers, navigation and accessing fresh produce.</w:t>
      </w:r>
      <w:r/>
    </w:p>
    <w:p>
      <w:pPr>
        <w:pStyle w:val="ListBullet"/>
        <w:spacing w:line="240" w:lineRule="auto"/>
        <w:ind w:left="720"/>
      </w:pPr>
      <w:r/>
      <w:r>
        <w:rPr>
          <w:b/>
        </w:rPr>
        <w:t>Accessible options:</w:t>
      </w:r>
      <w:r>
        <w:t xml:space="preserve"> Many events are virtual or have no residency proof required, so participation is low‑barrier and discreet.</w:t>
      </w:r>
      <w:r/>
    </w:p>
    <w:p>
      <w:pPr>
        <w:pStyle w:val="ListBullet"/>
        <w:spacing w:line="240" w:lineRule="auto"/>
        <w:ind w:left="720"/>
      </w:pPr>
      <w:r/>
      <w:r>
        <w:rPr>
          <w:b/>
        </w:rPr>
        <w:t>Sensory notes:</w:t>
      </w:r>
      <w:r>
        <w:t xml:space="preserve"> Expect lively bar atmospheres for brunches and happy hours, and calm, grounding tones for yoga and movement sessions.</w:t>
      </w:r>
      <w:r/>
      <w:r/>
    </w:p>
    <w:p>
      <w:pPr>
        <w:pStyle w:val="Heading2"/>
      </w:pPr>
      <w:r>
        <w:t>Tonight: unwind at a retro happy hour</w:t>
      </w:r>
      <w:r/>
    </w:p>
    <w:p>
      <w:r/>
      <w:r>
        <w:t>If you need something low‑commitment, Go Gay DC’s LGBTQ+ Community Happy Hour at DIK Bar is a classic pick , think neon, upbeat music and happy hour prices. Meetup listings show organisers aiming for casual introductions and new friendships, so head down if you want to chat without pressure. Pro tip: go early to snag a seat; these spots fill fast on a Friday. It’s a simple way to test the waters of the scene and meet people who like to socialise in relaxed spaces.</w:t>
      </w:r>
      <w:r/>
    </w:p>
    <w:p>
      <w:pPr>
        <w:pStyle w:val="Heading2"/>
      </w:pPr>
      <w:r>
        <w:t>Saturday brunch: food, faces and friendly conversation</w:t>
      </w:r>
      <w:r/>
    </w:p>
    <w:p>
      <w:r/>
      <w:r>
        <w:t>Go Gay DC’s weekend brunch at Freddie’s Beach Bar &amp; Restaurant is a popular recurring event that brings the DMV queer community together over plates and pitchers. Brunches tend to attract a mixed crowd of regulars and newcomers, so they’re great for people who prefer daytime socialising. If you’re new to the area, sit near a shared table or join a small group , you’ll get introduced faster. Tickets are usually free and details live on Meetup and Eventbrite.</w:t>
      </w:r>
      <w:r/>
    </w:p>
    <w:p>
      <w:pPr>
        <w:pStyle w:val="Heading2"/>
      </w:pPr>
      <w:r>
        <w:t>Quiet support: trans discussion and trauma‑informed movement</w:t>
      </w:r>
      <w:r/>
    </w:p>
    <w:p>
      <w:r/>
      <w:r>
        <w:t>For those seeking calmer, confidential spaces, the DC LGBTQ+ Community Center runs a Trans Discussion Group on Zoom and a “Movement for Healing” session combining somatic practices with gentle movement. These sessions feel intentionally slow and safe, tuned to emotional comfort rather than spectacle. According to the Centre’s event listings, they’re designed for mutual learning and body‑safe reconnection. Bring water, wear comfy clothes, and expect a respectful, paced environment.</w:t>
      </w:r>
      <w:r/>
    </w:p>
    <w:p>
      <w:pPr>
        <w:pStyle w:val="Heading2"/>
      </w:pPr>
      <w:r>
        <w:t>Practical help: Job Club and fresh produce drops</w:t>
      </w:r>
      <w:r/>
    </w:p>
    <w:p>
      <w:r/>
      <w:r>
        <w:t>The Centre’s Job Club offers weekly support for jobseekers working on resilience, networking and presentation skills , a good fit if you want practical help beyond a CV. Email the centre to join and find out how they tailor sessions. Equally useful is the Fresh Produce Program: applicants are notified in advance and no residency or income proof is required, which makes it a discreet way to access healthy food. These services underline how community centres combine social and material support.</w:t>
      </w:r>
      <w:r/>
    </w:p>
    <w:p>
      <w:pPr>
        <w:pStyle w:val="Heading2"/>
      </w:pPr>
      <w:r>
        <w:t>Drag brunch and nightlife highlights to punctuate your week</w:t>
      </w:r>
      <w:r/>
    </w:p>
    <w:p>
      <w:r/>
      <w:r>
        <w:t>If you want something theatrical, Nellie’s DC Drag Brunch tops the list for a lively Sunday: loud, glittery and unabashedly fun. Tickets are charged and sell out, so book early on Eventbrite. Meanwhile, virtual yoga and weekly coffee klatches for older adults offer quieter alternatives that still keep you plugged into community rhythms. Mix and match depending on whether you need a social boost or a restorative hour.</w:t>
      </w:r>
      <w:r/>
    </w:p>
    <w:p>
      <w:r/>
      <w:r>
        <w:t>It's a small change in routine that can make the week feel more connected and kinder.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0">
        <w:r>
          <w:rPr>
            <w:color w:val="0000EE"/>
            <w:u w:val="single"/>
          </w:rPr>
          <w:t>[4]</w:t>
        </w:r>
      </w:hyperlink>
      <w:r>
        <w:t xml:space="preserve">- Paragraph 2: </w:t>
      </w:r>
      <w:hyperlink r:id="rId10">
        <w:r>
          <w:rPr>
            <w:color w:val="0000EE"/>
            <w:u w:val="single"/>
          </w:rPr>
          <w:t>[2]</w:t>
        </w:r>
      </w:hyperlink>
      <w:r>
        <w:t xml:space="preserve">, </w:t>
      </w:r>
      <w:hyperlink r:id="rId10">
        <w:r>
          <w:rPr>
            <w:color w:val="0000EE"/>
            <w:u w:val="single"/>
          </w:rPr>
          <w:t>[4]</w:t>
        </w:r>
      </w:hyperlink>
      <w:r>
        <w:t xml:space="preserve">- Paragraph 3: </w:t>
      </w:r>
      <w:hyperlink r:id="rId10">
        <w:r>
          <w:rPr>
            <w:color w:val="0000EE"/>
            <w:u w:val="single"/>
          </w:rPr>
          <w:t>[2]</w:t>
        </w:r>
      </w:hyperlink>
      <w:r>
        <w:t xml:space="preserve">, </w:t>
      </w:r>
      <w:hyperlink r:id="rId11">
        <w:r>
          <w:rPr>
            <w:color w:val="0000EE"/>
            <w:u w:val="single"/>
          </w:rPr>
          <w:t>[3]</w:t>
        </w:r>
      </w:hyperlink>
      <w:r>
        <w:t xml:space="preserve">- Paragraph 4: </w:t>
      </w:r>
      <w:hyperlink r:id="rId11">
        <w:r>
          <w:rPr>
            <w:color w:val="0000EE"/>
            <w:u w:val="single"/>
          </w:rPr>
          <w:t>[3]</w:t>
        </w:r>
      </w:hyperlink>
      <w:r>
        <w:t xml:space="preserve">, </w:t>
      </w:r>
      <w:hyperlink r:id="rId10">
        <w:r>
          <w:rPr>
            <w:color w:val="0000EE"/>
            <w:u w:val="single"/>
          </w:rPr>
          <w:t>[7]</w:t>
        </w:r>
      </w:hyperlink>
      <w:r>
        <w:t xml:space="preserve">- Paragraph 5: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https://www.washingtonblade.com/2026/08/28/archuleta-hosts-book-signing-rehoboth-beach/</w:t>
        </w:r>
      </w:hyperlink>
      <w:r>
        <w:t xml:space="preserve"> - Please view link - unable to able to access data</w:t>
      </w:r>
      <w:r/>
    </w:p>
    <w:p>
      <w:pPr>
        <w:pStyle w:val="ListNumber"/>
        <w:spacing w:line="240" w:lineRule="auto"/>
        <w:ind w:left="720"/>
      </w:pPr>
      <w:r/>
      <w:hyperlink r:id="rId10">
        <w:r>
          <w:rPr>
            <w:color w:val="0000EE"/>
            <w:u w:val="single"/>
          </w:rPr>
          <w:t>https://www.meetup.com/gogaydc/events/315152418/?eventOrigin=group_upcoming_events</w:t>
        </w:r>
      </w:hyperlink>
      <w:r>
        <w:t xml:space="preserve"> - Go Gay DC is hosting an LGBTQ+ Community Happy Hour at DIK Bar on Friday, August 28, 2026, from 7:00 PM to 9:00 PM EDT. The event aims to bring together members of the LGBTQ+ community for an evening of relaxation, networking, and enjoying happy hour specials at the historic DIK Bar, located upstairs at DuPont Italian Kitchen, 1637 17th St NW, Washington, DC. Attendees are encouraged to arrive at their convenience, with most expected by 7:00 PM. The event is free to attend, but reservations are requested via Eventbrite to ensure an accurate guest count. This gathering provides an opportunity to make new connections and unwind in a welcoming environment. For more details and to RSVP, visit the Meetup page.</w:t>
      </w:r>
      <w:r/>
    </w:p>
    <w:p>
      <w:pPr>
        <w:pStyle w:val="ListNumber"/>
        <w:spacing w:line="240" w:lineRule="auto"/>
        <w:ind w:left="720"/>
      </w:pPr>
      <w:r/>
      <w:hyperlink r:id="rId11">
        <w:r>
          <w:rPr>
            <w:color w:val="0000EE"/>
            <w:u w:val="single"/>
          </w:rPr>
          <w:t>https://thedccenter.org/events/trans-discussion-group-via-zoom-2021-01-12-2021-02-09-2021-03-09-2021-04-13-2021-05-11-2021-06-08-2021-07-13-2021-08-10-2021-09-14-2021-10-12-2021-11-09-2021-12-14-2022-01-11-2022-02-08-08-2027-01-12/</w:t>
        </w:r>
      </w:hyperlink>
      <w:r>
        <w:t xml:space="preserve"> - The DC LGBTQ+ Community Center is hosting a Trans Discussion Group via Zoom on Tuesday, August 10, 2021, from 7:00 PM to 9:00 PM. This group provides a supportive and safe space for transgender individuals and those questioning their gender identity or expression to come together, share experiences, and learn from one another. The meeting is conducted remotely via Zoom, ensuring accessibility for participants. For more information and to join the discussion, visit the DC Center's website.</w:t>
      </w:r>
      <w:r/>
    </w:p>
    <w:p>
      <w:pPr>
        <w:pStyle w:val="ListNumber"/>
        <w:spacing w:line="240" w:lineRule="auto"/>
        <w:ind w:left="720"/>
      </w:pPr>
      <w:r/>
      <w:hyperlink r:id="rId10">
        <w:r>
          <w:rPr>
            <w:color w:val="0000EE"/>
            <w:u w:val="single"/>
          </w:rPr>
          <w:t>https://www.meetup.com/gogaydc/events/315152418/?eventOrigin=group_upcoming_events</w:t>
        </w:r>
      </w:hyperlink>
      <w:r>
        <w:t xml:space="preserve"> - Go Gay DC is hosting an LGBTQ+ Community Happy Hour at DIK Bar on Friday, August 28, 2026, from 7:00 PM to 9:00 PM EDT. The event aims to bring together members of the LGBTQ+ community for an evening of relaxation, networking, and enjoying happy hour specials at the historic DIK Bar, located upstairs at DuPont Italian Kitchen, 1637 17th St NW, Washington, DC. Attendees are encouraged to arrive at their convenience, with most expected by 7:00 PM. The event is free to attend, but reservations are requested via Eventbrite to ensure an accurate guest count. This gathering provides an opportunity to make new connections and unwind in a welcoming environment. For more details and to RSVP, visit the Meetup page.</w:t>
      </w:r>
      <w:r/>
    </w:p>
    <w:p>
      <w:pPr>
        <w:pStyle w:val="ListNumber"/>
        <w:spacing w:line="240" w:lineRule="auto"/>
        <w:ind w:left="720"/>
      </w:pPr>
      <w:r/>
      <w:hyperlink r:id="rId10">
        <w:r>
          <w:rPr>
            <w:color w:val="0000EE"/>
            <w:u w:val="single"/>
          </w:rPr>
          <w:t>https://www.meetup.com/gogaydc/events/315152418/?eventOrigin=group_upcoming_events</w:t>
        </w:r>
      </w:hyperlink>
      <w:r>
        <w:t xml:space="preserve"> - Go Gay DC is hosting an LGBTQ+ Community Happy Hour at DIK Bar on Friday, August 28, 2026, from 7:00 PM to 9:00 PM EDT. The event aims to bring together members of the LGBTQ+ community for an evening of relaxation, networking, and enjoying happy hour specials at the historic DIK Bar, located upstairs at DuPont Italian Kitchen, 1637 17th St NW, Washington, DC. Attendees are encouraged to arrive at their convenience, with most expected by 7:00 PM. The event is free to attend, but reservations are requested via Eventbrite to ensure an accurate guest count. This gathering provides an opportunity to make new connections and unwind in a welcoming environment. For more details and to RSVP, visit the Meetup page.</w:t>
      </w:r>
      <w:r/>
    </w:p>
    <w:p>
      <w:pPr>
        <w:pStyle w:val="ListNumber"/>
        <w:spacing w:line="240" w:lineRule="auto"/>
        <w:ind w:left="720"/>
      </w:pPr>
      <w:r/>
      <w:hyperlink r:id="rId10">
        <w:r>
          <w:rPr>
            <w:color w:val="0000EE"/>
            <w:u w:val="single"/>
          </w:rPr>
          <w:t>https://www.meetup.com/gogaydc/events/315152418/?eventOrigin=group_upcoming_events</w:t>
        </w:r>
      </w:hyperlink>
      <w:r>
        <w:t xml:space="preserve"> - Go Gay DC is hosting an LGBTQ+ Community Happy Hour at DIK Bar on Friday, August 28, 2026, from 7:00 PM to 9:00 PM EDT. The event aims to bring together members of the LGBTQ+ community for an evening of relaxation, networking, and enjoying happy hour specials at the historic DIK Bar, located upstairs at DuPont Italian Kitchen, 1637 17th St NW, Washington, DC. Attendees are encouraged to arrive at their convenience, with most expected by 7:00 PM. The event is free to attend, but reservations are requested via Eventbrite to ensure an accurate guest count. This gathering provides an opportunity to make new connections and unwind in a welcoming environment. For more details and to RSVP, visit the Meetup page.</w:t>
      </w:r>
      <w:r/>
    </w:p>
    <w:p>
      <w:pPr>
        <w:pStyle w:val="ListNumber"/>
        <w:spacing w:line="240" w:lineRule="auto"/>
        <w:ind w:left="720"/>
      </w:pPr>
      <w:r/>
      <w:hyperlink r:id="rId10">
        <w:r>
          <w:rPr>
            <w:color w:val="0000EE"/>
            <w:u w:val="single"/>
          </w:rPr>
          <w:t>https://www.meetup.com/gogaydc/events/315152418/?eventOrigin=group_upcoming_events</w:t>
        </w:r>
      </w:hyperlink>
      <w:r>
        <w:t xml:space="preserve"> - Go Gay DC is hosting an LGBTQ+ Community Happy Hour at DIK Bar on Friday, August 28, 2026, from 7:00 PM to 9:00 PM EDT. The event aims to bring together members of the LGBTQ+ community for an evening of relaxation, networking, and enjoying happy hour specials at the historic DIK Bar, located upstairs at DuPont Italian Kitchen, 1637 17th St NW, Washington, DC. Attendees are encouraged to arrive at their convenience, with most expected by 7:00 PM. The event is free to attend, but reservations are requested via Eventbrite to ensure an accurate guest count. This gathering provides an opportunity to make new connections and unwind in a welcoming environment. For more details and to RSVP, visit the Meetup page.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ashingtonblade.com/2026/08/28/archuleta-hosts-book-signing-rehoboth-beach/" TargetMode="External"/><Relationship Id="rId10" Type="http://schemas.openxmlformats.org/officeDocument/2006/relationships/hyperlink" Target="https://www.meetup.com/gogaydc/events/315152418/?eventOrigin=group_upcoming_events" TargetMode="External"/><Relationship Id="rId11" Type="http://schemas.openxmlformats.org/officeDocument/2006/relationships/hyperlink" Target="https://thedccenter.org/events/trans-discussion-group-via-zoom-2021-01-12-2021-02-09-2021-03-09-2021-04-13-2021-05-11-2021-06-08-2021-07-13-2021-08-10-2021-09-14-2021-10-12-2021-11-09-2021-12-14-2022-01-11-2022-02-08-08-2027-01-1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