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Local Gay Bar in Lakeland: Why The Parrot Still Matters in 2026</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nostalgia and community , The Parrot in Lakeland has been a lively, live-performance hub for the city’s LGBTQ+ crowd since 1969, hosting drag nights, karaoke, and veterans who say it still feels like home. Here’s why this retro bar remains one of Lakeland’s most important nightlife spots.</w:t>
      </w:r>
      <w:r/>
    </w:p>
    <w:p>
      <w:r/>
      <w:r>
        <w:t>Essential Takeaways</w:t>
      </w:r>
      <w:r/>
      <w:r/>
    </w:p>
    <w:p>
      <w:pPr>
        <w:pStyle w:val="ListBullet"/>
        <w:spacing w:line="240" w:lineRule="auto"/>
        <w:ind w:left="720"/>
      </w:pPr>
      <w:r/>
      <w:r>
        <w:rPr>
          <w:b/>
        </w:rPr>
        <w:t>Historic staying power:</w:t>
      </w:r>
      <w:r>
        <w:t xml:space="preserve"> The Parrot traces its queer-friendly roots back to 1969 and still operates nightly with varied programming. </w:t>
      </w:r>
      <w:r/>
    </w:p>
    <w:p>
      <w:pPr>
        <w:pStyle w:val="ListBullet"/>
        <w:spacing w:line="240" w:lineRule="auto"/>
        <w:ind w:left="720"/>
      </w:pPr>
      <w:r/>
      <w:r>
        <w:rPr>
          <w:b/>
        </w:rPr>
        <w:t>Live, interactive drag:</w:t>
      </w:r>
      <w:r>
        <w:t xml:space="preserve"> There’s no fixed stage, so performers mingle with the crowd , the shows feel intimate and energetic. </w:t>
      </w:r>
      <w:r/>
    </w:p>
    <w:p>
      <w:pPr>
        <w:pStyle w:val="ListBullet"/>
        <w:spacing w:line="240" w:lineRule="auto"/>
        <w:ind w:left="720"/>
      </w:pPr>
      <w:r/>
      <w:r>
        <w:rPr>
          <w:b/>
        </w:rPr>
        <w:t>Mixed, welcoming crowd:</w:t>
      </w:r>
      <w:r>
        <w:t xml:space="preserve"> Patrons range across ages and backgrounds; long-term regulars sit alongside newcomers. </w:t>
      </w:r>
      <w:r/>
    </w:p>
    <w:p>
      <w:pPr>
        <w:pStyle w:val="ListBullet"/>
        <w:spacing w:line="240" w:lineRule="auto"/>
        <w:ind w:left="720"/>
      </w:pPr>
      <w:r/>
      <w:r>
        <w:rPr>
          <w:b/>
        </w:rPr>
        <w:t>Practical vibe:</w:t>
      </w:r>
      <w:r>
        <w:t xml:space="preserve"> The bar runs Tuesday–Sunday evenings, with karaoke, comedy and drag across the week. </w:t>
      </w:r>
      <w:r/>
    </w:p>
    <w:p>
      <w:pPr>
        <w:pStyle w:val="ListBullet"/>
        <w:spacing w:line="240" w:lineRule="auto"/>
        <w:ind w:left="720"/>
      </w:pPr>
      <w:r/>
      <w:r>
        <w:rPr>
          <w:b/>
        </w:rPr>
        <w:t>Atmosphere:</w:t>
      </w:r>
      <w:r>
        <w:t xml:space="preserve"> Expect a lived-in, festive interior , themed decor, tinsel curtains and a hands-on host culture.</w:t>
      </w:r>
      <w:r/>
      <w:r/>
    </w:p>
    <w:p>
      <w:pPr>
        <w:pStyle w:val="Heading2"/>
      </w:pPr>
      <w:r>
        <w:t>A beacon that’s stayed lit since 1969</w:t>
      </w:r>
      <w:r/>
    </w:p>
    <w:p>
      <w:r/>
      <w:r>
        <w:t>Walk into The Parrot and you notice the worn charm , a tinsel curtain here, a papier-mâché prop there , and an energy that’s equal parts loud and affectionate. According to local listings and nightlife guides, the venue keeps a regular schedule of evening entertainment, which helps explain why it remains crowded even on late-night weekends. The sense of continuity matters: venues like this are rare, and people come for the familiar ritual as much as the performance.</w:t>
      </w:r>
      <w:r/>
    </w:p>
    <w:p>
      <w:pPr>
        <w:pStyle w:val="Heading2"/>
      </w:pPr>
      <w:r>
        <w:t>Drag that moves through the room, not from a stage</w:t>
      </w:r>
      <w:r/>
    </w:p>
    <w:p>
      <w:r/>
      <w:r>
        <w:t>What sets The Parrot apart is its format. Rather than a distant raised stage, performers weave through the crowd, which makes each set feel like a shared celebration. Several venue directories note the bar’s emphasis on live, interactive shows. That format creates a visceral connection , you’re literally in the performer’s path , and it gives new acts a place to sharpen their routine. If you prefer to be close to the action, this is exactly the kind of bar you want.</w:t>
      </w:r>
      <w:r/>
    </w:p>
    <w:p>
      <w:pPr>
        <w:pStyle w:val="Heading2"/>
      </w:pPr>
      <w:r>
        <w:t>An ‘open secret’ turned longstanding refuge</w:t>
      </w:r>
      <w:r/>
    </w:p>
    <w:p>
      <w:r/>
      <w:r>
        <w:t>Long-standing patrons describe the bar as an oasis where people could be themselves. Community and nightlife listings show The Parrot marketed and listed consistently over decades, signalling steady operation. Places like this often become social anchors: a mix of regulars, newcomers, and visiting performers who keep the place feeling alive. If you value a venue where faces become familiar and memories stack up, The Parrot delivers that comforting continuity.</w:t>
      </w:r>
      <w:r/>
    </w:p>
    <w:p>
      <w:pPr>
        <w:pStyle w:val="Heading2"/>
      </w:pPr>
      <w:r>
        <w:t>What to expect on a night out , practical tips</w:t>
      </w:r>
      <w:r/>
    </w:p>
    <w:p>
      <w:r/>
      <w:r>
        <w:t>The Parrot’s schedule tends to cluster events in prime evening hours, so plan your visit after 8pm for the best atmosphere. Expect a 21+ crowd and themed nights that can bring flashy props and exuberant costuming. If you like to interact, bring small bills for tips , performers move through the room and appreciate audience participation. For quieter nights, check local listings before you go; the bar does karaoke and comedy midweek, which can be a gentler way to sample the place.</w:t>
      </w:r>
      <w:r/>
    </w:p>
    <w:p>
      <w:pPr>
        <w:pStyle w:val="Heading2"/>
      </w:pPr>
      <w:r>
        <w:t>Why it still matters amid changing politics</w:t>
      </w:r>
      <w:r/>
    </w:p>
    <w:p>
      <w:r/>
      <w:r>
        <w:t>Venues like The Parrot do more than host shows; they create safe corners of the city where people can gather and be seen. In a shifting political climate around drag and LGBTQ+ public life, community spaces offer practical solidarity , a place to meet, organise and celebrate. That’s part of why locals keep returning: the bar doesn’t just entertain, it fosters connection, and that has lasting value beyond any single night.</w:t>
      </w:r>
      <w:r/>
    </w:p>
    <w:p>
      <w:r/>
      <w:r>
        <w:t>It’s a small change that can make every outing feel like coming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4">
        <w:r>
          <w:rPr>
            <w:color w:val="0000EE"/>
            <w:u w:val="single"/>
          </w:rPr>
          <w:t>[4]</w:t>
        </w:r>
      </w:hyperlink>
      <w:r>
        <w:t xml:space="preserve">, </w:t>
      </w:r>
      <w:hyperlink r:id="rId15">
        <w:r>
          <w:rPr>
            <w:color w:val="0000EE"/>
            <w:u w:val="single"/>
          </w:rPr>
          <w:t>[5]</w:t>
        </w:r>
      </w:hyperlink>
      <w:r>
        <w:t xml:space="preserve">- Paragraph 4: </w:t>
      </w:r>
      <w:hyperlink r:id="rId10">
        <w:r>
          <w:rPr>
            <w:color w:val="0000EE"/>
            <w:u w:val="single"/>
          </w:rPr>
          <w:t>[2]</w:t>
        </w:r>
      </w:hyperlink>
      <w:r>
        <w:t xml:space="preserve">, </w:t>
      </w:r>
      <w:hyperlink r:id="rId12">
        <w:r>
          <w:rPr>
            <w:color w:val="0000EE"/>
            <w:u w:val="single"/>
          </w:rPr>
          <w:t>[3]</w:t>
        </w:r>
      </w:hyperlink>
      <w:r>
        <w:t xml:space="preserve">- Paragraph 5: </w:t>
      </w:r>
      <w:hyperlink r:id="rId13">
        <w:r>
          <w:rPr>
            <w:color w:val="0000EE"/>
            <w:u w:val="single"/>
          </w:rPr>
          <w:t>[6]</w:t>
        </w:r>
      </w:hyperlink>
      <w:r>
        <w:t xml:space="preserve">, </w:t>
      </w:r>
      <w:hyperlink r:id="rId11">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https://www.lkldnow.com/lkld-lore-the-parrot-has-been-home-to-lakelands-lgbtq-community-since-1969/</w:t>
        </w:r>
      </w:hyperlink>
      <w:r>
        <w:t xml:space="preserve"> - Please view link - unable to able to access data</w:t>
      </w:r>
      <w:r/>
    </w:p>
    <w:p>
      <w:pPr>
        <w:pStyle w:val="ListNumber"/>
        <w:spacing w:line="240" w:lineRule="auto"/>
        <w:ind w:left="720"/>
      </w:pPr>
      <w:r/>
      <w:hyperlink r:id="rId10">
        <w:r>
          <w:rPr>
            <w:color w:val="0000EE"/>
            <w:u w:val="single"/>
          </w:rPr>
          <w:t>https://www.findglocal.com/US/Lakeland/1917003648548779/The-Parrot</w:t>
        </w:r>
      </w:hyperlink>
      <w:r>
        <w:t xml:space="preserve"> - The Parrot, located at 1030 E. Main Street in Lakeland, Florida, is renowned as Florida's oldest gay bar, welcoming everyone, including the LGBTQ+ community, allies, and friends. The venue offers a vibrant atmosphere with great drinks, dancing, karaoke, and special events throughout the week. Notably, it hosts drag show revues on Fridays and Saturdays, providing a lively and inclusive experience for all patrons.</w:t>
      </w:r>
      <w:r/>
    </w:p>
    <w:p>
      <w:pPr>
        <w:pStyle w:val="ListNumber"/>
        <w:spacing w:line="240" w:lineRule="auto"/>
        <w:ind w:left="720"/>
      </w:pPr>
      <w:r/>
      <w:hyperlink r:id="rId12">
        <w:r>
          <w:rPr>
            <w:color w:val="0000EE"/>
            <w:u w:val="single"/>
          </w:rPr>
          <w:t>https://altbars.com/the-parrot.html</w:t>
        </w:r>
      </w:hyperlink>
      <w:r>
        <w:t xml:space="preserve"> - The Parrot, situated at 1030 E Main St, Lakeland, FL 33801, is a prominent LGBTQ+ bar in Lakeland, Florida. Open from Tuesday to Sunday, it offers a range of amenities including wheelchair-accessible parking, restrooms, and a casual, trendy atmosphere suitable for groups. The bar features karaoke, live performances, and a diverse selection of alcoholic beverages, making it a popular destination for both locals and visitors seeking an inclusive nightlife experience.</w:t>
      </w:r>
      <w:r/>
    </w:p>
    <w:p>
      <w:pPr>
        <w:pStyle w:val="ListNumber"/>
        <w:spacing w:line="240" w:lineRule="auto"/>
        <w:ind w:left="720"/>
      </w:pPr>
      <w:r/>
      <w:hyperlink r:id="rId14">
        <w:r>
          <w:rPr>
            <w:color w:val="0000EE"/>
            <w:u w:val="single"/>
          </w:rPr>
          <w:t>https://www.restaurantji.com/fl/lakeland/the-parrot-bar-and-nightclub-/</w:t>
        </w:r>
      </w:hyperlink>
      <w:r>
        <w:t xml:space="preserve"> - The Parrot, located at 1030 E Main St, Lakeland, FL 33801, is celebrated as the oldest gay bar in Lakeland, offering a fun and inviting atmosphere with good prices and great entertainment. Known for its lively drag shows, karaoke, and DJ music, the venue features an outdoor patio, dance floor, and additional gathering space. Despite its size and the lack of recent upgrades, The Parrot remains a favorite for gatherings, with clean restrooms and a welcoming vibe.</w:t>
      </w:r>
      <w:r/>
    </w:p>
    <w:p>
      <w:pPr>
        <w:pStyle w:val="ListNumber"/>
        <w:spacing w:line="240" w:lineRule="auto"/>
        <w:ind w:left="720"/>
      </w:pPr>
      <w:r/>
      <w:hyperlink r:id="rId15">
        <w:r>
          <w:rPr>
            <w:color w:val="0000EE"/>
            <w:u w:val="single"/>
          </w:rPr>
          <w:t>https://p2bars.com/bars-near-me/the-parrot/</w:t>
        </w:r>
      </w:hyperlink>
      <w:r>
        <w:t xml:space="preserve"> - The Parrot, located at 1030 E Main St, Lakeland, FL 33801, is Florida's oldest gay bar, offering a vibrant and inclusive atmosphere. The venue is known for its drag shows, karaoke, and a diverse selection of alcoholic beverages. Patrons praise the welcoming staff and the lively environment, making it a popular spot for both locals and visitors seeking quality nightlife in Lakeland.</w:t>
      </w:r>
      <w:r/>
    </w:p>
    <w:p>
      <w:pPr>
        <w:pStyle w:val="ListNumber"/>
        <w:spacing w:line="240" w:lineRule="auto"/>
        <w:ind w:left="720"/>
      </w:pPr>
      <w:r/>
      <w:hyperlink r:id="rId13">
        <w:r>
          <w:rPr>
            <w:color w:val="0000EE"/>
            <w:u w:val="single"/>
          </w:rPr>
          <w:t>https://outcoast.com/directory/the-parrot/</w:t>
        </w:r>
      </w:hyperlink>
      <w:r>
        <w:t xml:space="preserve"> - The Parrot, situated at 1030 E Main St, Lakeland, FL 33801, is Florida's oldest gay bar, welcoming everyone, including the LGBTQ+ community, allies, and friends. The venue offers a vibrant atmosphere with great drinks, dancing, karaoke, and special events throughout the week. Notably, it hosts drag show revues on Fridays and Saturdays, providing a lively and inclusive experience for all patrons.</w:t>
      </w:r>
      <w:r/>
    </w:p>
    <w:p>
      <w:pPr>
        <w:pStyle w:val="ListNumber"/>
        <w:spacing w:line="240" w:lineRule="auto"/>
        <w:ind w:left="720"/>
      </w:pPr>
      <w:r/>
      <w:hyperlink r:id="rId11">
        <w:r>
          <w:rPr>
            <w:color w:val="0000EE"/>
            <w:u w:val="single"/>
          </w:rPr>
          <w:t>https://maps.roadtrippers.com/us/lakeland-fl/entertainment/the-parrot-lakeland-fl</w:t>
        </w:r>
      </w:hyperlink>
      <w:r>
        <w:t xml:space="preserve"> - The Parrot, located at 1030 E Main St, Lakeland, FL 33801, is a lively bar known for its drag shows and vibrant entertainment. Open from Sunday and Tuesday to Saturday, the venue offers amenities such as outdoor seating, restrooms, and wheelchair accessibility. Patrons have praised the welcoming staff and the lively environment, making it a popular spot for both locals and visitors seeking quality nightlife in Lakeland.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kldnow.com/lkld-lore-the-parrot-has-been-home-to-lakelands-lgbtq-community-since-1969/" TargetMode="External"/><Relationship Id="rId10" Type="http://schemas.openxmlformats.org/officeDocument/2006/relationships/hyperlink" Target="https://www.findglocal.com/US/Lakeland/1917003648548779/The-Parrot" TargetMode="External"/><Relationship Id="rId11" Type="http://schemas.openxmlformats.org/officeDocument/2006/relationships/hyperlink" Target="https://maps.roadtrippers.com/us/lakeland-fl/entertainment/the-parrot-lakeland-fl" TargetMode="External"/><Relationship Id="rId12" Type="http://schemas.openxmlformats.org/officeDocument/2006/relationships/hyperlink" Target="https://altbars.com/the-parrot.html" TargetMode="External"/><Relationship Id="rId13" Type="http://schemas.openxmlformats.org/officeDocument/2006/relationships/hyperlink" Target="https://outcoast.com/directory/the-parrot/" TargetMode="External"/><Relationship Id="rId14" Type="http://schemas.openxmlformats.org/officeDocument/2006/relationships/hyperlink" Target="https://www.restaurantji.com/fl/lakeland/the-parrot-bar-and-nightclub-/" TargetMode="External"/><Relationship Id="rId15" Type="http://schemas.openxmlformats.org/officeDocument/2006/relationships/hyperlink" Target="https://p2bars.com/bars-near-me/the-parro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