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LGBTQ+ Events in Houston This Week — What to See and Where to Go</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Spot local energy: Houston’s queer scene is buzzing with drag, dance, country twang and community nights this week, giving Montrose, Midtown and beyond plenty to do. Whether you want a late-night rave, a Sunday drag brunch, or a charity dining splurge, here’s what to pencil into your calendar and why it matters.</w:t>
      </w:r>
      <w:r/>
    </w:p>
    <w:p>
      <w:r/>
      <w:r>
        <w:t>Essential Takeaways</w:t>
      </w:r>
      <w:r/>
      <w:r/>
    </w:p>
    <w:p>
      <w:pPr>
        <w:pStyle w:val="ListBullet"/>
        <w:spacing w:line="240" w:lineRule="auto"/>
        <w:ind w:left="720"/>
      </w:pPr>
      <w:r/>
      <w:r>
        <w:rPr>
          <w:b/>
        </w:rPr>
        <w:t>Big charity dining:</w:t>
      </w:r>
      <w:r>
        <w:t xml:space="preserve"> Houston Restaurant Weeks runs through 7 September with prix fixe menus supporting the Houston Food Bank , dine out and do good.</w:t>
      </w:r>
      <w:r/>
    </w:p>
    <w:p>
      <w:pPr>
        <w:pStyle w:val="ListBullet"/>
        <w:spacing w:line="240" w:lineRule="auto"/>
        <w:ind w:left="720"/>
      </w:pPr>
      <w:r/>
      <w:r>
        <w:rPr>
          <w:b/>
        </w:rPr>
        <w:t>Drag highlights:</w:t>
      </w:r>
      <w:r>
        <w:t xml:space="preserve"> From Laugh Track’s comedy drag at Michael’s Outpost to Mistress Isabelle Brooks headlining South Beach, there’s sequins and laughs nightly.</w:t>
      </w:r>
      <w:r/>
    </w:p>
    <w:p>
      <w:pPr>
        <w:pStyle w:val="ListBullet"/>
        <w:spacing w:line="240" w:lineRule="auto"/>
        <w:ind w:left="720"/>
      </w:pPr>
      <w:r/>
      <w:r>
        <w:rPr>
          <w:b/>
        </w:rPr>
        <w:t>Dance variety:</w:t>
      </w:r>
      <w:r>
        <w:t xml:space="preserve"> EDM raves at Rich’s and country nights at Neon Boots show the scene’s musical range.</w:t>
      </w:r>
      <w:r/>
    </w:p>
    <w:p>
      <w:pPr>
        <w:pStyle w:val="ListBullet"/>
        <w:spacing w:line="240" w:lineRule="auto"/>
        <w:ind w:left="720"/>
      </w:pPr>
      <w:r/>
      <w:r>
        <w:rPr>
          <w:b/>
        </w:rPr>
        <w:t>Community and free events:</w:t>
      </w:r>
      <w:r>
        <w:t xml:space="preserve"> Monthly meet-ups and Pride Galveston weekend offer low- or no-cost ways to connect.</w:t>
      </w:r>
      <w:r/>
    </w:p>
    <w:p>
      <w:pPr>
        <w:pStyle w:val="ListBullet"/>
        <w:spacing w:line="240" w:lineRule="auto"/>
        <w:ind w:left="720"/>
      </w:pPr>
      <w:r/>
      <w:r>
        <w:rPr>
          <w:b/>
        </w:rPr>
        <w:t>Practical tip:</w:t>
      </w:r>
      <w:r>
        <w:t xml:space="preserve"> Buy VIP or meet-and-greet tickets early for headline shows and check age rules , many parties are 21+.</w:t>
      </w:r>
      <w:r/>
      <w:r/>
    </w:p>
    <w:p>
      <w:pPr>
        <w:pStyle w:val="Heading2"/>
      </w:pPr>
      <w:r>
        <w:t>Why Houston Restaurant Weeks is your feel-good dining plan</w:t>
      </w:r>
      <w:r/>
    </w:p>
    <w:p>
      <w:r/>
      <w:r>
        <w:t>Houston Restaurant Weeks remains one of the city’s quietly powerful ways to support neighbours while eating well, and it’s on now through 7 September. Expect specially priced multi-course menus from around 350 restaurants, which makes it an easy excuse to try a new place or return to a favourite.</w:t>
      </w:r>
      <w:r/>
    </w:p>
    <w:p>
      <w:r/>
      <w:r>
        <w:t>OutSmart is a media sponsor of the event, and organisers say proceeds go directly to the Houston Food Bank. If you’re planning an outing with friends, choose restaurants offering larger group menus or flexible reservations , it’s a great way to combine dinner and community giving in one evening.</w:t>
      </w:r>
      <w:r/>
    </w:p>
    <w:p>
      <w:pPr>
        <w:pStyle w:val="Heading2"/>
      </w:pPr>
      <w:r>
        <w:t>Laugh Track at Michael’s Outpost , comedy drag with piano-bar panache</w:t>
      </w:r>
      <w:r/>
    </w:p>
    <w:p>
      <w:r/>
      <w:r>
        <w:t>Thursday night at Michael’s Outpost brings Laugh Track, a comedy-drip drag show that fits the venue’s cabaret vibe. The room’s piano-bar flavour means the humour lands close and loud; expect playful roasting as easily as full-on performance pieces.</w:t>
      </w:r>
      <w:r/>
    </w:p>
    <w:p>
      <w:r/>
      <w:r>
        <w:t>Michael’s Outpost has been a Montrose staple for years, and its intimate setting is perfect for folks who love to be part of the joke. Arrive early for drinks and a good view , the energy is as much in the crowd as onstage.</w:t>
      </w:r>
      <w:r/>
    </w:p>
    <w:p>
      <w:pPr>
        <w:pStyle w:val="Heading2"/>
      </w:pPr>
      <w:r>
        <w:t>South Beach’s big weekend , Mistress Isabelle Brooks and a Miami giveaway</w:t>
      </w:r>
      <w:r/>
    </w:p>
    <w:p>
      <w:r/>
      <w:r>
        <w:t>If you’re after a headline night, Friday at South Beach Houston promises chaos in the best way. Mistress Isabelle Brooks brings RuPaul’s Drag Race alum energy to a rooftop-style club night, with VIP meet-and-greet options for a closer moment with the queens.</w:t>
      </w:r>
      <w:r/>
    </w:p>
    <w:p>
      <w:r/>
      <w:r>
        <w:t>The club caps off the anniversary weekend with a Miami trip giveaway at 1 a.m., so plan to be on the dance floor if you want to be in the running. Tickets sell fast for these guest-heavy nights, so book early if you care about entry time or the VIP experience.</w:t>
      </w:r>
      <w:r/>
    </w:p>
    <w:p>
      <w:pPr>
        <w:pStyle w:val="Heading2"/>
      </w:pPr>
      <w:r>
        <w:t>Country nights and karaoke , Neon Boots keeps the two-step alive</w:t>
      </w:r>
      <w:r/>
    </w:p>
    <w:p>
      <w:r/>
      <w:r>
        <w:t>For a complete tonal shift, Friday’s country dance party at Neon Boots is the place to dust off boots and show off line-dance moves. The huge dance floor and simultaneous karaoke in the Esquire Room make it a multi-vibe evening: you can two-step next to someone belting a power ballad.</w:t>
      </w:r>
      <w:r/>
    </w:p>
    <w:p>
      <w:r/>
      <w:r>
        <w:t>Neon Boots is a reminder that Houston’s queer nightlife isn’t a one-genre town. If you’re nervous about boots vs trainers, the vibe is friendly , beginners welcome and the dance floor encourages you to try.</w:t>
      </w:r>
      <w:r/>
    </w:p>
    <w:p>
      <w:pPr>
        <w:pStyle w:val="Heading2"/>
      </w:pPr>
      <w:r>
        <w:t>Weekend variety , raves, queer basketball and themed parties</w:t>
      </w:r>
      <w:r/>
    </w:p>
    <w:p>
      <w:r/>
      <w:r>
        <w:t>The weekend spreads out across the city and suburbs with something for most moods. Saturday’s Spider-Man rave at Rich’s blends EDM and costume fun for people who want to dance hard and play dress-up, while Lez on the Court offers an active alternative with community basketball in Spring.</w:t>
      </w:r>
      <w:r/>
    </w:p>
    <w:p>
      <w:r/>
      <w:r>
        <w:t>There are also queer women-focused nights like Batty Gyal at AvantGarden and age-targeted gatherings such as Say La Vie’s “Pretty in Print” party for a polished late-night option. Check age restrictions and ticket tiers; some are 21+ or 25+ scenes.</w:t>
      </w:r>
      <w:r/>
    </w:p>
    <w:p>
      <w:pPr>
        <w:pStyle w:val="Heading2"/>
      </w:pPr>
      <w:r>
        <w:t>Sunday brunches and quieter ways to connect</w:t>
      </w:r>
      <w:r/>
    </w:p>
    <w:p>
      <w:r/>
      <w:r>
        <w:t>Sundays are built for recovery and spectacle at once. Downtown’s drag brunch at 306 Houston delivers a tight 90-minute show with four queens, while Boheme’s Ariana Grande tribute brunch pairs a buffet with pop-star impersonation and patio lounging in Montrose.</w:t>
      </w:r>
      <w:r/>
    </w:p>
    <w:p>
      <w:r/>
      <w:r>
        <w:t>If you prefer lower-key community time, the Montrose Center’s Fun Fridays (yes, held monthly) remain a good model for game nights and conversation, and upcoming First Wednesday happy hours at Pearl Bar bring local groups like The Diana Foundation into the mix.</w:t>
      </w:r>
      <w:r/>
    </w:p>
    <w:p>
      <w:pPr>
        <w:pStyle w:val="Heading2"/>
      </w:pPr>
      <w:r>
        <w:t>Save-the-dates and ways to get involved this month</w:t>
      </w:r>
      <w:r/>
    </w:p>
    <w:p>
      <w:r/>
      <w:r>
        <w:t>Looking ahead, mark your calendar for events that lean civic and cultural: Houston Ballet’s Pecos Bill with an Out@The Ballet night, the Houston LGBTQ+ Political Caucus’s Equality Brunch in mid-September, and the LGBTQ+ Victory Fund brunch aimed at supporting candidates locally and across Texas.</w:t>
      </w:r>
      <w:r/>
    </w:p>
    <w:p>
      <w:r/>
      <w:r>
        <w:t>If politics or fundraising matter to you, these are functional ways to meet people and put time or money behind causes that protect community space.</w:t>
      </w:r>
      <w:r/>
    </w:p>
    <w:p>
      <w:r/>
      <w:r>
        <w:t>Closing line Go out, dance, dine and connect , Houston’s queer calendar this week has something for every mood.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9">
        <w:r>
          <w:rPr>
            <w:color w:val="0000EE"/>
            <w:u w:val="single"/>
          </w:rPr>
          <w:t>[1]</w:t>
        </w:r>
      </w:hyperlink>
      <w:r>
        <w:t xml:space="preserve">- Paragraph 2: </w:t>
      </w:r>
      <w:hyperlink r:id="rId10">
        <w:r>
          <w:rPr>
            <w:color w:val="0000EE"/>
            <w:u w:val="single"/>
          </w:rPr>
          <w:t>[2]</w:t>
        </w:r>
      </w:hyperlink>
      <w:r>
        <w:t xml:space="preserve">, </w:t>
      </w:r>
      <w:hyperlink r:id="rId9">
        <w:r>
          <w:rPr>
            <w:color w:val="0000EE"/>
            <w:u w:val="single"/>
          </w:rPr>
          <w:t>[1]</w:t>
        </w:r>
      </w:hyperlink>
      <w:r>
        <w:t xml:space="preserve">- Paragraph 3: </w:t>
      </w:r>
      <w:hyperlink r:id="rId11">
        <w:r>
          <w:rPr>
            <w:color w:val="0000EE"/>
            <w:u w:val="single"/>
          </w:rPr>
          <w:t>[3]</w:t>
        </w:r>
      </w:hyperlink>
      <w:r>
        <w:t xml:space="preserve">, </w:t>
      </w:r>
      <w:hyperlink r:id="rId9">
        <w:r>
          <w:rPr>
            <w:color w:val="0000EE"/>
            <w:u w:val="single"/>
          </w:rPr>
          <w:t>[1]</w:t>
        </w:r>
      </w:hyperlink>
      <w:r>
        <w:t xml:space="preserve">- Paragraph 4: </w:t>
      </w:r>
      <w:hyperlink r:id="rId12">
        <w:r>
          <w:rPr>
            <w:color w:val="0000EE"/>
            <w:u w:val="single"/>
          </w:rPr>
          <w:t>[5]</w:t>
        </w:r>
      </w:hyperlink>
      <w:r>
        <w:t xml:space="preserve">, </w:t>
      </w:r>
      <w:hyperlink r:id="rId9">
        <w:r>
          <w:rPr>
            <w:color w:val="0000EE"/>
            <w:u w:val="single"/>
          </w:rPr>
          <w:t>[1]</w:t>
        </w:r>
      </w:hyperlink>
      <w:r>
        <w:t xml:space="preserve">- Paragraph 5: </w:t>
      </w:r>
      <w:hyperlink r:id="rId13">
        <w:r>
          <w:rPr>
            <w:color w:val="0000EE"/>
            <w:u w:val="single"/>
          </w:rPr>
          <w:t>[7]</w:t>
        </w:r>
      </w:hyperlink>
      <w:r>
        <w:t xml:space="preserve">, </w:t>
      </w:r>
      <w:hyperlink r:id="rId9">
        <w:r>
          <w:rPr>
            <w:color w:val="0000EE"/>
            <w:u w:val="single"/>
          </w:rPr>
          <w:t>[1]</w:t>
        </w:r>
      </w:hyperlink>
      <w:r>
        <w:t xml:space="preserve">- Paragraph 6: </w:t>
      </w:r>
      <w:hyperlink r:id="rId12">
        <w:r>
          <w:rPr>
            <w:color w:val="0000EE"/>
            <w:u w:val="single"/>
          </w:rPr>
          <w:t>[6]</w:t>
        </w:r>
      </w:hyperlink>
      <w:r>
        <w:t xml:space="preserve">, </w:t>
      </w:r>
      <w:hyperlink r:id="rId9">
        <w:r>
          <w:rPr>
            <w:color w:val="0000EE"/>
            <w:u w:val="single"/>
          </w:rPr>
          <w:t>[1]</w:t>
        </w:r>
      </w:hyperlink>
      <w:r>
        <w:t xml:space="preserve">- Paragraph 7: </w:t>
      </w:r>
      <w:hyperlink r:id="rId9">
        <w:r>
          <w:rPr>
            <w:color w:val="0000EE"/>
            <w:u w:val="single"/>
          </w:rPr>
          <w:t>[1]</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https://www.outsmartmagazine.com/2026/08/queer-things-to-do-houston-lgbtq-events-august-27-2026/</w:t>
        </w:r>
      </w:hyperlink>
      <w:r>
        <w:t xml:space="preserve"> - Please view link - unable to able to access data</w:t>
      </w:r>
      <w:r/>
    </w:p>
    <w:p>
      <w:pPr>
        <w:pStyle w:val="ListNumber"/>
        <w:spacing w:line="240" w:lineRule="auto"/>
        <w:ind w:left="720"/>
      </w:pPr>
      <w:r/>
      <w:hyperlink r:id="rId10">
        <w:r>
          <w:rPr>
            <w:color w:val="0000EE"/>
            <w:u w:val="single"/>
          </w:rPr>
          <w:t>https://www.houstonrestaurantweeks.com</w:t>
        </w:r>
      </w:hyperlink>
      <w:r>
        <w:t xml:space="preserve"> - Houston Restaurant Weeks is an annual event where approximately 350 of Houston's finest restaurants collaborate to raise funds for the Houston Food Bank. From August 1 through September 7, participating establishments offer specially priced, multi-course prix fixe menus, showcasing the best of Houston's culinary scene. OutSmart Magazine proudly serves as a media sponsor for this event, highlighting its significance within the community.</w:t>
      </w:r>
      <w:r/>
    </w:p>
    <w:p>
      <w:pPr>
        <w:pStyle w:val="ListNumber"/>
        <w:spacing w:line="240" w:lineRule="auto"/>
        <w:ind w:left="720"/>
      </w:pPr>
      <w:r/>
      <w:hyperlink r:id="rId11">
        <w:r>
          <w:rPr>
            <w:color w:val="0000EE"/>
            <w:u w:val="single"/>
          </w:rPr>
          <w:t>https://www.michaelsoutpost.com</w:t>
        </w:r>
      </w:hyperlink>
      <w:r>
        <w:t xml:space="preserve"> - Michael's Outpost, a longstanding LGBTQ+ piano bar and cabaret room in Houston, hosts the 'Laugh Track Drag Show' on Thursday nights. This event features comedy drag performances, adding a lively and entertaining atmosphere to the venue. The show runs from 9 to 11:30 p.m. at Michael's Outpost, located at 1419 Richmond Ave. For more information, contact 713-520-8446.</w:t>
      </w:r>
      <w:r/>
    </w:p>
    <w:p>
      <w:pPr>
        <w:pStyle w:val="ListNumber"/>
        <w:spacing w:line="240" w:lineRule="auto"/>
        <w:ind w:left="720"/>
      </w:pPr>
      <w:r/>
      <w:hyperlink r:id="rId14">
        <w:r>
          <w:rPr>
            <w:color w:val="0000EE"/>
            <w:u w:val="single"/>
          </w:rPr>
          <w:t>https://www.pearlhouston.com</w:t>
        </w:r>
      </w:hyperlink>
      <w:r>
        <w:t xml:space="preserve"> - Pearl Bar, a prominent lesbian-centered nightlife institution in Houston, offers a dynamic Thursday night lineup. The evening begins with steak night at 6 p.m., followed by drag bingo at 9 p.m., and concludes with the bar's unique Dildo Races at 10:30 p.m. The venue's new Washington Avenue location provides ample space, including two club areas, an outdoor section, and a women's sports bar. For inquiries, call 281-757-3229.</w:t>
      </w:r>
      <w:r/>
    </w:p>
    <w:p>
      <w:pPr>
        <w:pStyle w:val="ListNumber"/>
        <w:spacing w:line="240" w:lineRule="auto"/>
        <w:ind w:left="720"/>
      </w:pPr>
      <w:r/>
      <w:hyperlink r:id="rId12">
        <w:r>
          <w:rPr>
            <w:color w:val="0000EE"/>
            <w:u w:val="single"/>
          </w:rPr>
          <w:t>https://www.facebook.com/SouthBeachHouston</w:t>
        </w:r>
      </w:hyperlink>
      <w:r>
        <w:t xml:space="preserve"> - South Beach Houston, a renowned nightclub in the Montrose area, hosts a special event featuring Mistress Isabelle Brooks alongside RuPaul’s Drag Race Season 18 fan favorites Darlene Mitchell and Jane Don’t. The night promises entertainment, drinks, and a vibrant atmosphere. The event starts at 9 p.m., with a VIP Meet and Greet at 10:30 p.m., and the show at midnight. General admission is $20, and the VIP experience is $60. Tickets are available at DarleneDont.eventbrite.com.</w:t>
      </w:r>
      <w:r/>
    </w:p>
    <w:p>
      <w:pPr>
        <w:pStyle w:val="ListNumber"/>
        <w:spacing w:line="240" w:lineRule="auto"/>
        <w:ind w:left="720"/>
      </w:pPr>
      <w:r/>
      <w:hyperlink r:id="rId12">
        <w:r>
          <w:rPr>
            <w:color w:val="0000EE"/>
            <w:u w:val="single"/>
          </w:rPr>
          <w:t>https://www.facebook.com/SouthBeachHouston</w:t>
        </w:r>
      </w:hyperlink>
      <w:r>
        <w:t xml:space="preserve"> - South Beach Houston concludes its Anniversary Party Weekend with a Miami Trip Giveaway. One lucky guest will win a weekend trip for two to Miami Beach, Florida. The drawing takes place at 1 a.m., so attendees are encouraged to stay until the winner is announced. The event is part of South Beach's appreciation for its patrons and its status as a premier nightclub in Montrose. The venue is located on Pacific Street.</w:t>
      </w:r>
      <w:r/>
    </w:p>
    <w:p>
      <w:pPr>
        <w:pStyle w:val="ListNumber"/>
        <w:spacing w:line="240" w:lineRule="auto"/>
        <w:ind w:left="720"/>
      </w:pPr>
      <w:r/>
      <w:hyperlink r:id="rId13">
        <w:r>
          <w:rPr>
            <w:color w:val="0000EE"/>
            <w:u w:val="single"/>
          </w:rPr>
          <w:t>https://www.neonbootsclub.com</w:t>
        </w:r>
      </w:hyperlink>
      <w:r>
        <w:t xml:space="preserve"> - Neon Boots, Houston's LGBTQ+-friendly country-western dance hall, hosts a Friday Night Dance Party. The expansive dance floor features country music, while the separate Esquire Room offers karaoke. The dance party runs from 9 p.m. to 2 a.m., and karaoke from 8:30 p.m. to 2 a.m. The venue is located at 11410 Hempstead Road. For more details, contact 832-582-5022.</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outsmartmagazine.com/2026/08/queer-things-to-do-houston-lgbtq-events-august-27-2026/" TargetMode="External"/><Relationship Id="rId10" Type="http://schemas.openxmlformats.org/officeDocument/2006/relationships/hyperlink" Target="https://www.houstonrestaurantweeks.com" TargetMode="External"/><Relationship Id="rId11" Type="http://schemas.openxmlformats.org/officeDocument/2006/relationships/hyperlink" Target="https://www.michaelsoutpost.com" TargetMode="External"/><Relationship Id="rId12" Type="http://schemas.openxmlformats.org/officeDocument/2006/relationships/hyperlink" Target="https://www.facebook.com/SouthBeachHouston" TargetMode="External"/><Relationship Id="rId13" Type="http://schemas.openxmlformats.org/officeDocument/2006/relationships/hyperlink" Target="https://www.neonbootsclub.com" TargetMode="External"/><Relationship Id="rId14" Type="http://schemas.openxmlformats.org/officeDocument/2006/relationships/hyperlink" Target="https://www.pearlhouston.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