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Events in DC This Week: What to Try August 28–September 3</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Looking for something fun, restorative, or community-minded in DC this week? From retro happy hours and drag brunches to gentle movement classes and food access programmes, here’s a round-up of where to be and why it matters for LGBTQ+ people and allies in the DMV.</w:t>
      </w:r>
      <w:r/>
    </w:p>
    <w:p>
      <w:r/>
      <w:r>
        <w:t>Essential Takeaways</w:t>
      </w:r>
      <w:r/>
      <w:r/>
    </w:p>
    <w:p>
      <w:pPr>
        <w:pStyle w:val="ListBullet"/>
        <w:spacing w:line="240" w:lineRule="auto"/>
        <w:ind w:left="720"/>
      </w:pPr>
      <w:r/>
      <w:r>
        <w:rPr>
          <w:b/>
        </w:rPr>
        <w:t>Weekly socials:</w:t>
      </w:r>
      <w:r>
        <w:t xml:space="preserve"> Go Gay DC hosts free community happy hour and brunch gatherings that feel relaxed, retro and welcoming.</w:t>
      </w:r>
      <w:r/>
    </w:p>
    <w:p>
      <w:pPr>
        <w:pStyle w:val="ListBullet"/>
        <w:spacing w:line="240" w:lineRule="auto"/>
        <w:ind w:left="720"/>
      </w:pPr>
      <w:r/>
      <w:r>
        <w:rPr>
          <w:b/>
        </w:rPr>
        <w:t>Drag energy:</w:t>
      </w:r>
      <w:r>
        <w:t xml:space="preserve"> Nellie’s DC Drag Brunch serves vibrant performances and a lively crowd; tickets are sold through Eventbrite.</w:t>
      </w:r>
      <w:r/>
    </w:p>
    <w:p>
      <w:pPr>
        <w:pStyle w:val="ListBullet"/>
        <w:spacing w:line="240" w:lineRule="auto"/>
        <w:ind w:left="720"/>
      </w:pPr>
      <w:r/>
      <w:r>
        <w:rPr>
          <w:b/>
        </w:rPr>
        <w:t>Support &amp; wellbeing:</w:t>
      </w:r>
      <w:r>
        <w:t xml:space="preserve"> The DC LGBTQ+ Community Center runs trauma-informed movement, virtual yoga and job-club sessions suitable for different needs.</w:t>
      </w:r>
      <w:r/>
    </w:p>
    <w:p>
      <w:pPr>
        <w:pStyle w:val="ListBullet"/>
        <w:spacing w:line="240" w:lineRule="auto"/>
        <w:ind w:left="720"/>
      </w:pPr>
      <w:r/>
      <w:r>
        <w:rPr>
          <w:b/>
        </w:rPr>
        <w:t>Trans-specific space:</w:t>
      </w:r>
      <w:r>
        <w:t xml:space="preserve"> Online Trans Discussion Groups offer a confidential, supportive forum for people exploring gender identity.</w:t>
      </w:r>
      <w:r/>
    </w:p>
    <w:p>
      <w:pPr>
        <w:pStyle w:val="ListBullet"/>
        <w:spacing w:line="240" w:lineRule="auto"/>
        <w:ind w:left="720"/>
      </w:pPr>
      <w:r/>
      <w:r>
        <w:rPr>
          <w:b/>
        </w:rPr>
        <w:t>Practical help:</w:t>
      </w:r>
      <w:r>
        <w:t xml:space="preserve"> The DC Center’s Fresh Produce Programme provides no-questions food boxes; sign-up details are shared in advance.</w:t>
      </w:r>
      <w:r/>
      <w:r/>
    </w:p>
    <w:p>
      <w:pPr>
        <w:pStyle w:val="Heading2"/>
      </w:pPr>
      <w:r>
        <w:t>Weekend social life: start on Friday with a retro happy hour</w:t>
      </w:r>
      <w:r/>
    </w:p>
    <w:p>
      <w:r/>
      <w:r>
        <w:t>If you want to kick the week off in a comfy, bar-room atmosphere, Go Gay DC’s LGBTQ+ Community Happy Hour at DIK Bar is a predictably social pick. The venue has a retro, slightly kitsch feel that makes conversation easy, and Eventbrite listings mean you can check details in advance. It’s free to attend, so turn up, order a drink and meet people without pressure. Bring an open mind , these meet-ups are as much about making casual friends as they are about networking.</w:t>
      </w:r>
      <w:r/>
    </w:p>
    <w:p>
      <w:pPr>
        <w:pStyle w:val="Heading2"/>
      </w:pPr>
      <w:r>
        <w:t>Saturday brunch and Sunday drag: classic DC weekends</w:t>
      </w:r>
      <w:r/>
    </w:p>
    <w:p>
      <w:r/>
      <w:r>
        <w:t>Saturday’s Go Gay DC brunch at Freddie’s Beach Bar is exactly the kind of low-stakes, sunny social event that draws a mixed crowd of queer people and allies. Brunches like this are useful if you’re new to the city or just want a regular Sunday ritual. On Sunday, Nellie’s DC Drag Brunch is the theatrical counterpoint: lively performers, loud laughs and a ticketed experience that’s worth budgeting for if you like your weekends flamboyant. Buy tickets ahead on Eventbrite to avoid disappointment.</w:t>
      </w:r>
      <w:r/>
    </w:p>
    <w:p>
      <w:pPr>
        <w:pStyle w:val="Heading2"/>
      </w:pPr>
      <w:r>
        <w:t>Online and peer-led spaces for trans people</w:t>
      </w:r>
      <w:r/>
    </w:p>
    <w:p>
      <w:r/>
      <w:r>
        <w:t>For those seeking an explicitly trans-centred environment, the Trans Discussion Group meets on Zoom and is designed to be a safe, private space for sharing and learning. These virtual gatherings are important because they remove geographic barriers and can feel calmer than in-person rooms. Reach out by email for details and expectations. If you’re nervous about joining, remember most groups are used to new faces and gently welcome questions.</w:t>
      </w:r>
      <w:r/>
    </w:p>
    <w:p>
      <w:pPr>
        <w:pStyle w:val="Heading2"/>
      </w:pPr>
      <w:r>
        <w:t>Community care at the DC LGBTQ+ Community Center</w:t>
      </w:r>
      <w:r/>
    </w:p>
    <w:p>
      <w:r/>
      <w:r>
        <w:t>The DC LGBTQ+ Community Center is doing practical, day-to-day work: drop-in resource sessions, job-club meetings, movement-for-healing classes and weekly virtual yoga. The movement and yoga offerings are trauma-informed and somatic-focused, so they’re intentionally gentle and accessible. Job Club targets people who want to shift from applying to being seen as candidates , useful if you’re re-entering work or need fresh confidence. Check the Centre’s website for schedules and how to sign up.</w:t>
      </w:r>
      <w:r/>
    </w:p>
    <w:p>
      <w:pPr>
        <w:pStyle w:val="Heading2"/>
      </w:pPr>
      <w:r>
        <w:t>Food access and practical support that meets people where they are</w:t>
      </w:r>
      <w:r/>
    </w:p>
    <w:p>
      <w:r/>
      <w:r>
        <w:t>The Fresh Produce Programme is a quiet but powerful reminder that community centres often meet material needs as well as emotional ones. People are notified if they’re chosen to receive a produce box, and there’s no proof-of-income or residency gatekeeping. If you or someone you know needs food support, this is a judgement-free option; contact the Centre or call their number for guidance. It’s practical help that keeps community members grounded week to week.</w:t>
      </w:r>
      <w:r/>
    </w:p>
    <w:p>
      <w:r/>
      <w:r>
        <w:t>Closing line</w:t>
      </w:r>
      <w:r/>
    </w:p>
    <w:p>
      <w:r/>
      <w:r>
        <w:t>Small events and steady services together make a city feel like a community , pick one this week and see who you meet.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2">
        <w:r>
          <w:rPr>
            <w:color w:val="0000EE"/>
            <w:u w:val="single"/>
          </w:rPr>
          <w:t>[5]</w:t>
        </w:r>
      </w:hyperlink>
      <w:r>
        <w:t xml:space="preserve">- Paragraph 5: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https://www.washingtonblade.com/2026/08/28/lgbtq-events-calendar-august-28-september-3/</w:t>
        </w:r>
      </w:hyperlink>
      <w:r>
        <w:t xml:space="preserve"> - Please view link - unable to able to access data</w:t>
      </w:r>
      <w:r/>
    </w:p>
    <w:p>
      <w:pPr>
        <w:pStyle w:val="ListNumber"/>
        <w:spacing w:line="240" w:lineRule="auto"/>
        <w:ind w:left="720"/>
      </w:pPr>
      <w:r/>
      <w:hyperlink r:id="rId10">
        <w:r>
          <w:rPr>
            <w:color w:val="0000EE"/>
            <w:u w:val="single"/>
          </w:rPr>
          <w:t>https://www.eventbrite.com/e/lgbtq-community-happy-hour-dik-bar-tickets-1993304424191</w:t>
        </w:r>
      </w:hyperlink>
      <w:r>
        <w:t xml:space="preserve"> - Go Gay DC is hosting an LGBTQ+ Community Happy Hour at DIK Bar on Friday, September 25, 2026, from 7 PM to 9 PM. The event is free to attend and aims to foster community connections and relaxation. DIK Bar, located at 1637 17th Street Northwest, Washington, DC 20009, is known for its welcoming atmosphere and extended happy hour specials. Attendees are encouraged to arrive anytime, with most expected by 7 PM. The event is open to everyone, regardless of residence, and provides an opportunity to meet new people and enjoy the community spirit.</w:t>
      </w:r>
      <w:r/>
    </w:p>
    <w:p>
      <w:pPr>
        <w:pStyle w:val="ListNumber"/>
        <w:spacing w:line="240" w:lineRule="auto"/>
        <w:ind w:left="720"/>
      </w:pPr>
      <w:r/>
      <w:hyperlink r:id="rId11">
        <w:r>
          <w:rPr>
            <w:color w:val="0000EE"/>
            <w:u w:val="single"/>
          </w:rPr>
          <w:t>https://www.eventbrite.com/e/lgbtq-community-happy-hour-dik-bar-tickets-1986790704480</w:t>
        </w:r>
      </w:hyperlink>
      <w:r>
        <w:t xml:space="preserve"> - Go Gay DC is hosting an LGBTQ+ Community Happy Hour at DIK Bar on Friday, May 29, 2026, from 7 PM to 9 PM. The event is free to attend and aims to foster community connections and relaxation. DIK Bar, located at 1637 17th Street Northwest, Washington, DC 20009, is known for its welcoming atmosphere and extended happy hour specials. Attendees are encouraged to arrive anytime, with most expected by 7 PM. The event is open to everyone, regardless of residence, and provides an opportunity to meet new people and enjoy the community spirit.</w:t>
      </w:r>
      <w:r/>
    </w:p>
    <w:p>
      <w:pPr>
        <w:pStyle w:val="ListNumber"/>
        <w:spacing w:line="240" w:lineRule="auto"/>
        <w:ind w:left="720"/>
      </w:pPr>
      <w:r/>
      <w:hyperlink r:id="rId14">
        <w:r>
          <w:rPr>
            <w:color w:val="0000EE"/>
            <w:u w:val="single"/>
          </w:rPr>
          <w:t>https://www.meetup.com/dclgbtqpros/events/315152430/</w:t>
        </w:r>
      </w:hyperlink>
      <w:r>
        <w:t xml:space="preserve"> - The DC LGBTQ+ Professionals group is hosting an LGBTQ+ Community Happy Hour at DIK Bar on Friday, August 28, 2026, from 7 PM to 9 PM. The event is free to attend and aims to foster community connections and relaxation. DIK Bar, located at 1637 17th Street Northwest, Washington, DC 20009, is known for its welcoming atmosphere and extended happy hour specials. Attendees are encouraged to arrive anytime, with most expected by 7 PM. The event is open to everyone, regardless of residence, and provides an opportunity to meet new people and enjoy the community spirit.</w:t>
      </w:r>
      <w:r/>
    </w:p>
    <w:p>
      <w:pPr>
        <w:pStyle w:val="ListNumber"/>
        <w:spacing w:line="240" w:lineRule="auto"/>
        <w:ind w:left="720"/>
      </w:pPr>
      <w:r/>
      <w:hyperlink r:id="rId12">
        <w:r>
          <w:rPr>
            <w:color w:val="0000EE"/>
            <w:u w:val="single"/>
          </w:rPr>
          <w:t>https://thedccenter.org/events/categories/trans/</w:t>
        </w:r>
      </w:hyperlink>
      <w:r>
        <w:t xml:space="preserve"> - The DC LGBTQ+ Community Center is hosting a Trans Discussion Group via Zoom on August 28, 2026, from 7 PM to 9 PM. This event provides a safe space for trans individuals and those questioning their gender identity or expression to connect, share experiences, and learn from one another. For more information, contact Adam at [email protected].</w:t>
      </w:r>
      <w:r/>
    </w:p>
    <w:p>
      <w:pPr>
        <w:pStyle w:val="ListNumber"/>
        <w:spacing w:line="240" w:lineRule="auto"/>
        <w:ind w:left="720"/>
      </w:pPr>
      <w:r/>
      <w:hyperlink r:id="rId13">
        <w:r>
          <w:rPr>
            <w:color w:val="0000EE"/>
            <w:u w:val="single"/>
          </w:rPr>
          <w:t>https://lgbtcleveland.org/events/trans-west-5/2026-08-28/</w:t>
        </w:r>
      </w:hyperlink>
      <w:r>
        <w:t xml:space="preserve"> - The LGBT Community Center of Greater Cleveland is hosting a Trans+ West event on August 28, 2026, from 5 PM to 7 PM. This drop-in session offers opportunities for individuals within the transgender and non-binary community to discuss different aspects of their journeys, share vital resources, celebrate each other’s successes, and support one another when faced with challenges as a collective group. The event is open to all and aims to foster a supportive community environment.</w:t>
      </w:r>
      <w:r/>
    </w:p>
    <w:p>
      <w:pPr>
        <w:pStyle w:val="ListNumber"/>
        <w:spacing w:line="240" w:lineRule="auto"/>
        <w:ind w:left="720"/>
      </w:pPr>
      <w:r/>
      <w:hyperlink r:id="rId15">
        <w:r>
          <w:rPr>
            <w:color w:val="0000EE"/>
            <w:u w:val="single"/>
          </w:rPr>
          <w:t>https://apps.apple.com/us/app/spark-social-dc/id6768510074</w:t>
        </w:r>
      </w:hyperlink>
      <w:r>
        <w:t xml:space="preserve"> - Spark Social DC is a mobile application designed to keep users connected to the best of queer DC. The app features an events calendar, community directory, and more, providing a comprehensive resource for the LGBTQ+ community in Washington, DC. Users can browse events, discover local organizations, and stay informed about community happenings. The app is available for free on the App Store for iPhone users.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28/lgbtq-events-calendar-august-28-september-3/" TargetMode="External"/><Relationship Id="rId10" Type="http://schemas.openxmlformats.org/officeDocument/2006/relationships/hyperlink" Target="https://www.eventbrite.com/e/lgbtq-community-happy-hour-dik-bar-tickets-1993304424191" TargetMode="External"/><Relationship Id="rId11" Type="http://schemas.openxmlformats.org/officeDocument/2006/relationships/hyperlink" Target="https://www.eventbrite.com/e/lgbtq-community-happy-hour-dik-bar-tickets-1986790704480" TargetMode="External"/><Relationship Id="rId12" Type="http://schemas.openxmlformats.org/officeDocument/2006/relationships/hyperlink" Target="https://thedccenter.org/events/categories/trans/" TargetMode="External"/><Relationship Id="rId13" Type="http://schemas.openxmlformats.org/officeDocument/2006/relationships/hyperlink" Target="https://lgbtcleveland.org/events/trans-west-5/2026-08-28/" TargetMode="External"/><Relationship Id="rId14" Type="http://schemas.openxmlformats.org/officeDocument/2006/relationships/hyperlink" Target="https://www.meetup.com/dclgbtqpros/events/315152430/" TargetMode="External"/><Relationship Id="rId15" Type="http://schemas.openxmlformats.org/officeDocument/2006/relationships/hyperlink" Target="https://apps.apple.com/us/app/spark-social-dc/id67685100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