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Jenifer Lewis Moments That Make Her the Boomer Aunt We All Need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Shout it out: Jenifer Lewis has become the outspoken, loving Boomer aunt many younger Black people cheer for , a fierce ally, cultural critic and truth-teller who refuses respectability politics. From viral duets to podcast turns, she’s using elderhood to push for justice, joy and accountability.</w:t>
      </w:r>
      <w:r/>
    </w:p>
    <w:p>
      <w:r/>
      <w:r>
        <w:t>Essential Takeaways</w:t>
      </w:r>
      <w:r/>
      <w:r/>
    </w:p>
    <w:p>
      <w:pPr>
        <w:pStyle w:val="ListBullet"/>
        <w:spacing w:line="240" w:lineRule="auto"/>
        <w:ind w:left="720"/>
      </w:pPr>
      <w:r/>
      <w:r>
        <w:rPr>
          <w:b/>
        </w:rPr>
        <w:t>Cultural authority:</w:t>
      </w:r>
      <w:r>
        <w:t xml:space="preserve"> Jenifer Lewis is widely recognised as the “Mother of Black Hollywood,” a role built from decades of stage and screen work and a roomy, commanding presence.</w:t>
      </w:r>
      <w:r/>
    </w:p>
    <w:p>
      <w:pPr>
        <w:pStyle w:val="ListBullet"/>
        <w:spacing w:line="240" w:lineRule="auto"/>
        <w:ind w:left="720"/>
      </w:pPr>
      <w:r/>
      <w:r>
        <w:rPr>
          <w:b/>
        </w:rPr>
        <w:t>Loud and loving:</w:t>
      </w:r>
      <w:r>
        <w:t xml:space="preserve"> Her public persona blends big feelings and blunt truth-telling, which younger generations find refreshingly honest and uplifting.</w:t>
      </w:r>
      <w:r/>
    </w:p>
    <w:p>
      <w:pPr>
        <w:pStyle w:val="ListBullet"/>
        <w:spacing w:line="240" w:lineRule="auto"/>
        <w:ind w:left="720"/>
      </w:pPr>
      <w:r/>
      <w:r>
        <w:rPr>
          <w:b/>
        </w:rPr>
        <w:t>Active allyship:</w:t>
      </w:r>
      <w:r>
        <w:t xml:space="preserve"> Lewis has long supported LGBTQ+ rights and uses platforms , even those that make other elders uneasy , to advocate for inclusion.</w:t>
      </w:r>
      <w:r/>
    </w:p>
    <w:p>
      <w:pPr>
        <w:pStyle w:val="ListBullet"/>
        <w:spacing w:line="240" w:lineRule="auto"/>
        <w:ind w:left="720"/>
      </w:pPr>
      <w:r/>
      <w:r>
        <w:rPr>
          <w:b/>
        </w:rPr>
        <w:t>Accountability-first:</w:t>
      </w:r>
      <w:r>
        <w:t xml:space="preserve"> She critiques celebrity excess and respectability politics, reminding public figures they have obligations to communities that lift them.</w:t>
      </w:r>
      <w:r/>
    </w:p>
    <w:p>
      <w:pPr>
        <w:pStyle w:val="ListBullet"/>
        <w:spacing w:line="240" w:lineRule="auto"/>
        <w:ind w:left="720"/>
      </w:pPr>
      <w:r/>
      <w:r>
        <w:rPr>
          <w:b/>
        </w:rPr>
        <w:t>Emotional texture:</w:t>
      </w:r>
      <w:r>
        <w:t xml:space="preserve"> Interviews and appearances show warmth, humour and a candid edge , she’s easy to love and hard to ignore.</w:t>
      </w:r>
      <w:r/>
      <w:r/>
    </w:p>
    <w:p>
      <w:pPr>
        <w:pStyle w:val="Heading2"/>
      </w:pPr>
      <w:r>
        <w:t>Why Jenifer Lewis feels like the aunt everyone wants</w:t>
      </w:r>
      <w:r/>
    </w:p>
    <w:p>
      <w:r/>
      <w:r>
        <w:t>Lewis has a voice that fills a room and a laugh that makes you lean in; it’s partly charisma, partly decades of hard-won authority. According to profiles in outlets like the Washington Post and the Boston Globe, that “Mother of Black Hollywood” label isn’t just affectionate marketing , it maps to a career spent playing matriarchs, mentors and magnetic side characters who often steal scenes. Younger audiences respond because she combines humour with moral clarity. That mix is rare: many elders drift toward caution and conservatism, but Lewis seems to have doubled down on curiosity and care.</w:t>
      </w:r>
      <w:r/>
    </w:p>
    <w:p>
      <w:pPr>
        <w:pStyle w:val="Heading2"/>
      </w:pPr>
      <w:r>
        <w:t>From sitcom sass to real-world organising , she keeps the same energy</w:t>
      </w:r>
      <w:r/>
    </w:p>
    <w:p>
      <w:r/>
      <w:r>
        <w:t>Do you remember her turn on Black-ish or that impromptu duet with Jennifer Hudson that went viral? Those moments are fun, but they also show consistency: Lewis uses visibility to speak on bigger issues. She criticises the Met Gala’s billionaire gloss, calls out celebrities who forget their roots, and insists public figures owe their fans a measure of responsibility. It’s a reminder that being charismatic and comedic doesn’t exclude being principled; in fact, it amplifies the message.</w:t>
      </w:r>
      <w:r/>
    </w:p>
    <w:p>
      <w:pPr>
        <w:pStyle w:val="Heading2"/>
      </w:pPr>
      <w:r>
        <w:t>Why her podcast appearances matter , especially with younger hosts</w:t>
      </w:r>
      <w:r/>
    </w:p>
    <w:p>
      <w:r/>
      <w:r>
        <w:t>When Lewis sits with a younger host or someone from a different background, the optics matter. Her appearance on podcasts hosted by Keke Palmer and TS Madison sends a clear signal: intergenerational dialogue is possible, and elders can choose to be bridges, not barricades. That’s meaningful because, historically, parts of the older Black community have clung to respectability politics that push back on LGBTQ+ rights and gender expression. Lewis’ willingness to engage and uplift those conversations shows a different model of elderhood , one that privileges love, learning and accountability.</w:t>
      </w:r>
      <w:r/>
    </w:p>
    <w:p>
      <w:pPr>
        <w:pStyle w:val="Heading2"/>
      </w:pPr>
      <w:r>
        <w:t>How she balances bluntness with empathy , lessons for elders and influencers</w:t>
      </w:r>
      <w:r/>
    </w:p>
    <w:p>
      <w:r/>
      <w:r>
        <w:t>People defer to elders in Black communities, often granting them the licence to say controversial things. Lewis flips that script by using her licence to call in, not just call out. She’ll scold celebrity excess one minute and pour out compassion the next. For younger readers wondering what to expect from elders, the lesson is simple: firmness can coexist with openness. For elders, the takeaway is equally useful , staying curious and admitting past mistakes keeps you relevant and beloved.</w:t>
      </w:r>
      <w:r/>
    </w:p>
    <w:p>
      <w:pPr>
        <w:pStyle w:val="Heading2"/>
      </w:pPr>
      <w:r>
        <w:t>Practical tips: How to channel a little Jenifer in your own family conversations</w:t>
      </w:r>
      <w:r/>
    </w:p>
    <w:p>
      <w:r/>
      <w:r>
        <w:t>Start with listening, not lecturing. If you’re an older relative, ask questions before you declare a position. If you’re younger, meet bluntness with curiosity rather than dismissal; people often respond to respect. When topics get heated, name the harm you see and offer one concrete step forward , whether that’s apologising, learning a term, or supporting a cause financially. Small acts of humility and action add up, and they’re the exact behaviours Lewis models.</w:t>
      </w:r>
      <w:r/>
    </w:p>
    <w:p>
      <w:r/>
      <w:r>
        <w:t>It's a small shift , elderhood marked by continual learning , that can change how families argue, grow and pass on wisdom.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https://thegrio.com/2026/08/28/jenifer-lewis-is-the-boomer-family-member-we-deserve/</w:t>
        </w:r>
      </w:hyperlink>
      <w:r>
        <w:t xml:space="preserve"> - Please view link - unable to able to access data</w:t>
      </w:r>
      <w:r/>
    </w:p>
    <w:p>
      <w:pPr>
        <w:pStyle w:val="ListNumber"/>
        <w:spacing w:line="240" w:lineRule="auto"/>
        <w:ind w:left="720"/>
      </w:pPr>
      <w:r/>
      <w:hyperlink r:id="rId10">
        <w:r>
          <w:rPr>
            <w:color w:val="0000EE"/>
            <w:u w:val="single"/>
          </w:rPr>
          <w:t>https://www.washingtonpost.com/lifestyle/how-blackish-star-jenifer-lewis-became-the-mother-of-black-hollywood/2017/11/22/877136f4-cd52-11e7-81bc-c55a220c8cbe_story.html</w:t>
        </w:r>
      </w:hyperlink>
      <w:r>
        <w:t xml:space="preserve"> - This article from The Washington Post explores how Jenifer Lewis earned the title 'Mother of Black Hollywood' through her extensive career portraying matriarchal figures in film and television. It highlights her breakthrough role as Tina Turner's mother in 'What's Love Got to Do With It?' and her ongoing influence in the entertainment industry.</w:t>
      </w:r>
      <w:r/>
    </w:p>
    <w:p>
      <w:pPr>
        <w:pStyle w:val="ListNumber"/>
        <w:spacing w:line="240" w:lineRule="auto"/>
        <w:ind w:left="720"/>
      </w:pPr>
      <w:r/>
      <w:hyperlink r:id="rId12">
        <w:r>
          <w:rPr>
            <w:color w:val="0000EE"/>
            <w:u w:val="single"/>
          </w:rPr>
          <w:t>https://www.bet.com/article/l0lak7/12-days-of-pride-ally-and-advocate-jenifer-lewis</w:t>
        </w:r>
      </w:hyperlink>
      <w:r>
        <w:t xml:space="preserve"> - BET's feature on Jenifer Lewis showcases her longstanding support for the LGBTQ+ community. It discusses her advocacy efforts, including her participation in Pride events and her role as an ally, emphasizing her commitment to social justice and equality.</w:t>
      </w:r>
      <w:r/>
    </w:p>
    <w:p>
      <w:pPr>
        <w:pStyle w:val="ListNumber"/>
        <w:spacing w:line="240" w:lineRule="auto"/>
        <w:ind w:left="720"/>
      </w:pPr>
      <w:r/>
      <w:hyperlink r:id="rId15">
        <w:r>
          <w:rPr>
            <w:color w:val="0000EE"/>
            <w:u w:val="single"/>
          </w:rPr>
          <w:t>https://www.rottentomatoes.com/celebrity/jenifer_lewis</w:t>
        </w:r>
      </w:hyperlink>
      <w:r>
        <w:t xml:space="preserve"> - Rotten Tomatoes provides a comprehensive overview of Jenifer Lewis's filmography, highlighting her roles in both critically acclaimed and less well-received films. The page offers insights into her versatility as an actress and her impact on the film industry.</w:t>
      </w:r>
      <w:r/>
    </w:p>
    <w:p>
      <w:pPr>
        <w:pStyle w:val="ListNumber"/>
        <w:spacing w:line="240" w:lineRule="auto"/>
        <w:ind w:left="720"/>
      </w:pPr>
      <w:r/>
      <w:hyperlink r:id="rId13">
        <w:r>
          <w:rPr>
            <w:color w:val="0000EE"/>
            <w:u w:val="single"/>
          </w:rPr>
          <w:t>https://www.salon.com/2017/11/18/why-jenifer-lewis-plays-abcs-black-ish-grandma-ruby-with-sass/</w:t>
        </w:r>
      </w:hyperlink>
      <w:r>
        <w:t xml:space="preserve"> - Salon discusses Jenifer Lewis's portrayal of Ruby Johnson on ABC's 'Black-ish,' emphasizing her ability to bring depth and authenticity to the character. The article delves into her approach to playing matriarchal roles with warmth and sass.</w:t>
      </w:r>
      <w:r/>
    </w:p>
    <w:p>
      <w:pPr>
        <w:pStyle w:val="ListNumber"/>
        <w:spacing w:line="240" w:lineRule="auto"/>
        <w:ind w:left="720"/>
      </w:pPr>
      <w:r/>
      <w:hyperlink r:id="rId11">
        <w:r>
          <w:rPr>
            <w:color w:val="0000EE"/>
            <w:u w:val="single"/>
          </w:rPr>
          <w:t>https://www.bostonglobe.com/arts/television/2017/11/29/how-blackish-star-jenifer-lewis-became-mother-black-hollywood/YaRI4I6VZuRFfZV1ODNv4K/story.html</w:t>
        </w:r>
      </w:hyperlink>
      <w:r>
        <w:t xml:space="preserve"> - The Boston Globe's article examines Jenifer Lewis's rise to prominence as the 'Mother of Black Hollywood,' detailing her journey from Broadway to iconic roles in film and television. It highlights her impact on the portrayal of Black women in media.</w:t>
      </w:r>
      <w:r/>
    </w:p>
    <w:p>
      <w:pPr>
        <w:pStyle w:val="ListNumber"/>
        <w:spacing w:line="240" w:lineRule="auto"/>
        <w:ind w:left="720"/>
      </w:pPr>
      <w:r/>
      <w:hyperlink r:id="rId14">
        <w:r>
          <w:rPr>
            <w:color w:val="0000EE"/>
            <w:u w:val="single"/>
          </w:rPr>
          <w:t>https://www.ourweekly.com/2022/03/03/the-mother-of-black-hollywood-acclaimed-actress-jenifer-lewis/</w:t>
        </w:r>
      </w:hyperlink>
      <w:r>
        <w:t xml:space="preserve"> - Our Weekly profiles Jenifer Lewis, celebrating her as the 'Mother of Black Hollywood.' The piece covers her extensive career, her influence in the entertainment industry, and her role as a cultural icon.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grio.com/2026/08/28/jenifer-lewis-is-the-boomer-family-member-we-deserve/" TargetMode="External"/><Relationship Id="rId10" Type="http://schemas.openxmlformats.org/officeDocument/2006/relationships/hyperlink" Target="https://www.washingtonpost.com/lifestyle/how-blackish-star-jenifer-lewis-became-the-mother-of-black-hollywood/2017/11/22/877136f4-cd52-11e7-81bc-c55a220c8cbe_story.html" TargetMode="External"/><Relationship Id="rId11" Type="http://schemas.openxmlformats.org/officeDocument/2006/relationships/hyperlink" Target="https://www.bostonglobe.com/arts/television/2017/11/29/how-blackish-star-jenifer-lewis-became-mother-black-hollywood/YaRI4I6VZuRFfZV1ODNv4K/story.html" TargetMode="External"/><Relationship Id="rId12" Type="http://schemas.openxmlformats.org/officeDocument/2006/relationships/hyperlink" Target="https://www.bet.com/article/l0lak7/12-days-of-pride-ally-and-advocate-jenifer-lewis" TargetMode="External"/><Relationship Id="rId13" Type="http://schemas.openxmlformats.org/officeDocument/2006/relationships/hyperlink" Target="https://www.salon.com/2017/11/18/why-jenifer-lewis-plays-abcs-black-ish-grandma-ruby-with-sass/" TargetMode="External"/><Relationship Id="rId14" Type="http://schemas.openxmlformats.org/officeDocument/2006/relationships/hyperlink" Target="https://www.ourweekly.com/2022/03/03/the-mother-of-black-hollywood-acclaimed-actress-jenifer-lewis/" TargetMode="External"/><Relationship Id="rId15" Type="http://schemas.openxmlformats.org/officeDocument/2006/relationships/hyperlink" Target="https://www.rottentomatoes.com/celebrity/jenifer_lew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