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Watching Teenage Sex and Death at Camp Miasma: What to Expect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 if you’re feeling brave: cinephiles are split over Jane Schoenbrun’s strange, stylish horror-comedy, a queer-inflected, surreal ride that won the Queer Palm at Cannes and has people talking about genre, identity, and why films can feel like dreams.</w:t>
      </w:r>
      <w:r/>
    </w:p>
    <w:p>
      <w:r/>
      <w:r>
        <w:t>Essential Takeaways</w:t>
      </w:r>
      <w:r/>
      <w:r/>
    </w:p>
    <w:p>
      <w:pPr>
        <w:pStyle w:val="ListBullet"/>
        <w:spacing w:line="240" w:lineRule="auto"/>
        <w:ind w:left="720"/>
      </w:pPr>
      <w:r/>
      <w:r>
        <w:rPr>
          <w:b/>
        </w:rPr>
        <w:t>Bold tone:</w:t>
      </w:r>
      <w:r>
        <w:t xml:space="preserve"> The film mixes lurid campfire thrills with a dreamy, unsettling atmosphere , expect sharp colours, odd sound design and a steady undercurrent of dread. </w:t>
      </w:r>
      <w:r/>
    </w:p>
    <w:p>
      <w:pPr>
        <w:pStyle w:val="ListBullet"/>
        <w:spacing w:line="240" w:lineRule="auto"/>
        <w:ind w:left="720"/>
      </w:pPr>
      <w:r/>
      <w:r>
        <w:rPr>
          <w:b/>
        </w:rPr>
        <w:t>Queer-centred themes:</w:t>
      </w:r>
      <w:r>
        <w:t xml:space="preserve"> Gender, identity and queerness are central, not tacked on; the film’s emotional core will resonate strongly with trans and queer audiences. </w:t>
      </w:r>
      <w:r/>
    </w:p>
    <w:p>
      <w:pPr>
        <w:pStyle w:val="ListBullet"/>
        <w:spacing w:line="240" w:lineRule="auto"/>
        <w:ind w:left="720"/>
      </w:pPr>
      <w:r/>
      <w:r>
        <w:rPr>
          <w:b/>
        </w:rPr>
        <w:t>Meta storytelling:</w:t>
      </w:r>
      <w:r>
        <w:t xml:space="preserve"> It plays with reality and media , scenes can feel like memories, fan art or fever dreams, so be open to ambiguity. </w:t>
      </w:r>
      <w:r/>
    </w:p>
    <w:p>
      <w:pPr>
        <w:pStyle w:val="ListBullet"/>
        <w:spacing w:line="240" w:lineRule="auto"/>
        <w:ind w:left="720"/>
      </w:pPr>
      <w:r/>
      <w:r>
        <w:rPr>
          <w:b/>
        </w:rPr>
        <w:t>Viewer caution:</w:t>
      </w:r>
      <w:r>
        <w:t xml:space="preserve"> It’s visceral and sometimes confrontational; if you prefer tidy narratives or gentle horror, this isn’t your night-in. </w:t>
      </w:r>
      <w:r/>
    </w:p>
    <w:p>
      <w:pPr>
        <w:pStyle w:val="ListBullet"/>
        <w:spacing w:line="240" w:lineRule="auto"/>
        <w:ind w:left="720"/>
      </w:pPr>
      <w:r/>
      <w:r>
        <w:rPr>
          <w:b/>
        </w:rPr>
        <w:t>Standout craft:</w:t>
      </w:r>
      <w:r>
        <w:t xml:space="preserve"> Critics point to striking direction, bold performances and a knack for blending humour with horror to keep you off-balance.</w:t>
      </w:r>
      <w:r/>
      <w:r/>
    </w:p>
    <w:p>
      <w:pPr>
        <w:pStyle w:val="Heading2"/>
      </w:pPr>
      <w:r>
        <w:t>A vivid nightmare with a queer heartbeat</w:t>
      </w:r>
      <w:r/>
    </w:p>
    <w:p>
      <w:r/>
      <w:r>
        <w:t>First impressions hit fast: the film looks and sounds like a fevered scrapbook, slick with neon and images that linger. Cannes audiences rewarded its audacity, and reviewers from outlets such as The Week have called it both sexy and slaughterous, which tells you how it mixes tones. The sensory design matters , textures, music and odd camera moves do as much storytelling as the script, so settle in for an experience that’s more felt than explained.</w:t>
      </w:r>
      <w:r/>
    </w:p>
    <w:p>
      <w:pPr>
        <w:pStyle w:val="Heading2"/>
      </w:pPr>
      <w:r>
        <w:t>Where Schoenbrun came from , and why it shows</w:t>
      </w:r>
      <w:r/>
    </w:p>
    <w:p>
      <w:r/>
      <w:r>
        <w:t>Jane Schoenbrun’s earlier work lets you read this film as the natural next step. Their two previous features built stories out of internet ephemera and TV obsession, making online life bleed into “real” life. Reports from Cineuropa and festival notes show that Camp Miasma extends those obsessions into a summer-camp setting, using genre staples to explore loneliness, identity and the way pop culture shapes selfhood. If you liked the slow-creep, participatory tone of their earlier films, you’ll recognise the DNA here.</w:t>
      </w:r>
      <w:r/>
    </w:p>
    <w:p>
      <w:pPr>
        <w:pStyle w:val="Heading2"/>
      </w:pPr>
      <w:r>
        <w:t>How it plays with horror conventions</w:t>
      </w:r>
      <w:r/>
    </w:p>
    <w:p>
      <w:r/>
      <w:r>
        <w:t>This isn’t a jump-scare factory. Instead, the film reshuffles slasher and folk-horror elements into something surreal and self-aware. Critics at CinemaBlend and The Queer Review emphasise its bizarre rhythms and unexpected humour , sometimes it feels like a parody of horror, other times like an intimate portrait of adolescence. The key is to stop looking for whodunits and start noticing how moods and motifs repeat and mutate. That perspective makes the film feel less like a puzzle and more like a mood piece.</w:t>
      </w:r>
      <w:r/>
    </w:p>
    <w:p>
      <w:pPr>
        <w:pStyle w:val="Heading2"/>
      </w:pPr>
      <w:r>
        <w:t>Audience split: why reactions are intense</w:t>
      </w:r>
      <w:r/>
    </w:p>
    <w:p>
      <w:r/>
      <w:r>
        <w:t>Expect vocal love-it-or-hate-it responses. Some viewers find the ambiguity thrilling and emotionally true, especially queer viewers who see identity work at the film’s core. Others want clearer stakes or a tighter plot and walk away baffled. Reviews from mainstream and niche publications reflect that split , praise for its ambition and craft sits beside notes that it’s uneven or indulgent. If you’re curious, go in ready to be provoked rather than comforted.</w:t>
      </w:r>
      <w:r/>
    </w:p>
    <w:p>
      <w:pPr>
        <w:pStyle w:val="Heading2"/>
      </w:pPr>
      <w:r>
        <w:t>Practical tips for first-time viewers</w:t>
      </w:r>
      <w:r/>
    </w:p>
    <w:p>
      <w:r/>
      <w:r>
        <w:t>Watch with someone who likes weird cinema, or give yourself quiet time afterward to unpack it , you’ll probably want to talk it through. If confrontational imagery bothers you, read a spoiler-free capsule first; several outlets provide content notes. For viewing, choose a screen that shows the film’s colour work and sound detail well; the atmosphere is part of the point. And if you’re trying to decide whether to stream or see it in a cinema: big rooms intensify the sensory hooks, but a home watch lets you pause and process.</w:t>
      </w:r>
      <w:r/>
    </w:p>
    <w:p>
      <w:r/>
      <w:r>
        <w:t>It’s a small, disorienting film that asks you to surrender to mood more than plot , and for many, that’s the point.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4">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https://meaws.com/news/teenage-sex-and-death-has-never-been-more/105014</w:t>
        </w:r>
      </w:hyperlink>
      <w:r>
        <w:t xml:space="preserve"> - Please view link - unable to able to access data</w:t>
      </w:r>
      <w:r/>
    </w:p>
    <w:p>
      <w:pPr>
        <w:pStyle w:val="ListNumber"/>
        <w:spacing w:line="240" w:lineRule="auto"/>
        <w:ind w:left="720"/>
      </w:pPr>
      <w:r/>
      <w:hyperlink r:id="rId10">
        <w:r>
          <w:rPr>
            <w:color w:val="0000EE"/>
            <w:u w:val="single"/>
          </w:rPr>
          <w:t>https://theweek.com/culture-life/film/teenage-sex-and-death-at-camp-miasma-a-sexy-and-slaughterous-spectacle</w:t>
        </w:r>
      </w:hyperlink>
      <w:r>
        <w:t xml:space="preserve"> - An article from The Week discusses 'Teenage Sex and Death at Camp Miasma', a darkly comedic and bizarre film directed by Jane Schoenbrun. The film stars Gillian Anderson as a fading horror actress and Hannah Einbinder as Kris, an earnest director tasked with rebooting a controversial 1980s slasher franchise. The piece highlights the film's blend of sensuality and stylized horror, noting its unapologetic camp and strong performances, particularly Anderson's. Critics have praised the film for its humor, style, and unique narrative, despite its eccentric tone and moments of pretension.</w:t>
      </w:r>
      <w:r/>
    </w:p>
    <w:p>
      <w:pPr>
        <w:pStyle w:val="ListNumber"/>
        <w:spacing w:line="240" w:lineRule="auto"/>
        <w:ind w:left="720"/>
      </w:pPr>
      <w:r/>
      <w:hyperlink r:id="rId14">
        <w:r>
          <w:rPr>
            <w:color w:val="0000EE"/>
            <w:u w:val="single"/>
          </w:rPr>
          <w:t>https://www.cinemablend.com/movies/teenage-sex-and-death-at-camp-miasma-weirdest-movie-ive-seen-all-year</w:t>
        </w:r>
      </w:hyperlink>
      <w:r>
        <w:t xml:space="preserve"> - CinemaBlend's review of 'Teenage Sex and Death at Camp Miasma' describes it as the most unconventional and thought-provoking film of 2026. Directed and written by Jane Schoenbrun, the story follows Kris, a queer filmmaker portrayed by Hannah Einbinder, who is enlisted to reboot a beloved fictional slasher franchise. Seeking inspiration, she visits the original final girl, Billy Presley (Gillian Anderson). The film defies categorization, blending horror, romance, comedy, and emotional introspection into a surreal experience, exploring the eerie connection between desire and death inherent in slasher films.</w:t>
      </w:r>
      <w:r/>
    </w:p>
    <w:p>
      <w:pPr>
        <w:pStyle w:val="ListNumber"/>
        <w:spacing w:line="240" w:lineRule="auto"/>
        <w:ind w:left="720"/>
      </w:pPr>
      <w:r/>
      <w:hyperlink r:id="rId13">
        <w:r>
          <w:rPr>
            <w:color w:val="0000EE"/>
            <w:u w:val="single"/>
          </w:rPr>
          <w:t>https://en.wikipedia.org/wiki/Teenage_Sex_and_Death_at_Camp_Miasma</w:t>
        </w:r>
      </w:hyperlink>
      <w:r>
        <w:t xml:space="preserve"> - The Wikipedia page for 'Teenage Sex and Death at Camp Miasma' provides detailed information about the film, including its premise, cast, production, and release details. Directed and written by Jane Schoenbrun, the film stars Hannah Einbinder and Gillian Anderson. It premiered at the 2026 Cannes Film Festival as the opening film of the Un Certain Regard section on May 13, where it was nominated for the Queer Palm. The film was released in the United States on August 7, 2026, distributed by Mubi.</w:t>
      </w:r>
      <w:r/>
    </w:p>
    <w:p>
      <w:pPr>
        <w:pStyle w:val="ListNumber"/>
        <w:spacing w:line="240" w:lineRule="auto"/>
        <w:ind w:left="720"/>
      </w:pPr>
      <w:r/>
      <w:hyperlink r:id="rId12">
        <w:r>
          <w:rPr>
            <w:color w:val="0000EE"/>
            <w:u w:val="single"/>
          </w:rPr>
          <w:t>https://cineuropa.org/en/newsdetail/494532/</w:t>
        </w:r>
      </w:hyperlink>
      <w:r>
        <w:t xml:space="preserve"> - Cineuropa's review of 'Teenage Sex and Death at Camp Miasma' praises Jane Schoenbrun's third feature as a brilliant and uproarious tribute to the slasher genre, reinvented through a queer lens. The film intelligently revisits the slasher genre with a healthy dose of humour, delivering a queer reinterpretation that is sure to go down in history. It was presented at Cannes in the Un Certain Regard section, where it won the Queer Palm, and more recently at the Neuchâtel International Fantastic Film Festival.</w:t>
      </w:r>
      <w:r/>
    </w:p>
    <w:p>
      <w:pPr>
        <w:pStyle w:val="ListNumber"/>
        <w:spacing w:line="240" w:lineRule="auto"/>
        <w:ind w:left="720"/>
      </w:pPr>
      <w:r/>
      <w:hyperlink r:id="rId11">
        <w:r>
          <w:rPr>
            <w:color w:val="0000EE"/>
            <w:u w:val="single"/>
          </w:rPr>
          <w:t>https://www.festival-cannes.com/2026/ouverture-un-certain-regard-qui-est-jane-schoenbrun-a-lorigine-de-teenage-sex-and-death-at-camp-miasma/</w:t>
        </w:r>
      </w:hyperlink>
      <w:r>
        <w:t xml:space="preserve"> - The official Cannes Film Festival website features an article introducing Jane Schoenbrun, the director of 'Teenage Sex and Death at Camp Miasma'. The piece delves into Schoenbrun's background, highlighting their previous works and the unique visual style of their films, which often feature neon-lit aesthetics and explore themes of queer identity. The article discusses how Schoenbrun's non-binary identity influences their filmmaking, contributing to the plural identities portrayed in their films.</w:t>
      </w:r>
      <w:r/>
    </w:p>
    <w:p>
      <w:pPr>
        <w:pStyle w:val="ListNumber"/>
        <w:spacing w:line="240" w:lineRule="auto"/>
        <w:ind w:left="720"/>
      </w:pPr>
      <w:r/>
      <w:hyperlink r:id="rId15">
        <w:r>
          <w:rPr>
            <w:color w:val="0000EE"/>
            <w:u w:val="single"/>
          </w:rPr>
          <w:t>https://thequeerreview.com/2026/05/13/cannes-2026-film-review-teenage-sex-and-death-at-camp-miasma-jane-schoenbrun/</w:t>
        </w:r>
      </w:hyperlink>
      <w:r>
        <w:t xml:space="preserve"> - The Queer Review's Cannes 2026 film review of 'Teenage Sex and Death at Camp Miasma' offers a five-star rating, describing it as an awe-inspiring feat of horror. The review highlights the film's blending of fandom, academia, humour, and sexuality into a singular vision, with director Jane Schoenbrun's unique flair. The film follows Kris, an up-and-coming queer filmmaker given the opportunity to reboot the defunct 80s slasher series Camp Miasma, leading to a complex exploration of identity and genre.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eenage-sex-and-death-has-never-been-more/105014" TargetMode="External"/><Relationship Id="rId10" Type="http://schemas.openxmlformats.org/officeDocument/2006/relationships/hyperlink" Target="https://theweek.com/culture-life/film/teenage-sex-and-death-at-camp-miasma-a-sexy-and-slaughterous-spectacle" TargetMode="External"/><Relationship Id="rId11" Type="http://schemas.openxmlformats.org/officeDocument/2006/relationships/hyperlink" Target="https://www.festival-cannes.com/2026/ouverture-un-certain-regard-qui-est-jane-schoenbrun-a-lorigine-de-teenage-sex-and-death-at-camp-miasma/" TargetMode="External"/><Relationship Id="rId12" Type="http://schemas.openxmlformats.org/officeDocument/2006/relationships/hyperlink" Target="https://cineuropa.org/en/newsdetail/494532/" TargetMode="External"/><Relationship Id="rId13" Type="http://schemas.openxmlformats.org/officeDocument/2006/relationships/hyperlink" Target="https://en.wikipedia.org/wiki/Teenage_Sex_and_Death_at_Camp_Miasma" TargetMode="External"/><Relationship Id="rId14" Type="http://schemas.openxmlformats.org/officeDocument/2006/relationships/hyperlink" Target="https://www.cinemablend.com/movies/teenage-sex-and-death-at-camp-miasma-weirdest-movie-ive-seen-all-year" TargetMode="External"/><Relationship Id="rId15" Type="http://schemas.openxmlformats.org/officeDocument/2006/relationships/hyperlink" Target="https://thequeerreview.com/2026/05/13/cannes-2026-film-review-teenage-sex-and-death-at-camp-miasma-jane-schoenbru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