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Free Block Party: SF Black Pride Waller Street Block Party 2026 Guide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Swing by Waller Street for a free, all‑ages block party during SF Black Pride Week , DJs, drag, vendors and headline sets from Pressure K and Deja Skye make it a must‑see community celebration behind the SF LGBT Center. Here’s what to expect, how to plan your day, and why it matters to Bay Area Pride.</w:t>
      </w:r>
      <w:r/>
    </w:p>
    <w:p>
      <w:r/>
      <w:r>
        <w:t>Essential Takeaways</w:t>
      </w:r>
      <w:r/>
      <w:r/>
    </w:p>
    <w:p>
      <w:pPr>
        <w:pStyle w:val="ListBullet"/>
        <w:spacing w:line="240" w:lineRule="auto"/>
        <w:ind w:left="720"/>
      </w:pPr>
      <w:r/>
      <w:r>
        <w:rPr>
          <w:b/>
        </w:rPr>
        <w:t>When and where:</w:t>
      </w:r>
      <w:r>
        <w:t xml:space="preserve"> Free event, 12pm–6pm on Waller Street behind the SF LGBT Center in San Francisco.</w:t>
      </w:r>
      <w:r/>
    </w:p>
    <w:p>
      <w:pPr>
        <w:pStyle w:val="ListBullet"/>
        <w:spacing w:line="240" w:lineRule="auto"/>
        <w:ind w:left="720"/>
      </w:pPr>
      <w:r/>
      <w:r>
        <w:rPr>
          <w:b/>
        </w:rPr>
        <w:t>Headliners:</w:t>
      </w:r>
      <w:r>
        <w:t xml:space="preserve"> Pressure K performs a late afternoon set before Deja Skye closes the party with a long headline slot.</w:t>
      </w:r>
      <w:r/>
    </w:p>
    <w:p>
      <w:pPr>
        <w:pStyle w:val="ListBullet"/>
        <w:spacing w:line="240" w:lineRule="auto"/>
        <w:ind w:left="720"/>
      </w:pPr>
      <w:r/>
      <w:r>
        <w:rPr>
          <w:b/>
        </w:rPr>
        <w:t>What’s on:</w:t>
      </w:r>
      <w:r>
        <w:t xml:space="preserve"> Live DJs, drag and performance slots, community vendors, and family‑friendly activities , sounds lively and inclusive.</w:t>
      </w:r>
      <w:r/>
    </w:p>
    <w:p>
      <w:pPr>
        <w:pStyle w:val="ListBullet"/>
        <w:spacing w:line="240" w:lineRule="auto"/>
        <w:ind w:left="720"/>
      </w:pPr>
      <w:r/>
      <w:r>
        <w:rPr>
          <w:b/>
        </w:rPr>
        <w:t>Practical vibe:</w:t>
      </w:r>
      <w:r>
        <w:t xml:space="preserve"> Expect a street‑fair feel , music on, smells of street food, booths to browse and a strong community energy.</w:t>
      </w:r>
      <w:r/>
    </w:p>
    <w:p>
      <w:pPr>
        <w:pStyle w:val="ListBullet"/>
        <w:spacing w:line="240" w:lineRule="auto"/>
        <w:ind w:left="720"/>
      </w:pPr>
      <w:r/>
      <w:r>
        <w:rPr>
          <w:b/>
        </w:rPr>
        <w:t>Accessibility note:</w:t>
      </w:r>
      <w:r>
        <w:t xml:space="preserve"> Open to all ages; double‑check details with organisers for any last‑minute changes.</w:t>
      </w:r>
      <w:r/>
      <w:r/>
    </w:p>
    <w:p>
      <w:pPr>
        <w:pStyle w:val="Heading2"/>
      </w:pPr>
      <w:r>
        <w:t>What’s happening, and why you should care</w:t>
      </w:r>
      <w:r/>
    </w:p>
    <w:p>
      <w:r/>
      <w:r>
        <w:t>The Waller Street Block Party is a free, community‑led slice of SF Black Pride Week that turns a short stretch behind the SF LGBT Center into a neighbourhood festival. It’s got the casual, celebratory vibe of a street fair: DJs, drag performers and local vendors filling the pavement with colour and noise. For anyone who likes Pride that feels rooted in community rather than corporate spectacle, this is the place to be.</w:t>
      </w:r>
      <w:r/>
    </w:p>
    <w:p>
      <w:r/>
      <w:r>
        <w:t>Organisers have deliberately made it all‑ages and free, which means families, younger people and older community members can all join in. That makes the event feel more like a neighbourhood holiday than a ticketed show, and it’s a good way to meet local creatives and small businesses.</w:t>
      </w:r>
      <w:r/>
    </w:p>
    <w:p>
      <w:pPr>
        <w:pStyle w:val="Heading2"/>
      </w:pPr>
      <w:r>
        <w:t>The line‑up and who to catch</w:t>
      </w:r>
      <w:r/>
    </w:p>
    <w:p>
      <w:r/>
      <w:r>
        <w:t>The schedule stacks local and touring talent across the afternoon. Early sets by DJs and local performers warm the crowd, and the programme builds toward Pressure K’s set in the late afternoon, followed by a two‑hour headline slot from Deja Skye. If you like high‑energy DJ sets and drag performance, plan to arrive mid‑afternoon and stay for the evening close.</w:t>
      </w:r>
      <w:r/>
    </w:p>
    <w:p>
      <w:r/>
      <w:r>
        <w:t>Beyond the headliners you’ll find a steady rotation of short performance slots , quick, theatrical bites that keep the energy moving. That variety means you can pop in, catch a slice of the action, and still wander the vendors without feeling like you’ve missed the main event.</w:t>
      </w:r>
      <w:r/>
    </w:p>
    <w:p>
      <w:pPr>
        <w:pStyle w:val="Heading2"/>
      </w:pPr>
      <w:r>
        <w:t>How to plan your visit (arrive, eat, stay comfortable)</w:t>
      </w:r>
      <w:r/>
    </w:p>
    <w:p>
      <w:r/>
      <w:r>
        <w:t>Give yourself time to explore. Arrive early if you want a front‑row spot for the most popular acts, or come later for a more relaxed experience as vendors and performers settle into the rhythm. Bring cash if you plan on buying food or merch; while many vendors accept cards, small stalls sometimes prefer cash.</w:t>
      </w:r>
      <w:r/>
    </w:p>
    <w:p>
      <w:r/>
      <w:r>
        <w:t>Dress for variable San Francisco weather , sun one minute, fog the next. A light layer, comfortable shoes and a small bag for purchases will keep you nimble. If you’re bringing kids, scout a meeting spot in case you get separated; the closed street format makes it easier to navigate than a large park crowd.</w:t>
      </w:r>
      <w:r/>
    </w:p>
    <w:p>
      <w:pPr>
        <w:pStyle w:val="Heading2"/>
      </w:pPr>
      <w:r>
        <w:t>Safety, transport and accessibility tips</w:t>
      </w:r>
      <w:r/>
    </w:p>
    <w:p>
      <w:r/>
      <w:r>
        <w:t>San Francisco public transport can make getting there simple. According to local transit updates, check BART and Muni schedules for any service notices before you travel. If you drive, expect limited parking near the LGBT Centre; ride‑share or public transport are easier choices.</w:t>
      </w:r>
      <w:r/>
    </w:p>
    <w:p>
      <w:r/>
      <w:r>
        <w:t>Organisers emphasise inclusivity and community safety, but it’s still sensible to keep water on hand and know where first aid or information booths are located. If you need accessibility accommodations, contact the event organisers in advance to confirm specifics.</w:t>
      </w:r>
      <w:r/>
    </w:p>
    <w:p>
      <w:pPr>
        <w:pStyle w:val="Heading2"/>
      </w:pPr>
      <w:r>
        <w:t>Why this matters beyond one day</w:t>
      </w:r>
      <w:r/>
    </w:p>
    <w:p>
      <w:r/>
      <w:r>
        <w:t>Events like the Waller Street Block Party do more than entertain: they showcase Black queer culture in a public, celebratory way, and they keep local scenes visible between the big Pride moments. They’re also a practical platform for small vendors, artists and performers to reach new audiences without the barrier of entry fees.</w:t>
      </w:r>
      <w:r/>
    </w:p>
    <w:p>
      <w:r/>
      <w:r>
        <w:t>So while it’s a fun Saturday outing, it’s also community care in action , a reminder that Pride is built on everyday gatherings as much as parades. Expect good music, strong performances and the sort of warmth you only get when neighbours put on a party for everyone.</w:t>
      </w:r>
      <w:r/>
    </w:p>
    <w:p>
      <w:r/>
      <w:r>
        <w:t>It's a small change that can make every Pride moment feel more local, welcoming and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0">
        <w:r>
          <w:rPr>
            <w:color w:val="0000EE"/>
            <w:u w:val="single"/>
          </w:rPr>
          <w:t>[3]</w:t>
        </w:r>
      </w:hyperlink>
      <w:r>
        <w:t xml:space="preserve">- Paragraph 4: </w:t>
      </w:r>
      <w:hyperlink r:id="rId9">
        <w:r>
          <w:rPr>
            <w:color w:val="0000EE"/>
            <w:u w:val="single"/>
          </w:rPr>
          <w:t>[2]</w:t>
        </w:r>
      </w:hyperlink>
      <w:r>
        <w:t xml:space="preserve">, </w:t>
      </w:r>
      <w:hyperlink r:id="rId12">
        <w:r>
          <w:rPr>
            <w:color w:val="0000EE"/>
            <w:u w:val="single"/>
          </w:rPr>
          <w:t>[4]</w:t>
        </w:r>
      </w:hyperlink>
      <w:r>
        <w:t xml:space="preserve">- Paragraph 5: </w:t>
      </w:r>
      <w:hyperlink r:id="rId13">
        <w:r>
          <w:rPr>
            <w:color w:val="0000EE"/>
            <w:u w:val="single"/>
          </w:rPr>
          <w:t>[7]</w:t>
        </w:r>
      </w:hyperlink>
      <w:r>
        <w:t xml:space="preserve">, </w:t>
      </w:r>
      <w:hyperlink r:id="rId14">
        <w:r>
          <w:rPr>
            <w:color w:val="0000EE"/>
            <w:u w:val="single"/>
          </w:rPr>
          <w:t>[6]</w:t>
        </w:r>
      </w:hyperlink>
      <w:r>
        <w:t xml:space="preserve">- Paragraph 6: </w:t>
      </w:r>
      <w:hyperlink r:id="rId9">
        <w:r>
          <w:rPr>
            <w:color w:val="0000EE"/>
            <w:u w:val="single"/>
          </w:rPr>
          <w:t>[2]</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https://sf.funcheap.com/sf-black-pride-week-block-party-2026-pressure-deja-skye-waller-st/</w:t>
        </w:r>
      </w:hyperlink>
      <w:r>
        <w:t xml:space="preserve"> - Please view link - unable to able to access data</w:t>
      </w:r>
      <w:r/>
    </w:p>
    <w:p>
      <w:pPr>
        <w:pStyle w:val="ListNumber"/>
        <w:spacing w:line="240" w:lineRule="auto"/>
        <w:ind w:left="720"/>
      </w:pPr>
      <w:r/>
      <w:hyperlink r:id="rId9">
        <w:r>
          <w:rPr>
            <w:color w:val="0000EE"/>
            <w:u w:val="single"/>
          </w:rPr>
          <w:t>https://sf.funcheap.com/sf-black-pride-week-block-party-2026-pressure-deja-skye-waller-st/</w:t>
        </w:r>
      </w:hyperlink>
      <w:r>
        <w:t xml:space="preserve"> - The SF Black Pride Week Block Party 2026 is scheduled for Saturday, August 29, 2026, from 12:00 pm to 6:00 pm at Waller Street behind the SF LGBT Center in San Francisco. This free, all-ages event will feature live DJs, drag performances, and community vendors. Headliners include Pressure K and Deja Skye. The event is open to all and aims to celebrate Black, queer, and proud communities. Attendees are encouraged to bring their families and enjoy the diverse talent, vendors, and community spirit.</w:t>
      </w:r>
      <w:r/>
    </w:p>
    <w:p>
      <w:pPr>
        <w:pStyle w:val="ListNumber"/>
        <w:spacing w:line="240" w:lineRule="auto"/>
        <w:ind w:left="720"/>
      </w:pPr>
      <w:r/>
      <w:hyperlink r:id="rId10">
        <w:r>
          <w:rPr>
            <w:color w:val="0000EE"/>
            <w:u w:val="single"/>
          </w:rPr>
          <w:t>https://sf.funcheap.com/2nd-annual-waller-st-block-party-2026-pancakes-grilled-cheese-sf/</w:t>
        </w:r>
      </w:hyperlink>
      <w:r>
        <w:t xml:space="preserve"> - The 2nd Annual Waller Street Block Party is set for Saturday, September 12, 2026, from 10:30 am to 5:30 pm at Waller and Buchanan Streets in San Francisco. This free event offers live music by The Top Chefs, pancakes, grilled cheese, It’s-It ice cream, a bouncy house, arts and crafts, and community activities for all ages. The event aims to bring neighbours together for a day of food, fun, and music, fostering community spirit and engagement.</w:t>
      </w:r>
      <w:r/>
    </w:p>
    <w:p>
      <w:pPr>
        <w:pStyle w:val="ListNumber"/>
        <w:spacing w:line="240" w:lineRule="auto"/>
        <w:ind w:left="720"/>
      </w:pPr>
      <w:r/>
      <w:hyperlink r:id="rId12">
        <w:r>
          <w:rPr>
            <w:color w:val="0000EE"/>
            <w:u w:val="single"/>
          </w:rPr>
          <w:t>https://www.sfstation.com/official-sf-pride-block-party-and-world-cup-watch-party-e15771435</w:t>
        </w:r>
      </w:hyperlink>
      <w:r>
        <w:t xml:space="preserve"> - The Official SF Pride Block Party and World Cup Watch Party took place on Thursday, June 25, 2026, at Jessie Square in Yerba Buena Lane, San Francisco. This all-ages event featured drag performances, DJs, soccer trivia, and prizes. Attendees watched World Cup games outdoors on a big screen, including matches between Sweden vs. Japan and USA vs. Turkey. The event celebrated San Francisco's LGBTQ and soccer communities, offering a vibrant and inclusive atmosphere.</w:t>
      </w:r>
      <w:r/>
    </w:p>
    <w:p>
      <w:pPr>
        <w:pStyle w:val="ListNumber"/>
        <w:spacing w:line="240" w:lineRule="auto"/>
        <w:ind w:left="720"/>
      </w:pPr>
      <w:r/>
      <w:hyperlink r:id="rId11">
        <w:r>
          <w:rPr>
            <w:color w:val="0000EE"/>
            <w:u w:val="single"/>
          </w:rPr>
          <w:t>https://www.sfstation.com/black-tiger-sex-machine-and-kai-wachi-block-party-e15771907</w:t>
        </w:r>
      </w:hyperlink>
      <w:r>
        <w:t xml:space="preserve"> - The Black Tiger Sex Machine &amp; Kai Wachi Block Party was held on Friday, September 4, 2026, from 6 pm to 11 pm at The Midway, 900 Marin Street, San Francisco. The event featured performances by Black Tiger Sex Machine and Kai Wachi, with support from RAVENSCOON, A Hundred Drums B2B Zen Selektah. The event was 18+ and aimed to provide an electrifying music experience for attendees.</w:t>
      </w:r>
      <w:r/>
    </w:p>
    <w:p>
      <w:pPr>
        <w:pStyle w:val="ListNumber"/>
        <w:spacing w:line="240" w:lineRule="auto"/>
        <w:ind w:left="720"/>
      </w:pPr>
      <w:r/>
      <w:hyperlink r:id="rId14">
        <w:r>
          <w:rPr>
            <w:color w:val="0000EE"/>
            <w:u w:val="single"/>
          </w:rPr>
          <w:t>https://www.sfstation.com/fridays-on-front-st-e2479958</w:t>
        </w:r>
      </w:hyperlink>
      <w:r>
        <w:t xml:space="preserve"> - Fridays on Front Street Block Party is a free after-work block party series returning to the Front Street Entertainment Zone in San Francisco. The event on October 9, 2026, from 4 pm to 9 pm, is themed 'Yacht Rock Block Party' in celebration of Fleet Week. Attendees can enjoy outdoor live music, food pop-ups, sports, beer pong, giant Jenga, and good vibes, offering a vibrant start to the weekend.</w:t>
      </w:r>
      <w:r/>
    </w:p>
    <w:p>
      <w:pPr>
        <w:pStyle w:val="ListNumber"/>
        <w:spacing w:line="240" w:lineRule="auto"/>
        <w:ind w:left="720"/>
      </w:pPr>
      <w:r/>
      <w:hyperlink r:id="rId13">
        <w:r>
          <w:rPr>
            <w:color w:val="0000EE"/>
            <w:u w:val="single"/>
          </w:rPr>
          <w:t>https://www.bart.gov/news/articles/2026/news20260618</w:t>
        </w:r>
      </w:hyperlink>
      <w:r>
        <w:t xml:space="preserve"> - The 56th annual San Francisco Pride Parade was held on Sunday, June 28, 2026. BART increased service to accommodate participants traveling to and from the festivities. The parade began at 10:30 am at Market and Beale streets, with Embarcadero, Montgomery St, Powell St, and Civic Center stations all along the parade route. BART operated 5-line service with trains roughly every 5 minutes through downtown San Francisco to support the event.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f.funcheap.com/sf-black-pride-week-block-party-2026-pressure-deja-skye-waller-st/" TargetMode="External"/><Relationship Id="rId10" Type="http://schemas.openxmlformats.org/officeDocument/2006/relationships/hyperlink" Target="https://sf.funcheap.com/2nd-annual-waller-st-block-party-2026-pancakes-grilled-cheese-sf/" TargetMode="External"/><Relationship Id="rId11" Type="http://schemas.openxmlformats.org/officeDocument/2006/relationships/hyperlink" Target="https://www.sfstation.com/black-tiger-sex-machine-and-kai-wachi-block-party-e15771907" TargetMode="External"/><Relationship Id="rId12" Type="http://schemas.openxmlformats.org/officeDocument/2006/relationships/hyperlink" Target="https://www.sfstation.com/official-sf-pride-block-party-and-world-cup-watch-party-e15771435" TargetMode="External"/><Relationship Id="rId13" Type="http://schemas.openxmlformats.org/officeDocument/2006/relationships/hyperlink" Target="https://www.bart.gov/news/articles/2026/news20260618" TargetMode="External"/><Relationship Id="rId14" Type="http://schemas.openxmlformats.org/officeDocument/2006/relationships/hyperlink" Target="https://www.sfstation.com/fridays-on-front-st-e247995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