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Dallas Stars Theme Nights 2026–27: What’s New and What’s Missing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taking notice: the Dallas Stars’ 2026–27 promotional calendar adds pop-culture nights and trims some favourites, and it matters because theme nights shape the in-arena vibe and who feels celebrated. Here’s what’s new, what’s gone, and how to score the giveaways.</w:t>
      </w:r>
      <w:r/>
    </w:p>
    <w:p>
      <w:r/>
      <w:r>
        <w:t>Essential Takeaways</w:t>
      </w:r>
      <w:r/>
      <w:r/>
    </w:p>
    <w:p>
      <w:pPr>
        <w:pStyle w:val="ListBullet"/>
        <w:spacing w:line="240" w:lineRule="auto"/>
        <w:ind w:left="720"/>
      </w:pPr>
      <w:r/>
      <w:r>
        <w:rPr>
          <w:b/>
        </w:rPr>
        <w:t>New pop-culture pushes:</w:t>
      </w:r>
      <w:r>
        <w:t xml:space="preserve"> Star Wars Night, an anime promotion, and an Iron Flame/Western Night combo add playful, visual themes.</w:t>
      </w:r>
      <w:r/>
    </w:p>
    <w:p>
      <w:pPr>
        <w:pStyle w:val="ListBullet"/>
        <w:spacing w:line="240" w:lineRule="auto"/>
        <w:ind w:left="720"/>
      </w:pPr>
      <w:r/>
      <w:r>
        <w:rPr>
          <w:b/>
        </w:rPr>
        <w:t>Fewer retro and niche nights:</w:t>
      </w:r>
      <w:r>
        <w:t xml:space="preserve"> Retro nights drop from three to one (80s Night), while Pickleball, Video Game and Rangers nights are gone.</w:t>
      </w:r>
      <w:r/>
    </w:p>
    <w:p>
      <w:pPr>
        <w:pStyle w:val="ListBullet"/>
        <w:spacing w:line="240" w:lineRule="auto"/>
        <w:ind w:left="720"/>
      </w:pPr>
      <w:r/>
      <w:r>
        <w:rPr>
          <w:b/>
        </w:rPr>
        <w:t>No Pride or Hockey Is for Everyone listing:</w:t>
      </w:r>
      <w:r>
        <w:t xml:space="preserve"> The calendar replaces last year’s Pride Night with a single Hockey Unites Night focused on “Women in Sports.”</w:t>
      </w:r>
      <w:r/>
    </w:p>
    <w:p>
      <w:pPr>
        <w:pStyle w:val="ListBullet"/>
        <w:spacing w:line="240" w:lineRule="auto"/>
        <w:ind w:left="720"/>
      </w:pPr>
      <w:r/>
      <w:r>
        <w:rPr>
          <w:b/>
        </w:rPr>
        <w:t>Giveaway logistics vary:</w:t>
      </w:r>
      <w:r>
        <w:t xml:space="preserve"> Some swag is free on entry (Esa Lindell bobblehead on 15 Nov), while others need FEVO ticket purchases to claim co‑branded items.</w:t>
      </w:r>
      <w:r/>
    </w:p>
    <w:p>
      <w:pPr>
        <w:pStyle w:val="ListBullet"/>
        <w:spacing w:line="240" w:lineRule="auto"/>
        <w:ind w:left="720"/>
      </w:pPr>
      <w:r/>
      <w:r>
        <w:rPr>
          <w:b/>
        </w:rPr>
        <w:t>Fan action matters:</w:t>
      </w:r>
      <w:r>
        <w:t xml:space="preserve"> The team invites feedback through ticket reps and online forms if supporters want to see different celebrations.</w:t>
      </w:r>
      <w:r/>
      <w:r/>
    </w:p>
    <w:p>
      <w:pPr>
        <w:pStyle w:val="Heading2"/>
      </w:pPr>
      <w:r>
        <w:t>New nights mean bigger cosplay and louder costumes</w:t>
      </w:r>
      <w:r/>
    </w:p>
    <w:p>
      <w:r/>
      <w:r>
        <w:t>The hottest change on the schedule is the addition of Star Wars Night and an anime-themed promotion, which promise bright visuals and costume-friendly crowds. These nights are clearly built to drive social-media moments and ticket packages sold through FEVO, so expect themed merch and queues for photo ops. If you’re planning to go in costume, arrive early and check the rules , arenas often limit props and enforce safety policies. It’s an easy win for families and younger fans who love dressing up, and it gives the Stars another way to reach casual audiences beyond traditional hockey promotions.</w:t>
      </w:r>
      <w:r/>
    </w:p>
    <w:p>
      <w:pPr>
        <w:pStyle w:val="Heading2"/>
      </w:pPr>
      <w:r>
        <w:t>The Iron Flame and Western pairing: an odd coupling that could work</w:t>
      </w:r>
      <w:r/>
    </w:p>
    <w:p>
      <w:r/>
      <w:r>
        <w:t>Putting an Iron Flame promotion on the same night as Western Night is a bold move that mixes a niche music brand with classic Texan nostalgia. The combination could attract both fans who want a rowdy, boots-and-hat atmosphere and those drawn by artist-driven promotions. Marketing-wise, pairing an established local vibe with a trending act is a way to maximise attendance for a single date rather than spread interest thinly across multiple nights. If you’re into themed photo giveaways or want a unique stadium atmosphere, mark that evening down and check whether special tickets are needed.</w:t>
      </w:r>
      <w:r/>
    </w:p>
    <w:p>
      <w:pPr>
        <w:pStyle w:val="Heading2"/>
      </w:pPr>
      <w:r>
        <w:t>Pride is missing and the Stars’ ‘Hockey Unites’ pivot</w:t>
      </w:r>
      <w:r/>
    </w:p>
    <w:p>
      <w:r/>
      <w:r>
        <w:t>Perhaps the most talked-about omission is last season’s Pride Night; the new calendar doesn’t list a Pride or Hockey Is for Everyone event. According to the team, a “Hockey Unites Night” will instead spotlight a different underrepresented community each season, with this year’s focus on Women in Sports on 23 March 2027. That switch echoes league-wide changes where teams now have more discretion over how to mark inclusion initiatives, a shift the NHL began adjusting a few seasons ago. If you care about visible LGBTQ+ celebrations at games, consider contacting the Stars via ticket reps or the team feedback form , teams do listen when supporters make their views known.</w:t>
      </w:r>
      <w:r/>
    </w:p>
    <w:p>
      <w:pPr>
        <w:pStyle w:val="Heading2"/>
      </w:pPr>
      <w:r>
        <w:t>Giveaways, FEVO tickets and what to know before you go</w:t>
      </w:r>
      <w:r/>
    </w:p>
    <w:p>
      <w:r/>
      <w:r>
        <w:t>Not all freebies are created equal: the Esa Lindell bobblehead on 15 November appears to be an entry giveaway, while Anime, Star Wars and College Nights need FEVO ticket purchases for co-branded hats or posters. FEVO-style ticketing is increasingly common; it’s used to manage limited runs and upsell packages, but it means you should plan ahead if you want the swag. Pro tip: read the promotion fine print, set calendar reminders for release times, and double-check whether the giveaway is first-come or tied to a specific ticket tier. That way you avoid disappointment and still enjoy the spectacle.</w:t>
      </w:r>
      <w:r/>
    </w:p>
    <w:p>
      <w:pPr>
        <w:pStyle w:val="Heading2"/>
      </w:pPr>
      <w:r>
        <w:t>What the trend says about sports marketing in Texas</w:t>
      </w:r>
      <w:r/>
    </w:p>
    <w:p>
      <w:r/>
      <w:r>
        <w:t>This calendar reflects a wider industry move toward branded entertainment nights and away from every team running identical inclusion events. Other NHL clubs have taken different approaches , some paused Pride nights, others kept or revived them , so the Stars aren’t alone in experimenting. For local fans, it’s a reminder that theme nights are marketing choices as much as community gestures. If you want more of a particular celebration, be vocal: teams adjust when attendance or feedback indicates demand.</w:t>
      </w:r>
      <w:r/>
    </w:p>
    <w:p>
      <w:r/>
      <w:r>
        <w:t>It’s a small calendar change that will reshape several game-night experiences , and a quick message to your ticket rep might be the simplest way to make your voice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https://www.starsthoughts.com/p/some-thoughts-on-the-2026-27-dallas</w:t>
        </w:r>
      </w:hyperlink>
      <w:r>
        <w:t xml:space="preserve"> - Please view link - unable to able to access data</w:t>
      </w:r>
      <w:r/>
    </w:p>
    <w:p>
      <w:pPr>
        <w:pStyle w:val="ListNumber"/>
        <w:spacing w:line="240" w:lineRule="auto"/>
        <w:ind w:left="720"/>
      </w:pPr>
      <w:r/>
      <w:hyperlink r:id="rId10">
        <w:r>
          <w:rPr>
            <w:color w:val="0000EE"/>
            <w:u w:val="single"/>
          </w:rPr>
          <w:t>https://www.dallasobserver.com/arts-culture/dallas-stars-wont-host-a-pride-night-for-the-first-time-in-years-40708623/</w:t>
        </w:r>
      </w:hyperlink>
      <w:r>
        <w:t xml:space="preserve"> - The Dallas Stars have announced their 2026-2027 theme night promotional schedule, which includes events like Hockey Fights Cancer Night and Halloween Night. Notably, the schedule omits a Pride Night, marking the first time in years that the team will not host such an event. This decision has sparked controversy among fans, especially considering the growing popularity of LGBTQ+ spaces and the success of media representations like the TV show 'Heated Rivalry'. In response to inquiries, the Stars stated that their new 'Hockey Unites Night' will focus on celebrating and supporting different underrepresented communities each season, with this year's theme being 'Women in Sports'.</w:t>
      </w:r>
      <w:r/>
    </w:p>
    <w:p>
      <w:pPr>
        <w:pStyle w:val="ListNumber"/>
        <w:spacing w:line="240" w:lineRule="auto"/>
        <w:ind w:left="720"/>
      </w:pPr>
      <w:r/>
      <w:hyperlink r:id="rId12">
        <w:r>
          <w:rPr>
            <w:color w:val="0000EE"/>
            <w:u w:val="single"/>
          </w:rPr>
          <w:t>https://www.nhl.com/kings/news/kings-announce-2026-27-theme-nights-promotional-schedule-60th-anniversary-season</w:t>
        </w:r>
      </w:hyperlink>
      <w:r>
        <w:t xml:space="preserve"> - The Los Angeles Kings have unveiled their 2026-27 theme nights and promotional schedule as part of the franchise's 60th anniversary celebration. The lineup includes special theme nights such as Día de Muertos, Hockey Fights Cancer, Hockey for Heroes, Pride Night, Kids Night with Peanuts®, Marvel Night, ELF™ Night, Scooby-Doo™ Night, Hello Kitty Night, and various LA Sports Nights. Additionally, the promotional schedule features exclusive ticket packages with specialty items like wearables, blankets, and bobbleheads. The Kings' 2026-27 regular season home opener is scheduled for October 6 against the Florida Panthers, with every fan in attendance receiving a retro hockey goalie mask.</w:t>
      </w:r>
      <w:r/>
    </w:p>
    <w:p>
      <w:pPr>
        <w:pStyle w:val="ListNumber"/>
        <w:spacing w:line="240" w:lineRule="auto"/>
        <w:ind w:left="720"/>
      </w:pPr>
      <w:r/>
      <w:hyperlink r:id="rId14">
        <w:r>
          <w:rPr>
            <w:color w:val="0000EE"/>
            <w:u w:val="single"/>
          </w:rPr>
          <w:t>https://www.nhl.com/news/nhl-releases-2026-27-regular-season-schedule</w:t>
        </w:r>
      </w:hyperlink>
      <w:r>
        <w:t xml:space="preserve"> - The NHL has released its 2026-27 regular-season schedule, featuring 1,344 games with each team playing 84 games. The season begins on September 29 with a tripleheader broadcast exclusively on ESPN in the U.S. and a doubleheader on Sportsnet in Canada. Notable events include the Carolina Hurricanes raising their second Stanley Cup championship banner on opening night, the Discover NHL Winter Classic on December 31 between the Utah Mammoth and Colorado Avalanche at Rice-Eccles Stadium, and the 2027 Navy Federal Credit Union NHL Stadium Series between the Dallas Stars and Vegas Golden Knights at AT&amp;T Stadium in Arlington, Texas, on February 20.</w:t>
      </w:r>
      <w:r/>
    </w:p>
    <w:p>
      <w:pPr>
        <w:pStyle w:val="ListNumber"/>
        <w:spacing w:line="240" w:lineRule="auto"/>
        <w:ind w:left="720"/>
      </w:pPr>
      <w:r/>
      <w:hyperlink r:id="rId15">
        <w:r>
          <w:rPr>
            <w:color w:val="0000EE"/>
            <w:u w:val="single"/>
          </w:rPr>
          <w:t>https://www.nhl.com/news/nhl-announces-2026-27-regular-season-schedule</w:t>
        </w:r>
      </w:hyperlink>
      <w:r>
        <w:t xml:space="preserve"> - The NHL has announced its 2026-27 regular-season schedule, which will commence on Tuesday, September 29, with a tripleheader broadcast exclusively on ESPN in the U.S. and a doubleheader on Sportsnet in Canada. The season features 1,344 games, with each team playing 84 games. Notable events include the Discover NHL Winter Classic on December 31 between the Utah Mammoth and Colorado Avalanche at Rice-Eccles Stadium, and the 2027 Navy Federal Credit Union NHL Stadium Series between the Dallas Stars and Vegas Golden Knights at AT&amp;T Stadium in Arlington, Texas, on February 20.</w:t>
      </w:r>
      <w:r/>
    </w:p>
    <w:p>
      <w:pPr>
        <w:pStyle w:val="ListNumber"/>
        <w:spacing w:line="240" w:lineRule="auto"/>
        <w:ind w:left="720"/>
      </w:pPr>
      <w:r/>
      <w:hyperlink r:id="rId13">
        <w:r>
          <w:rPr>
            <w:color w:val="0000EE"/>
            <w:u w:val="single"/>
          </w:rPr>
          <w:t>https://www.nhl.com/news/nhl-theme-night-celebration-2025-2026</w:t>
        </w:r>
      </w:hyperlink>
      <w:r>
        <w:t xml:space="preserve"> - The NHL is proud of the work its teams devote to the communities they serve. From the special nights all 32 teams will be having all season long, to the frequent outreach beyond the rink, NHL.com will provide all the details on the players, coaches and staff who are such admirable ambassadors for our sport.</w:t>
      </w:r>
      <w:r/>
    </w:p>
    <w:p>
      <w:pPr>
        <w:pStyle w:val="ListNumber"/>
        <w:spacing w:line="240" w:lineRule="auto"/>
        <w:ind w:left="720"/>
      </w:pPr>
      <w:r/>
      <w:hyperlink r:id="rId11">
        <w:r>
          <w:rPr>
            <w:color w:val="0000EE"/>
            <w:u w:val="single"/>
          </w:rPr>
          <w:t>https://www.oursportscentral.com/services/releases/texas-stars-unveil-2026-27-promotional-schedule/n-6402581</w:t>
        </w:r>
      </w:hyperlink>
      <w:r>
        <w:t xml:space="preserve"> - The Texas Stars, American Hockey League affiliate of the NHL's Dallas Stars, announced the club's full promotional schedule ahead of the 2026-27 season. The season features 16 different fan-favorite theme nights and weekends, 17 different giveaway items, and eight different specialty jerseys to be featured either in warm-ups or in games throughout the Stars' 36-game home schedule. Fans can secure Full, 24-game or 12-game season ticket packages now. Single-game tickets will go on sale next week on www.texasstars.com and the H-E-B Center at Cedar Park Ticketmaster Box Office.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sthoughts.com/p/some-thoughts-on-the-2026-27-dallas" TargetMode="External"/><Relationship Id="rId10" Type="http://schemas.openxmlformats.org/officeDocument/2006/relationships/hyperlink" Target="https://www.dallasobserver.com/arts-culture/dallas-stars-wont-host-a-pride-night-for-the-first-time-in-years-40708623/" TargetMode="External"/><Relationship Id="rId11" Type="http://schemas.openxmlformats.org/officeDocument/2006/relationships/hyperlink" Target="https://www.oursportscentral.com/services/releases/texas-stars-unveil-2026-27-promotional-schedule/n-6402581" TargetMode="External"/><Relationship Id="rId12" Type="http://schemas.openxmlformats.org/officeDocument/2006/relationships/hyperlink" Target="https://www.nhl.com/kings/news/kings-announce-2026-27-theme-nights-promotional-schedule-60th-anniversary-season" TargetMode="External"/><Relationship Id="rId13" Type="http://schemas.openxmlformats.org/officeDocument/2006/relationships/hyperlink" Target="https://www.nhl.com/news/nhl-theme-night-celebration-2025-2026" TargetMode="External"/><Relationship Id="rId14" Type="http://schemas.openxmlformats.org/officeDocument/2006/relationships/hyperlink" Target="https://www.nhl.com/news/nhl-releases-2026-27-regular-season-schedule" TargetMode="External"/><Relationship Id="rId15" Type="http://schemas.openxmlformats.org/officeDocument/2006/relationships/hyperlink" Target="https://www.nhl.com/news/nhl-announces-2026-27-regular-season-schedu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