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Clare Pride 2026 Events to Book Now for Community and Fun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families and culture fans are already circling dates: Clare Pride runs Wednesday 16–Sunday 20 September, organised by grassroots group QuareClare, with events across Ennis and beyond that promise something for everyone , from a Pride march and family fun to art, films and mindful talks.</w:t>
      </w:r>
      <w:r/>
    </w:p>
    <w:p>
      <w:r/>
      <w:r>
        <w:t>Essential Takeaways</w:t>
      </w:r>
      <w:r/>
      <w:r/>
    </w:p>
    <w:p>
      <w:pPr>
        <w:pStyle w:val="ListBullet"/>
        <w:spacing w:line="240" w:lineRule="auto"/>
        <w:ind w:left="720"/>
      </w:pPr>
      <w:r/>
      <w:r>
        <w:rPr>
          <w:b/>
        </w:rPr>
        <w:t>Dates and organiser:</w:t>
      </w:r>
      <w:r>
        <w:t xml:space="preserve"> Clare Pride runs 16–20 September, coordinated by QuareClare, a grassroots group formed during lockdown. </w:t>
      </w:r>
      <w:r/>
    </w:p>
    <w:p>
      <w:pPr>
        <w:pStyle w:val="ListBullet"/>
        <w:spacing w:line="240" w:lineRule="auto"/>
        <w:ind w:left="720"/>
      </w:pPr>
      <w:r/>
      <w:r>
        <w:rPr>
          <w:b/>
        </w:rPr>
        <w:t>Headline events:</w:t>
      </w:r>
      <w:r>
        <w:t xml:space="preserve"> Pride March (12:30pm, Saturday), Family Fun Day (1–3pm), documentary screening and after-party at Queen’s Hotel. </w:t>
      </w:r>
      <w:r/>
    </w:p>
    <w:p>
      <w:pPr>
        <w:pStyle w:val="ListBullet"/>
        <w:spacing w:line="240" w:lineRule="auto"/>
        <w:ind w:left="720"/>
      </w:pPr>
      <w:r/>
      <w:r>
        <w:rPr>
          <w:b/>
        </w:rPr>
        <w:t>Culture and creativity:</w:t>
      </w:r>
      <w:r>
        <w:t xml:space="preserve"> Art workshops, a gallery exhibition, drag storytime and a Pride-themed film screening offer gentle, colourful experiences. </w:t>
      </w:r>
      <w:r/>
    </w:p>
    <w:p>
      <w:pPr>
        <w:pStyle w:val="ListBullet"/>
        <w:spacing w:line="240" w:lineRule="auto"/>
        <w:ind w:left="720"/>
      </w:pPr>
      <w:r/>
      <w:r>
        <w:rPr>
          <w:b/>
        </w:rPr>
        <w:t>Wellness and inclusion:</w:t>
      </w:r>
      <w:r>
        <w:t xml:space="preserve"> A Pride Prayer Service, neurodiversity-affirming therapy session and community swim provide quiet and restorative options. </w:t>
      </w:r>
      <w:r/>
    </w:p>
    <w:p>
      <w:pPr>
        <w:pStyle w:val="ListBullet"/>
        <w:spacing w:line="240" w:lineRule="auto"/>
        <w:ind w:left="720"/>
      </w:pPr>
      <w:r/>
      <w:r>
        <w:rPr>
          <w:b/>
        </w:rPr>
        <w:t>Easy access:</w:t>
      </w:r>
      <w:r>
        <w:t xml:space="preserve"> Many events are free or low-cost, spread across familiar town venues like St. Seanan’s, Súil Gallery, Scéal Eile Books and the Arc Cinema.</w:t>
      </w:r>
      <w:r/>
      <w:r/>
    </w:p>
    <w:p>
      <w:pPr>
        <w:pStyle w:val="Heading2"/>
      </w:pPr>
      <w:r>
        <w:t>What’s new this year , community-led and cosy</w:t>
      </w:r>
      <w:r/>
    </w:p>
    <w:p>
      <w:r/>
      <w:r>
        <w:t>QuareClare has built a five-day programme that feels both bold and friendly, with a mix of lively public gatherings and quieter, reflective sessions. The group grew from lockdown solidarity into an active local presence, so this year's calendar reads like a community potluck: something for kids, something for seniors, something for anyone curious. Expect a warm, approachable vibe rather than a high-octane carnival; the focus is on visibility, support and participation.</w:t>
      </w:r>
      <w:r/>
    </w:p>
    <w:p>
      <w:pPr>
        <w:pStyle w:val="Heading2"/>
      </w:pPr>
      <w:r>
        <w:t>Saturday is the heart of the festival , plan for march and family time</w:t>
      </w:r>
      <w:r/>
    </w:p>
    <w:p>
      <w:r/>
      <w:r>
        <w:t>Saturday 19 September is the marquee day, kicking off with a Pride March at 12:30pm from the Barrack near Ennis, followed by a Family Fun Day at Causeway Link. If you’ve got little ones, the puppet show and drag storytime are designed to be welcoming and playful, while local craft stalls and kids’ art workshops keep things tactile and colourful. Bring a blanket, pack snacks, and arrive early if you want a front-row spot for performances.</w:t>
      </w:r>
      <w:r/>
    </w:p>
    <w:p>
      <w:pPr>
        <w:pStyle w:val="Heading2"/>
      </w:pPr>
      <w:r>
        <w:t>Culture and art offerings you can’t miss</w:t>
      </w:r>
      <w:r/>
    </w:p>
    <w:p>
      <w:r/>
      <w:r>
        <w:t>For those drawn to quieter cultural moments, the programme includes a Culture Night Art Workshop at Súil Gallery and a group exhibition celebrating LGBTQIA+ lives at the Edna O’Brien Library. There’s also a Bring Your Queer Book Club at Scéal Eile Books, and a screening of the new documentary Lesbian Lines at the Arc Cinema. These events are great for meeting people who want conversation as much as celebration , and they make Clare Pride feel rooted in local creative scenes.</w:t>
      </w:r>
      <w:r/>
    </w:p>
    <w:p>
      <w:pPr>
        <w:pStyle w:val="Heading2"/>
      </w:pPr>
      <w:r>
        <w:t>Wellness, faith and inclusion , thoughtful edges to celebrations</w:t>
      </w:r>
      <w:r/>
    </w:p>
    <w:p>
      <w:r/>
      <w:r>
        <w:t>Clare Pride deliberately includes reflective spaces: a Pride Prayer Service at St. Columba’s Church of Ireland, an online session on neurodiverse-affirming therapy, and a community swim with the Ballybathers on Sunday morning. These offerings underline that Pride here isn’t all spectacle; it’s also about safety, mental health and spiritual welcome. If you or someone you know benefits from low-sensory environments, the online therapy talk and smaller workshops are solid choices.</w:t>
      </w:r>
      <w:r/>
    </w:p>
    <w:p>
      <w:pPr>
        <w:pStyle w:val="Heading2"/>
      </w:pPr>
      <w:r>
        <w:t>How to take part and practical tips</w:t>
      </w:r>
      <w:r/>
    </w:p>
    <w:p>
      <w:r/>
      <w:r>
        <w:t>Many events are free, but a few require Eventbrite registration , notably the neurodiverse-affirming therapy session , so check QuareClare’s social channels for links. Wear comfortable shoes for the march, bring water for outdoor events, and pop into local venues like the Queen’s Hotel for the after-party if you fancy an evening social. If you’re bringing kids, note the Family Fun Day runs until mid-afternoon; for quieter endings, Sunday’s comedy workshop and show offer an easy wind-down.</w:t>
      </w:r>
      <w:r/>
    </w:p>
    <w:p>
      <w:r/>
      <w:r>
        <w:t>It's a small change that can make every Pride moment feel more inclusive and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https://gcn.ie/clare-pride-2026-programme/</w:t>
        </w:r>
      </w:hyperlink>
      <w:r>
        <w:t xml:space="preserve"> - Please view link - unable to able to access data</w:t>
      </w:r>
      <w:r/>
    </w:p>
    <w:p>
      <w:pPr>
        <w:pStyle w:val="ListNumber"/>
        <w:spacing w:line="240" w:lineRule="auto"/>
        <w:ind w:left="720"/>
      </w:pPr>
      <w:r/>
      <w:hyperlink r:id="rId10">
        <w:r>
          <w:rPr>
            <w:color w:val="0000EE"/>
            <w:u w:val="single"/>
          </w:rPr>
          <w:t>https://www.clare.fm/news/pride-2026-orgainser-says-says-support-for-lgbtq-growing-in-clare/</w:t>
        </w:r>
      </w:hyperlink>
      <w:r>
        <w:t xml:space="preserve"> - An article from Clare FM discussing the increasing comfort and support for the LGBTQ+ community in Clare, as expressed by one of the organisers of Clare Pride 2026. The piece highlights the festival's return on September 16th, organised by QuareClare, featuring events such as workshops, cultural features, the Pride March, family activities, comedy, swimming, and live entertainment. Event Manager Karina Murray notes the festival's growth and strength over the years.</w:t>
      </w:r>
      <w:r/>
    </w:p>
    <w:p>
      <w:pPr>
        <w:pStyle w:val="ListNumber"/>
        <w:spacing w:line="240" w:lineRule="auto"/>
        <w:ind w:left="720"/>
      </w:pPr>
      <w:r/>
      <w:hyperlink r:id="rId14">
        <w:r>
          <w:rPr>
            <w:color w:val="0000EE"/>
            <w:u w:val="single"/>
          </w:rPr>
          <w:t>https://www.clarecoco.ie/ga/node/3384</w:t>
        </w:r>
      </w:hyperlink>
      <w:r>
        <w:t xml:space="preserve"> - A press release from Clare County Council announcing the 'Pride in Full Colour: Celebrating LGBTQIA+ Lives in Clare' exhibition by QuareClare. The exhibition, running from February 21 to March 20, 2026, at the Edna O’Brien Library in Scarriff, showcases portraits of local LGBTQIA+ community members and vibrant banners designed by young people from Clare Youth Service, celebrating identity, resilience, and pride.</w:t>
      </w:r>
      <w:r/>
    </w:p>
    <w:p>
      <w:pPr>
        <w:pStyle w:val="ListNumber"/>
        <w:spacing w:line="240" w:lineRule="auto"/>
        <w:ind w:left="720"/>
      </w:pPr>
      <w:r/>
      <w:hyperlink r:id="rId12">
        <w:r>
          <w:rPr>
            <w:color w:val="0000EE"/>
            <w:u w:val="single"/>
          </w:rPr>
          <w:t>https://www.clarecoco.ie/events/art-exhibition-pride-in-full-colour-celebrating-lgbtqia-lives-in-clare-quareclare</w:t>
        </w:r>
      </w:hyperlink>
      <w:r>
        <w:t xml:space="preserve"> - An event listing from Clare County Council detailing the 'Pride in Full Colour: Celebrating LGBTQIA+ Lives in Clare' exhibition by QuareClare. The exhibition, running from February 21 to March 20, 2026, at the Edna O’Brien Library in Scarriff, features portraits of local LGBTQIA+ community members and vibrant banners designed by young people from Clare Youth Service, celebrating identity, resilience, and pride.</w:t>
      </w:r>
      <w:r/>
    </w:p>
    <w:p>
      <w:pPr>
        <w:pStyle w:val="ListNumber"/>
        <w:spacing w:line="240" w:lineRule="auto"/>
        <w:ind w:left="720"/>
      </w:pPr>
      <w:r/>
      <w:hyperlink r:id="rId11">
        <w:r>
          <w:rPr>
            <w:color w:val="0000EE"/>
            <w:u w:val="single"/>
          </w:rPr>
          <w:t>https://www.clareecho.ie/five-day-programme-of-events-announced-for-clare-pride-2026/</w:t>
        </w:r>
      </w:hyperlink>
      <w:r>
        <w:t xml:space="preserve"> - An article from The Clare Echo announcing the five-day programme for Clare Pride 2026, organised by QuareClare. The programme includes a Pride march in Ennis, family events, workshops, screenings, live entertainment, and community gatherings. QuareClare, which began as a grassroots organisation during the Covid-19 pandemic, now has more than 100 members and works to promote inclusion, equality, and support for the LGBTQIA+ community across Clare.</w:t>
      </w:r>
      <w:r/>
    </w:p>
    <w:p>
      <w:pPr>
        <w:pStyle w:val="ListNumber"/>
        <w:spacing w:line="240" w:lineRule="auto"/>
        <w:ind w:left="720"/>
      </w:pPr>
      <w:r/>
      <w:hyperlink r:id="rId13">
        <w:r>
          <w:rPr>
            <w:color w:val="0000EE"/>
            <w:u w:val="single"/>
          </w:rPr>
          <w:t>https://cldc.ie/traveller-pride-2026-ennis-clare/</w:t>
        </w:r>
      </w:hyperlink>
      <w:r>
        <w:t xml:space="preserve"> - A news post from Clare Local Development Company about Clare Traveller Pride 2026, taking place on June 4 at glór, Clonroad Beg, Ennis. The event features Michael Collins' acclaimed one-man show 'It’s a Cultural Thing – or is it?', presented under the theme 'Looking back, Moving forward.' The performance is based on Collins’ own life experiences as a Traveller, bringing the audience from his childhood to life in a tent at the top of Prosperous Hill.</w:t>
      </w:r>
      <w:r/>
    </w:p>
    <w:p>
      <w:pPr>
        <w:pStyle w:val="ListNumber"/>
        <w:spacing w:line="240" w:lineRule="auto"/>
        <w:ind w:left="720"/>
      </w:pPr>
      <w:r/>
      <w:hyperlink r:id="rId15">
        <w:r>
          <w:rPr>
            <w:color w:val="0000EE"/>
            <w:u w:val="single"/>
          </w:rPr>
          <w:t>https://visualartists.ie/events/pride-in-full-colour-celebrating-lgbtqia-lives-in-clare-group-exhibition-at-the-edna-obrien-library</w:t>
        </w:r>
      </w:hyperlink>
      <w:r>
        <w:t xml:space="preserve"> - An event listing from Visual Artists Ireland for the 'Pride in Full Colour: Celebrating LGBTQIA+ Lives in Clare' exhibition by QuareClare. The exhibition, running from February 20 to March 20, 2026, at the Edna O’Brien Library in Scariff, showcases portraits of local LGBTQIA+ community members and vibrant banners designed by young people from Clare Youth Service, celebrating identity, resilience, and pride.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clare-pride-2026-programme/" TargetMode="External"/><Relationship Id="rId10" Type="http://schemas.openxmlformats.org/officeDocument/2006/relationships/hyperlink" Target="https://www.clare.fm/news/pride-2026-orgainser-says-says-support-for-lgbtq-growing-in-clare/" TargetMode="External"/><Relationship Id="rId11" Type="http://schemas.openxmlformats.org/officeDocument/2006/relationships/hyperlink" Target="https://www.clareecho.ie/five-day-programme-of-events-announced-for-clare-pride-2026/" TargetMode="External"/><Relationship Id="rId12" Type="http://schemas.openxmlformats.org/officeDocument/2006/relationships/hyperlink" Target="https://www.clarecoco.ie/events/art-exhibition-pride-in-full-colour-celebrating-lgbtqia-lives-in-clare-quareclare" TargetMode="External"/><Relationship Id="rId13" Type="http://schemas.openxmlformats.org/officeDocument/2006/relationships/hyperlink" Target="https://cldc.ie/traveller-pride-2026-ennis-clare/" TargetMode="External"/><Relationship Id="rId14" Type="http://schemas.openxmlformats.org/officeDocument/2006/relationships/hyperlink" Target="https://www.clarecoco.ie/ga/node/3384" TargetMode="External"/><Relationship Id="rId15" Type="http://schemas.openxmlformats.org/officeDocument/2006/relationships/hyperlink" Target="https://visualartists.ie/events/pride-in-full-colour-celebrating-lgbtqia-lives-in-clare-group-exhibition-at-the-edna-obrien-libra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