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Celebrity Gay Awakenings: Maia Reficco Credits Lucy Hale for Her Moment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pop-culture confessions as guides , Maia Reficco has revealed that Pretty Little Liars star Lucy Hale was her “gay awakening”, a candid moment that matters because it shows how TV crushes can help people name, feel and celebrate their identities.</w:t>
      </w:r>
      <w:r/>
    </w:p>
    <w:p>
      <w:r/>
      <w:r>
        <w:t>Essential Takeaways</w:t>
      </w:r>
      <w:r/>
      <w:r/>
    </w:p>
    <w:p>
      <w:pPr>
        <w:pStyle w:val="ListBullet"/>
        <w:spacing w:line="240" w:lineRule="auto"/>
        <w:ind w:left="720"/>
      </w:pPr>
      <w:r/>
      <w:r>
        <w:rPr>
          <w:b/>
        </w:rPr>
        <w:t>Plain confession:</w:t>
      </w:r>
      <w:r>
        <w:t xml:space="preserve"> Maia Reficco told a podcast she is “not straight,” calling Lucy Hale her early gay awakening. </w:t>
      </w:r>
      <w:r/>
    </w:p>
    <w:p>
      <w:pPr>
        <w:pStyle w:val="ListBullet"/>
        <w:spacing w:line="240" w:lineRule="auto"/>
        <w:ind w:left="720"/>
      </w:pPr>
      <w:r/>
      <w:r>
        <w:rPr>
          <w:b/>
        </w:rPr>
        <w:t>Pop influence:</w:t>
      </w:r>
      <w:r>
        <w:t xml:space="preserve"> The Pretty Little Liars franchise continues to resonate with young viewers as a formative cultural touchstone. </w:t>
      </w:r>
      <w:r/>
    </w:p>
    <w:p>
      <w:pPr>
        <w:pStyle w:val="ListBullet"/>
        <w:spacing w:line="240" w:lineRule="auto"/>
        <w:ind w:left="720"/>
      </w:pPr>
      <w:r/>
      <w:r>
        <w:rPr>
          <w:b/>
        </w:rPr>
        <w:t>Supportive gestures:</w:t>
      </w:r>
      <w:r>
        <w:t xml:space="preserve"> Lucy Hale has publicly supported LGBTQ+ visibility and discussed fluid attraction in interviews. </w:t>
      </w:r>
      <w:r/>
    </w:p>
    <w:p>
      <w:pPr>
        <w:pStyle w:val="ListBullet"/>
        <w:spacing w:line="240" w:lineRule="auto"/>
        <w:ind w:left="720"/>
      </w:pPr>
      <w:r/>
      <w:r>
        <w:rPr>
          <w:b/>
        </w:rPr>
        <w:t>Relatable tone:</w:t>
      </w:r>
      <w:r>
        <w:t xml:space="preserve"> Reficco’s mix of humour and gratitude , “thank you for your service” , makes the moment feel warm and human.</w:t>
      </w:r>
      <w:r/>
      <w:r/>
    </w:p>
    <w:p>
      <w:pPr>
        <w:pStyle w:val="Heading2"/>
      </w:pPr>
      <w:r>
        <w:t>Why a TV crush can feel like a revelation</w:t>
      </w:r>
      <w:r/>
    </w:p>
    <w:p>
      <w:r/>
      <w:r>
        <w:t>People often laugh about celebrity crushes, but they can carry real emotional weight , a quiet thrill, a poster on the wall, a sudden recognition. Maia Reficco’s admission that Lucy Hale was her “gay awakening” captures that feeling: it’s playful, a little nostalgic and instantly relatable. According to coverage of the conversation, Reficco joked about sounding creepy, then thanked Hale for the influence, which made the confession feel affectionate rather than performative.</w:t>
      </w:r>
      <w:r/>
    </w:p>
    <w:p>
      <w:r/>
      <w:r>
        <w:t>This kind of moment isn’t new. Pop culture has long offered mirrors for people figuring out attraction and identity. For many viewers, a character or actor can be the first person they notice with a flutter , and that noticing can help name something that’s been simmering under the surface. If you’ve ever stuck a poster on your wall and wondered why, you’re in the same small, oddly profound club.</w:t>
      </w:r>
      <w:r/>
    </w:p>
    <w:p>
      <w:pPr>
        <w:pStyle w:val="Heading2"/>
      </w:pPr>
      <w:r>
        <w:t>What this says about Pretty Little Liars’ cultural pull</w:t>
      </w:r>
      <w:r/>
    </w:p>
    <w:p>
      <w:r/>
      <w:r>
        <w:t>Pretty Little Liars , both the original and its spin-offs , has been more than a teen mystery series; it’s a cultural landmark that wrestled with heavy topics and diverse storylines. Fans, including Reficco, point to the show as a place where complicated identities, relationships and loyalties were explored on-screen. That kind of representation, even if not explicitly tied to every viewer’s experience, gives permission to pay attention to feelings and questions about identity.</w:t>
      </w:r>
      <w:r/>
    </w:p>
    <w:p>
      <w:r/>
      <w:r>
        <w:t>Producers and actors have leaned into that legacy: the franchise’s conversations about sexuality, secrecy and selfhood continue to resonate. If you’re choosing shows that might help a teen or a friend explore identity, something that mixes relatable characters with emotional honesty , as Pretty Little Liars did , can be quietly useful.</w:t>
      </w:r>
      <w:r/>
    </w:p>
    <w:p>
      <w:pPr>
        <w:pStyle w:val="Heading2"/>
      </w:pPr>
      <w:r>
        <w:t>Lucy Hale’s response and public stance on fluidity</w:t>
      </w:r>
      <w:r/>
    </w:p>
    <w:p>
      <w:r/>
      <w:r>
        <w:t>Lucy Hale hasn’t labelled her own sexuality publicly, and she’s said in interviews that she prefers to keep her private life private. But she has talked about playing queer characters with nuance and has made supportive gestures towards the LGBTQ+ community. Those small acts , talking about fluid attraction, defending trans rights publicly , matter. They signal to fans that attraction can be complex and that it’s fine to be unsure.</w:t>
      </w:r>
      <w:r/>
    </w:p>
    <w:p>
      <w:r/>
      <w:r>
        <w:t>For anyone taking cues from celebrities, it’s worth remembering that an actor’s roles or public comments don’t define someone else’s identity for them. Still, seeing a performer treat sexuality as fluid or human can be liberating for viewers who are trying to name their own feelings.</w:t>
      </w:r>
      <w:r/>
    </w:p>
    <w:p>
      <w:pPr>
        <w:pStyle w:val="Heading2"/>
      </w:pPr>
      <w:r>
        <w:t>How to talk about a celebrity-inspired awakening with friends</w:t>
      </w:r>
      <w:r/>
    </w:p>
    <w:p>
      <w:r/>
      <w:r>
        <w:t>If you or someone you know has a similar “I think I might be gay” moment sparked by a celebrity, keep the conversation warm and light. Start with curiosity: ask what it felt like, what they liked about the person, and whether it’s raised new questions. Offer support without rushing to labels , sometimes naming happens slowly.</w:t>
      </w:r>
      <w:r/>
    </w:p>
    <w:p>
      <w:r/>
      <w:r>
        <w:t>Practical tip: music, TV and old posters can be useful prompts. Rewatching a favourite episode or looking at an old magazine can turn an abstract feeling into something you can talk about. And if you or a friend need more help, LGBTQ+ helplines and community groups are great next steps.</w:t>
      </w:r>
      <w:r/>
    </w:p>
    <w:p>
      <w:pPr>
        <w:pStyle w:val="Heading2"/>
      </w:pPr>
      <w:r>
        <w:t>Why these confessions matter beyond gossip</w:t>
      </w:r>
      <w:r/>
    </w:p>
    <w:p>
      <w:r/>
      <w:r>
        <w:t>A short, humorous line on a podcast might look like gossip, but moments like Maia Reficco’s public realisation add to a quieter cultural shift: more people feel safe to say, out loud, that their attractions aren’t straight. That visibility chips away at shame for others and normalises a range of experiences. So yes, it’s entertaining , but it’s also meaningful.</w:t>
      </w:r>
      <w:r/>
    </w:p>
    <w:p>
      <w:r/>
      <w:r>
        <w:t>It’s a small, human thing that can help someone else feel a little less alone.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11">
        <w:r>
          <w:rPr>
            <w:color w:val="0000EE"/>
            <w:u w:val="single"/>
          </w:rPr>
          <w:t>[3]</w:t>
        </w:r>
      </w:hyperlink>
      <w:r>
        <w:t xml:space="preserve">, </w:t>
      </w:r>
      <w:hyperlink r:id="rId10">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0">
        <w:r>
          <w:rPr>
            <w:color w:val="0000EE"/>
            <w:u w:val="single"/>
          </w:rPr>
          <w:t>[5]</w:t>
        </w:r>
      </w:hyperlink>
      <w:r>
        <w:t xml:space="preserve">- Paragraph 5: </w:t>
      </w:r>
      <w:hyperlink r:id="rId10">
        <w:r>
          <w:rPr>
            <w:color w:val="0000EE"/>
            <w:u w:val="single"/>
          </w:rPr>
          <w:t>[5]</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https://www.thepinknews.com/2026/08/28/nickelodeon-maia-reficco-lucy-hale-gay-awakening-pretty-little-liars/</w:t>
        </w:r>
      </w:hyperlink>
      <w:r>
        <w:t xml:space="preserve"> - Please view link - unable to able to access data</w:t>
      </w:r>
      <w:r/>
    </w:p>
    <w:p>
      <w:pPr>
        <w:pStyle w:val="ListNumber"/>
        <w:spacing w:line="240" w:lineRule="auto"/>
        <w:ind w:left="720"/>
      </w:pPr>
      <w:r/>
      <w:hyperlink r:id="rId9">
        <w:r>
          <w:rPr>
            <w:color w:val="0000EE"/>
            <w:u w:val="single"/>
          </w:rPr>
          <w:t>https://www.thepinknews.com/2026/08/28/nickelodeon-maia-reficco-lucy-hale-gay-awakening-pretty-little-liars/</w:t>
        </w:r>
      </w:hyperlink>
      <w:r>
        <w:t xml:space="preserve"> - Actress Maia Reficco has revealed that Pretty Little Liars icon Lucy Hale was her 'gay awakening', stating, 'I am not straight.' In an interview with Zach Sang, Reficco discussed her role in the HBO Max series Pretty Little Liars: Original Sin and her admiration for Hale, who portrayed Aria Montgomery in the original series. Reficco also mentioned Miley Cyrus as another significant influence during her adolescence. Hale, while keeping her personal life private, has previously expressed support for the LGBTQ+ community, notably advocating for transgender rights in 2017.</w:t>
      </w:r>
      <w:r/>
    </w:p>
    <w:p>
      <w:pPr>
        <w:pStyle w:val="ListNumber"/>
        <w:spacing w:line="240" w:lineRule="auto"/>
        <w:ind w:left="720"/>
      </w:pPr>
      <w:r/>
      <w:hyperlink r:id="rId11">
        <w:r>
          <w:rPr>
            <w:color w:val="0000EE"/>
            <w:u w:val="single"/>
          </w:rPr>
          <w:t>https://en.wikipedia.org/wiki/Maia_Reficco</w:t>
        </w:r>
      </w:hyperlink>
      <w:r>
        <w:t xml:space="preserve"> - Maia Reficco is an American-born Argentine actress and singer, born on July 14, 2000, in Boston, Massachusetts. She is best known for her role as Kally Ponce in the Nickelodeon Latin America series Kally's Mashup and as Noa Olivar in the HBO Max series Pretty Little Liars: Original Sin. Reficco made her Broadway debut in 2024 as Eurydice in Hadestown. She identifies as queer and has a younger brother, Joaquín Reficco Viqueira, who is also a singer.</w:t>
      </w:r>
      <w:r/>
    </w:p>
    <w:p>
      <w:pPr>
        <w:pStyle w:val="ListNumber"/>
        <w:spacing w:line="240" w:lineRule="auto"/>
        <w:ind w:left="720"/>
      </w:pPr>
      <w:r/>
      <w:hyperlink r:id="rId13">
        <w:r>
          <w:rPr>
            <w:color w:val="0000EE"/>
            <w:u w:val="single"/>
          </w:rPr>
          <w:t>https://prettylittleliars.fandom.com/wiki/Maia_Reficco</w:t>
        </w:r>
      </w:hyperlink>
      <w:r>
        <w:t xml:space="preserve"> - Maia Reficco, born on July 14, 2000, is an Argentine-American actress and singer who portrayed Noa Olivar in the HBO Max series Pretty Little Liars: Original Sin. She began her acting career in 2017, starring in over 100 episodes of Nickelodeon Latin America's Kally's Mashup as Kally Ponce. Reficco also appeared on Broadway as Young Eva Perón in the 2019 production of Evita. She identifies as bisexual and credits the character Emily Fields from Pretty Little Liars for helping her come to terms with her sexuality.</w:t>
      </w:r>
      <w:r/>
    </w:p>
    <w:p>
      <w:pPr>
        <w:pStyle w:val="ListNumber"/>
        <w:spacing w:line="240" w:lineRule="auto"/>
        <w:ind w:left="720"/>
      </w:pPr>
      <w:r/>
      <w:hyperlink r:id="rId10">
        <w:r>
          <w:rPr>
            <w:color w:val="0000EE"/>
            <w:u w:val="single"/>
          </w:rPr>
          <w:t>https://www.refinery29.com/en-us/2022/07/11067230/maia-reficco-pretty-little-liars-original-sin-queer-latina</w:t>
        </w:r>
      </w:hyperlink>
      <w:r>
        <w:t xml:space="preserve"> - In an interview with Refinery29, Maia Reficco, who plays Noa Olivar in HBO Max's Pretty Little Liars: Original Sin, describes herself as a 'queer Latina' and expresses a desire for people like her to feel less alone. She discusses the challenges of adjusting to her new life and the importance of protecting her mental health during the production of the series.</w:t>
      </w:r>
      <w:r/>
    </w:p>
    <w:p>
      <w:pPr>
        <w:pStyle w:val="ListNumber"/>
        <w:spacing w:line="240" w:lineRule="auto"/>
        <w:ind w:left="720"/>
      </w:pPr>
      <w:r/>
      <w:hyperlink r:id="rId14">
        <w:r>
          <w:rPr>
            <w:color w:val="0000EE"/>
            <w:u w:val="single"/>
          </w:rPr>
          <w:t>https://los40.com/2026/08/26/quien-es-maia-reficco-la-actriz-de-sunrise-el-ultimo-amanecer-que-ha-conquistado-a-franco-colapinto/</w:t>
        </w:r>
      </w:hyperlink>
      <w:r>
        <w:t xml:space="preserve"> - Maia Reficco is an Argentine-American actress and singer who gained popularity in Latin America through her role in Nickelodeon's Kally's Mashup. She later starred in Pretty Little Liars: Original Sin, showcasing her versatility beyond musical roles. Her recent project is the Prime Video film Sunrise: El Último Amanecer, where she stars alongside Fernando Lindez and Eva Longoria. Reficco has also pursued a music career, releasing her latest single 'Amapola' in July 2026. In April 2026, her relationship with Formula 1 driver Franco Colapinto was confirmed, and they have been seen together at public events, including the Miami Grand Prix.</w:t>
      </w:r>
      <w:r/>
    </w:p>
    <w:p>
      <w:pPr>
        <w:pStyle w:val="ListNumber"/>
        <w:spacing w:line="240" w:lineRule="auto"/>
        <w:ind w:left="720"/>
      </w:pPr>
      <w:r/>
      <w:hyperlink r:id="rId12">
        <w:r>
          <w:rPr>
            <w:color w:val="0000EE"/>
            <w:u w:val="single"/>
          </w:rPr>
          <w:t>https://www.whowhatwear.com/beauty/skin/lucy-hale-beauty-routine-2026</w:t>
        </w:r>
      </w:hyperlink>
      <w:r>
        <w:t xml:space="preserve"> - In a 2026 interview, Lucy Hale shares that her beauty routine has evolved significantly over the years, transitioning from a once elaborate 25-step regimen to a more simplified, skin-focused approach. At 36, Hale prioritises skincare that targets hyperpigmentation and fine lines. She highlights her partnership with Shiseido’s Benefiance line, praising its serum, moisturiser, and eye cream, all of which include picão preto—a plant-based retinol alternative known for firming skin without causing photosensitivity. Hale also emphasises sun protection, favouring Shiseido's Urban Environment sunscreen, and integrates tools like a gua sha and LED light mask from Jovs into her routine. Her makeup philosophy now leans toward subtle enhancements, particularly favouring a no-mascara look and soft shadow application using Charlotte Tilbury products to highlight her eyes. Hale reflects on her past Aria Montgomery aesthetic from 'Pretty Little Liars,' noting her current minimalist style is a departure from the heavy eyeliner and mascara of her TV days. While she’s not planning any immediate dramatic makeovers, she hints at staying open to future transformations, keeping her beauty vision adaptable and fresh.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28/nickelodeon-maia-reficco-lucy-hale-gay-awakening-pretty-little-liars/" TargetMode="External"/><Relationship Id="rId10" Type="http://schemas.openxmlformats.org/officeDocument/2006/relationships/hyperlink" Target="https://www.refinery29.com/en-us/2022/07/11067230/maia-reficco-pretty-little-liars-original-sin-queer-latina" TargetMode="External"/><Relationship Id="rId11" Type="http://schemas.openxmlformats.org/officeDocument/2006/relationships/hyperlink" Target="https://en.wikipedia.org/wiki/Maia_Reficco" TargetMode="External"/><Relationship Id="rId12" Type="http://schemas.openxmlformats.org/officeDocument/2006/relationships/hyperlink" Target="https://www.whowhatwear.com/beauty/skin/lucy-hale-beauty-routine-2026" TargetMode="External"/><Relationship Id="rId13" Type="http://schemas.openxmlformats.org/officeDocument/2006/relationships/hyperlink" Target="https://prettylittleliars.fandom.com/wiki/Maia_Reficco" TargetMode="External"/><Relationship Id="rId14" Type="http://schemas.openxmlformats.org/officeDocument/2006/relationships/hyperlink" Target="https://los40.com/2026/08/26/quien-es-maia-reficco-la-actriz-de-sunrise-el-ultimo-amanecer-que-ha-conquistado-a-franco-colapint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