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Bingham Cup Moments from Brisbane and What Comes Next for LGBTQ+ Rugby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from the stands: the Bingham Cup returned to Brisbane for a raucous, joyful long weekend of inclusive rugby, bringing roughly 50 teams from across the globe together to celebrate sport, community and competition , and announcing Leeds as the 2028 host city.</w:t>
      </w:r>
      <w:r/>
    </w:p>
    <w:p>
      <w:r/>
      <w:r>
        <w:t>Essential Takeaways</w:t>
      </w:r>
      <w:r/>
      <w:r/>
    </w:p>
    <w:p>
      <w:pPr>
        <w:pStyle w:val="ListBullet"/>
        <w:spacing w:line="240" w:lineRule="auto"/>
        <w:ind w:left="720"/>
      </w:pPr>
      <w:r/>
      <w:r>
        <w:rPr>
          <w:b/>
        </w:rPr>
        <w:t>Historic winners:</w:t>
      </w:r>
      <w:r>
        <w:t xml:space="preserve"> London’s Kings Cross Steelers reclaimed the Bingham Cup, beating the Sydney Convicts 12-5, their second tournament victory. </w:t>
      </w:r>
      <w:r/>
    </w:p>
    <w:p>
      <w:pPr>
        <w:pStyle w:val="ListBullet"/>
        <w:spacing w:line="240" w:lineRule="auto"/>
        <w:ind w:left="720"/>
      </w:pPr>
      <w:r/>
      <w:r>
        <w:rPr>
          <w:b/>
        </w:rPr>
        <w:t>Big turnout:</w:t>
      </w:r>
      <w:r>
        <w:t xml:space="preserve"> Around 50 teams competed across multiple trophies, from the Amanda Mark Cup to the Challenger Stein. </w:t>
      </w:r>
      <w:r/>
    </w:p>
    <w:p>
      <w:pPr>
        <w:pStyle w:val="ListBullet"/>
        <w:spacing w:line="240" w:lineRule="auto"/>
        <w:ind w:left="720"/>
      </w:pPr>
      <w:r/>
      <w:r>
        <w:rPr>
          <w:b/>
        </w:rPr>
        <w:t>Festival atmosphere:</w:t>
      </w:r>
      <w:r>
        <w:t xml:space="preserve"> Organisers and players described Brisbane’s vibe as “electric and joyful,” mixing fierce matches with lively social events. </w:t>
      </w:r>
      <w:r/>
    </w:p>
    <w:p>
      <w:pPr>
        <w:pStyle w:val="ListBullet"/>
        <w:spacing w:line="240" w:lineRule="auto"/>
        <w:ind w:left="720"/>
      </w:pPr>
      <w:r/>
      <w:r>
        <w:rPr>
          <w:b/>
        </w:rPr>
        <w:t>Legacy and values:</w:t>
      </w:r>
      <w:r>
        <w:t xml:space="preserve"> Leaders highlighted the tournament’s roots in Mark Bingham’s legacy , inclusion, belonging and friendship through rugby. </w:t>
      </w:r>
      <w:r/>
    </w:p>
    <w:p>
      <w:pPr>
        <w:pStyle w:val="ListBullet"/>
        <w:spacing w:line="240" w:lineRule="auto"/>
        <w:ind w:left="720"/>
      </w:pPr>
      <w:r/>
      <w:r>
        <w:rPr>
          <w:b/>
        </w:rPr>
        <w:t>Next stop:</w:t>
      </w:r>
      <w:r>
        <w:t xml:space="preserve"> Leeds, UK, won the bid to host the 2028 Bingham Cup, marking England’s third time staging the event.</w:t>
      </w:r>
      <w:r/>
      <w:r/>
    </w:p>
    <w:p>
      <w:pPr>
        <w:pStyle w:val="Heading2"/>
      </w:pPr>
      <w:r>
        <w:t>A final that felt like a storybook ending</w:t>
      </w:r>
      <w:r/>
    </w:p>
    <w:p>
      <w:r/>
      <w:r>
        <w:t>The tournament’s showpiece match delivered a tight, gritty contest and a tangible sigh of relief for the victors, with the Kings Cross Steelers lifting the top prize after a 12-5 win over the Sydney Convicts. Reporters at the final noted a mix of tension and warmth in the air, a feeling of shared history as much as competition. According to ITV, the Steelers’ win was celebrated by players and supporters who’d travelled halfway around the world, proving these events are as much about camaraderie as scoreboard glory.</w:t>
      </w:r>
      <w:r/>
    </w:p>
    <w:p>
      <w:pPr>
        <w:pStyle w:val="Heading2"/>
      </w:pPr>
      <w:r>
        <w:t>Brisbane served the party as well as the pitches</w:t>
      </w:r>
      <w:r/>
    </w:p>
    <w:p>
      <w:r/>
      <w:r>
        <w:t>Organisers say the weekend was packed with more than rugby; welcoming and closing parties, social fixtures and local hospitality turned the tournament into a proper festival. Visit Brisbane and local coverage described how venues around the city hosted draws and socials, giving visiting teams a chance to explore and unwind between matches. If you’re heading to the Bingham Cup in future, plan for both shin pads and social shoes , you’ll need both.</w:t>
      </w:r>
      <w:r/>
    </w:p>
    <w:p>
      <w:pPr>
        <w:pStyle w:val="Heading2"/>
      </w:pPr>
      <w:r>
        <w:t>Multiple trophies, multiple stories</w:t>
      </w:r>
      <w:r/>
    </w:p>
    <w:p>
      <w:r/>
      <w:r>
        <w:t>The Bingham Cup isn’t just one trophy , it’s a tiered championship that allows clubs of many levels to compete and take home silverware. From the Amanda Mark Cup to the Challenger Stein, winners ranged from Ottawa Wolves to the Perth Rams. Outsports’ coverage of the event highlighted standout performances across divisions, meaning clubs that train hard get their moment in the sun , and travelling supporters get plenty to cheer about.</w:t>
      </w:r>
      <w:r/>
    </w:p>
    <w:p>
      <w:pPr>
        <w:pStyle w:val="Heading2"/>
      </w:pPr>
      <w:r>
        <w:t>Why the Bingham Cup matters beyond the scoreboard</w:t>
      </w:r>
      <w:r/>
    </w:p>
    <w:p>
      <w:r/>
      <w:r>
        <w:t>Tournament leaders and IGR representatives keep reminding fans that this event exists to honour Mark Bingham’s legacy by forging inclusive spaces in sport. Jason Garrick and Quinton Leduc both reflected on how the Cup brings people together and creates a sense of belonging, an observation reflected in numerous player interviews. For many teams, the Bingham Cup is a rare opportunity to compete openly and visibly, which matters for grassroots growth and for changing perceptions of rugby culture.</w:t>
      </w:r>
      <w:r/>
    </w:p>
    <w:p>
      <w:pPr>
        <w:pStyle w:val="Heading2"/>
      </w:pPr>
      <w:r>
        <w:t>Leeds 2028: what to expect and why it’s a win for UK rugby</w:t>
      </w:r>
      <w:r/>
    </w:p>
    <w:p>
      <w:r/>
      <w:r>
        <w:t>At the closing ceremony organisers announced Leeds as host for the 2028 tournament, following successful bids from the city’s inclusive side, the Leeds Hunters. England has hosted twice before, and bringing the Cup to Leeds signals strong local support and good infrastructure for a large, international event. If you’re in the UK and curious, start watching how local clubs gear up , bids like this often spark new programmes, recruitment drives and community partnerships.</w:t>
      </w:r>
      <w:r/>
    </w:p>
    <w:p>
      <w:r/>
      <w:r>
        <w:t>It's a small change that can make every match , and every clubhouse ,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https://www.gaycities.com/articles/106999/the-bingham-cup-rocks-brisbane-and-organizers-announce-host-city-for-2028/</w:t>
        </w:r>
      </w:hyperlink>
      <w:r>
        <w:t xml:space="preserve"> - Please view link - unable to able to access data</w:t>
      </w:r>
      <w:r/>
    </w:p>
    <w:p>
      <w:pPr>
        <w:pStyle w:val="ListNumber"/>
        <w:spacing w:line="240" w:lineRule="auto"/>
        <w:ind w:left="720"/>
      </w:pPr>
      <w:r/>
      <w:hyperlink r:id="rId10">
        <w:r>
          <w:rPr>
            <w:color w:val="0000EE"/>
            <w:u w:val="single"/>
          </w:rPr>
          <w:t>https://www.itv.com/news/london/2026-08-24/kings-cross-steelers-win-international-gay-rugby-tournament-the-bingham-cup</w:t>
        </w:r>
      </w:hyperlink>
      <w:r>
        <w:t xml:space="preserve"> - The Kings Cross Steelers, a London-based rugby club, secured victory at the Bingham Cup in Brisbane, Australia, defeating the Sydney Convicts 12-5 in the final. The tournament, held every two years, attracted around 50 teams globally. The Steelers' coach, Bryan Vester, expressed immense pride in the team's dedication and character throughout the competition. The event also featured various social gatherings, including welcoming and closing parties, fostering a vibrant atmosphere for participants and supporters alike.</w:t>
      </w:r>
      <w:r/>
    </w:p>
    <w:p>
      <w:pPr>
        <w:pStyle w:val="ListNumber"/>
        <w:spacing w:line="240" w:lineRule="auto"/>
        <w:ind w:left="720"/>
      </w:pPr>
      <w:r/>
      <w:hyperlink r:id="rId11">
        <w:r>
          <w:rPr>
            <w:color w:val="0000EE"/>
            <w:u w:val="single"/>
          </w:rPr>
          <w:t>https://www.outsports.com/2026/8/24/24142162/kings-cross-steelers-bingham-cup-gay-inclusive-rugby-lgbtq-brisbane/</w:t>
        </w:r>
      </w:hyperlink>
      <w:r>
        <w:t xml:space="preserve"> - The Kings Cross Steelers clinched the Bingham Cup in Brisbane, marking their second championship after a previous win in Ottawa in 2022. The team dominated the tournament, finishing pool stages without conceding a single point. Their journey included a semifinal victory over the Brisbane Hustlers and a final win against the Sydney Convicts. Captain Gareth Jones highlighted the team's hard work and unity, while coach Bryan Vester praised their trust and character throughout the tournament.</w:t>
      </w:r>
      <w:r/>
    </w:p>
    <w:p>
      <w:pPr>
        <w:pStyle w:val="ListNumber"/>
        <w:spacing w:line="240" w:lineRule="auto"/>
        <w:ind w:left="720"/>
      </w:pPr>
      <w:r/>
      <w:hyperlink r:id="rId14">
        <w:r>
          <w:rPr>
            <w:color w:val="0000EE"/>
            <w:u w:val="single"/>
          </w:rPr>
          <w:t>https://www.outsports.com/2026/8/27/24142364/bingham-cup-2026-lgbtq-gay-rugby-igr-shirtless-athlete-photos/</w:t>
        </w:r>
      </w:hyperlink>
      <w:r>
        <w:t xml:space="preserve"> - The 2026 Bingham Cup in Brisbane showcased outstanding LGBTQ-inclusive rugby, camaraderie, and celebration. Teams from over 30 clubs worldwide participated, with the Kings Cross Steelers and Ottawa Wolves emerging as champions. The event honoured Mark Bingham's legacy, with President Jason Garrick praising the volunteers and partners who made it possible. Quinton Leduc, chair of International Gay Rugby, emphasised the tournament's role in bringing people together through rugby, fostering a sense of belonging and celebrating diversity.</w:t>
      </w:r>
      <w:r/>
    </w:p>
    <w:p>
      <w:pPr>
        <w:pStyle w:val="ListNumber"/>
        <w:spacing w:line="240" w:lineRule="auto"/>
        <w:ind w:left="720"/>
      </w:pPr>
      <w:r/>
      <w:hyperlink r:id="rId12">
        <w:r>
          <w:rPr>
            <w:color w:val="0000EE"/>
            <w:u w:val="single"/>
          </w:rPr>
          <w:t>https://visit.brisbane.qld.au/whats-on/northern-suburbs/sporting-events/bingham-cup-brisbane-e76a</w:t>
        </w:r>
      </w:hyperlink>
      <w:r>
        <w:t xml:space="preserve"> - The Bingham Cup and Amanda Mark Cup brought the global gay and inclusive rugby community to Brisbane, Australia. The event featured three days of international rugby, inclusive competition, and a welcoming atmosphere. Teams from around the world competed, connecting and celebrating the sport they love. Matches included teams with varied levels of experience, all played with pride, determination, and respect. Beyond rugby, the event celebrated inclusion, friendship, and belonging, creating connections across cultures and providing a stage for inclusive rugby clubs.</w:t>
      </w:r>
      <w:r/>
    </w:p>
    <w:p>
      <w:pPr>
        <w:pStyle w:val="ListNumber"/>
        <w:spacing w:line="240" w:lineRule="auto"/>
        <w:ind w:left="720"/>
      </w:pPr>
      <w:r/>
      <w:hyperlink r:id="rId13">
        <w:r>
          <w:rPr>
            <w:color w:val="0000EE"/>
            <w:u w:val="single"/>
          </w:rPr>
          <w:t>https://australia.rugby/diversity/lgbtq-inclusion/tournaments</w:t>
        </w:r>
      </w:hyperlink>
      <w:r>
        <w:t xml:space="preserve"> - The Bingham Cup is the biennial world championship of gay and inclusive rugby, created to honour Mark Bingham, a gay rugby player and 9/11 hero. The tournament celebrates equality, inclusivity, and sportsmanship, bringing together teams from around the world. Hosting duties are awarded through a bidding process among International Gay Rugby (IGR) members. Australia last hosted the Bingham Cup in Sydney in 2014, with Brisbane set to host the next tournament in 2026.</w:t>
      </w:r>
      <w:r/>
    </w:p>
    <w:p>
      <w:pPr>
        <w:pStyle w:val="ListNumber"/>
        <w:spacing w:line="240" w:lineRule="auto"/>
        <w:ind w:left="720"/>
      </w:pPr>
      <w:r/>
      <w:hyperlink r:id="rId15">
        <w:r>
          <w:rPr>
            <w:color w:val="0000EE"/>
            <w:u w:val="single"/>
          </w:rPr>
          <w:t>https://www.thicknjuicy.com.au/binghamcup/</w:t>
        </w:r>
      </w:hyperlink>
      <w:r>
        <w:t xml:space="preserve"> - THICK ‘N’ JUICY partnered with International Gay Rugby and Brisbane Hustlers to host the Official Welcome Party and Official Tournament Party for the 2026 Bingham Cup and Amanda Mark Cup in Brisbane. The events featured incredible production, legendary DJs, amazing performers, and a massive friendly crowd celebrating pride, sport, and community. The parties were open to everyone, welcoming thousands of LGBTQ+ rugby players and fans from around the world to be part of the celebration of queer and inclusive rugby.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999/the-bingham-cup-rocks-brisbane-and-organizers-announce-host-city-for-2028/" TargetMode="External"/><Relationship Id="rId10" Type="http://schemas.openxmlformats.org/officeDocument/2006/relationships/hyperlink" Target="https://www.itv.com/news/london/2026-08-24/kings-cross-steelers-win-international-gay-rugby-tournament-the-bingham-cup" TargetMode="External"/><Relationship Id="rId11" Type="http://schemas.openxmlformats.org/officeDocument/2006/relationships/hyperlink" Target="https://www.outsports.com/2026/8/24/24142162/kings-cross-steelers-bingham-cup-gay-inclusive-rugby-lgbtq-brisbane/" TargetMode="External"/><Relationship Id="rId12" Type="http://schemas.openxmlformats.org/officeDocument/2006/relationships/hyperlink" Target="https://visit.brisbane.qld.au/whats-on/northern-suburbs/sporting-events/bingham-cup-brisbane-e76a" TargetMode="External"/><Relationship Id="rId13" Type="http://schemas.openxmlformats.org/officeDocument/2006/relationships/hyperlink" Target="https://australia.rugby/diversity/lgbtq-inclusion/tournaments" TargetMode="External"/><Relationship Id="rId14" Type="http://schemas.openxmlformats.org/officeDocument/2006/relationships/hyperlink" Target="https://www.outsports.com/2026/8/27/24142364/bingham-cup-2026-lgbtq-gay-rugby-igr-shirtless-athlete-photos/" TargetMode="External"/><Relationship Id="rId15" Type="http://schemas.openxmlformats.org/officeDocument/2006/relationships/hyperlink" Target="https://www.thicknjuicy.com.au/binghamc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