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Aurora Pride 2026 Guide: Where to Go, What to See at Winged Melody Park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community, Aurora Pride 2026 moves to Winged Melody Park for a free, all-ages celebration that pairs live music, drag, DJs, food and family activities , now amplified by a partnership with Latino Pride, making this one of the most diverse Pride gatherings in the area.</w:t>
      </w:r>
      <w:r/>
    </w:p>
    <w:p>
      <w:r/>
      <w:r>
        <w:t>Essential Takeaways</w:t>
      </w:r>
      <w:r/>
      <w:r/>
    </w:p>
    <w:p>
      <w:pPr>
        <w:pStyle w:val="ListBullet"/>
        <w:spacing w:line="240" w:lineRule="auto"/>
        <w:ind w:left="720"/>
      </w:pPr>
      <w:r/>
      <w:r>
        <w:rPr>
          <w:b/>
        </w:rPr>
        <w:t>When and where:</w:t>
      </w:r>
      <w:r>
        <w:t xml:space="preserve"> Aurora Pride takes place Aug. 29, 11 a.m.–7 p.m. at Winged Melody Park in The Aurora Highlands, free for all.</w:t>
      </w:r>
      <w:r/>
    </w:p>
    <w:p>
      <w:pPr>
        <w:pStyle w:val="ListBullet"/>
        <w:spacing w:line="240" w:lineRule="auto"/>
        <w:ind w:left="720"/>
      </w:pPr>
      <w:r/>
      <w:r>
        <w:rPr>
          <w:b/>
        </w:rPr>
        <w:t>What to expect:</w:t>
      </w:r>
      <w:r>
        <w:t xml:space="preserve"> Live music, drag sets, DJs, artists, craft vendors, food stalls and family-friendly programming , vibrant, inclusive and outdoors.</w:t>
      </w:r>
      <w:r/>
    </w:p>
    <w:p>
      <w:pPr>
        <w:pStyle w:val="ListBullet"/>
        <w:spacing w:line="240" w:lineRule="auto"/>
        <w:ind w:left="720"/>
      </w:pPr>
      <w:r/>
      <w:r>
        <w:rPr>
          <w:b/>
        </w:rPr>
        <w:t>New this year:</w:t>
      </w:r>
      <w:r>
        <w:t xml:space="preserve"> Aurora Pride is collaborating with Latino Pride, adding broader cultural representation and programming.</w:t>
      </w:r>
      <w:r/>
    </w:p>
    <w:p>
      <w:pPr>
        <w:pStyle w:val="ListBullet"/>
        <w:spacing w:line="240" w:lineRule="auto"/>
        <w:ind w:left="720"/>
      </w:pPr>
      <w:r/>
      <w:r>
        <w:rPr>
          <w:b/>
        </w:rPr>
        <w:t>Evening extension:</w:t>
      </w:r>
      <w:r>
        <w:t xml:space="preserve"> The Aurora Highlands continues the party with a Concert at the Park projection-lighting show and late-night performances.</w:t>
      </w:r>
      <w:r/>
    </w:p>
    <w:p>
      <w:pPr>
        <w:pStyle w:val="ListBullet"/>
        <w:spacing w:line="240" w:lineRule="auto"/>
        <w:ind w:left="720"/>
      </w:pPr>
      <w:r/>
      <w:r>
        <w:rPr>
          <w:b/>
        </w:rPr>
        <w:t>Practical note:</w:t>
      </w:r>
      <w:r>
        <w:t xml:space="preserve"> Bring sun protection, a water bottle and comfy shoes , the park layout is spread out and the day runs long.</w:t>
      </w:r>
      <w:r/>
      <w:r/>
    </w:p>
    <w:p>
      <w:pPr>
        <w:pStyle w:val="Heading2"/>
      </w:pPr>
      <w:r>
        <w:t>Aurora Pride arrives at Winged Melody Park , a bigger, brighter backyard party</w:t>
      </w:r>
      <w:r/>
    </w:p>
    <w:p>
      <w:r/>
      <w:r>
        <w:t>Aurora Pride 2026 is relocating to Winged Melody Park, and you’ll notice the space feels intentionally festival-friendly , green lawn, wide walkways and room for stages and vendors. According to official event listings, the day runs 11 a.m. to 7 p.m., with activities for all ages. Organisers have leaned into accessibility and family programming, so this won’t be the kind of Pride that’s only for late-night revelry. If you’re planning to come with kids, it’s built to be welcoming and visible.</w:t>
      </w:r>
      <w:r/>
    </w:p>
    <w:p>
      <w:pPr>
        <w:pStyle w:val="Heading2"/>
      </w:pPr>
      <w:r>
        <w:t>Latino Pride partnership means richer cultural programming</w:t>
      </w:r>
      <w:r/>
    </w:p>
    <w:p>
      <w:r/>
      <w:r>
        <w:t>This year’s tie-up with Latino Pride brings more than a logo; it layers in artists, performers and food that reflect Aurora’s diverse communities. That’s useful if you want a Pride experience with multiple cultural voices on stage and at vendor stalls. Expect bilingual or Spanish-language elements and performances rooted in Latino traditions alongside drag, DJs and contemporary acts.</w:t>
      </w:r>
      <w:r/>
    </w:p>
    <w:p>
      <w:pPr>
        <w:pStyle w:val="Heading2"/>
      </w:pPr>
      <w:r>
        <w:t>Evening highlights: Concert at the Park and projection-light spectacle</w:t>
      </w:r>
      <w:r/>
    </w:p>
    <w:p>
      <w:r/>
      <w:r>
        <w:t>Don’t head home too early , the Aurora Highlands hosts a Concert at the Park at Umi in Hogan Park the same evening, starting at 7 p.m., featuring acoustic guitar and a Gospel House set, then a projection-lighting show into the night. It’s a quieter, more atmospheric complement to the daytime festival and a great way to wind down while still soaking in community energy and lights.</w:t>
      </w:r>
      <w:r/>
    </w:p>
    <w:p>
      <w:pPr>
        <w:pStyle w:val="Heading2"/>
      </w:pPr>
      <w:r>
        <w:t>How to navigate the day: tips for families, first-timers and festival pros</w:t>
      </w:r>
      <w:r/>
    </w:p>
    <w:p>
      <w:r/>
      <w:r>
        <w:t>Bring sunscreen, refillable water and a lightweight blanket or folding chair , shade can be limited and the layout encourages picnicking. If you want merchandise or food, arrive earlier in the afternoon before queues form. For families, check set times for kid-friendly performances and resource tables; the festival offers community-resource booths and a calendar of programming online. And if crowds aren’t your thing, aim for the late afternoon or the adjacent evening events to enjoy lower footfall.</w:t>
      </w:r>
      <w:r/>
    </w:p>
    <w:p>
      <w:pPr>
        <w:pStyle w:val="Heading2"/>
      </w:pPr>
      <w:r>
        <w:t>Why Aurora Pride matters locally , and what to watch next</w:t>
      </w:r>
      <w:r/>
    </w:p>
    <w:p>
      <w:r/>
      <w:r>
        <w:t>Aurora Pride has grown from smaller community gatherings into a marquee event that signals the city’s evolving cultural scene. The partnership with Latino Pride and the move to a high-profile public park show organisers are thinking bigger and more inclusively. Keep an eye on future line-ups and the Aurora Highlands schedule , the area is positioning itself as a cultural hub with year-round events that follow the Pride momentum.</w:t>
      </w:r>
      <w:r/>
    </w:p>
    <w:p>
      <w:r/>
      <w:r>
        <w:t>It's a small change that can make every Pride celebration more open, colourful and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https://sentinelcolorado.com/metro/sentinel-muse-aurora-pride-festival-leads-a-busy-weekend-of-shows-fun-and-events/</w:t>
        </w:r>
      </w:hyperlink>
      <w:r>
        <w:t xml:space="preserve"> - Please view link - unable to able to access data</w:t>
      </w:r>
      <w:r/>
    </w:p>
    <w:p>
      <w:pPr>
        <w:pStyle w:val="ListNumber"/>
        <w:spacing w:line="240" w:lineRule="auto"/>
        <w:ind w:left="720"/>
      </w:pPr>
      <w:r/>
      <w:hyperlink r:id="rId10">
        <w:r>
          <w:rPr>
            <w:color w:val="0000EE"/>
            <w:u w:val="single"/>
          </w:rPr>
          <w:t>https://www.aurorapride.com/</w:t>
        </w:r>
      </w:hyperlink>
      <w:r>
        <w:t xml:space="preserve"> - Aurora Pride 2026 is scheduled for Saturday, August 29, 2026, from 11:00 AM to 7:00 PM at Winged Melody Park, East 38th Place, Aurora, CO. The event is free and open to all ages, featuring live music, drag performances, DJs, artists, craft vendors, food, and family activities. This year, Aurora Pride is partnering with Latino Pride to enhance cultural representation. Attendees are encouraged to bring lawn chairs, umbrellas, and sunscreen for a day of fun in the sun. Parking is limited; rideshare or carpooling is recommended. For more information, visit the official website.</w:t>
      </w:r>
      <w:r/>
    </w:p>
    <w:p>
      <w:pPr>
        <w:pStyle w:val="ListNumber"/>
        <w:spacing w:line="240" w:lineRule="auto"/>
        <w:ind w:left="720"/>
      </w:pPr>
      <w:r/>
      <w:hyperlink r:id="rId12">
        <w:r>
          <w:rPr>
            <w:color w:val="0000EE"/>
            <w:u w:val="single"/>
          </w:rPr>
          <w:t>https://www.milehighonthecheap.com/aurora-pride/</w:t>
        </w:r>
      </w:hyperlink>
      <w:r>
        <w:t xml:space="preserve"> - Aurora Pride 2026 is set for Saturday, August 29, 2026, at Winged Melody Park in Aurora, Colorado. The free, all-ages event runs from 11 a.m. to 7 p.m. and includes live music, drag performers, DJs, artisan and craft vendors, food and drinks, free carousel rides, and family-friendly activities. This year, Aurora Pride is partnering with Latino Pride to celebrate Aurora's diverse LGBTQ+ community. After the daytime festivities, the celebration continues with a Concert at the Park at Umi at Hogan Park at Highlands Creek, featuring live performances by Michael Cecere and Pameluv.</w:t>
      </w:r>
      <w:r/>
    </w:p>
    <w:p>
      <w:pPr>
        <w:pStyle w:val="ListNumber"/>
        <w:spacing w:line="240" w:lineRule="auto"/>
        <w:ind w:left="720"/>
      </w:pPr>
      <w:r/>
      <w:hyperlink r:id="rId11">
        <w:r>
          <w:rPr>
            <w:color w:val="0000EE"/>
            <w:u w:val="single"/>
          </w:rPr>
          <w:t>https://www.unation.com/event/aurora-pride-2026-70028703/</w:t>
        </w:r>
      </w:hyperlink>
      <w:r>
        <w:t xml:space="preserve"> - Aurora Pride 2026 is scheduled for Saturday, August 29, 2026, from 11:00 AM to 7:00 PM at Winged Melody Park, East 38th Place, Aurora, CO 80019. The event is free and open to all ages, featuring live music, drag performances, DJs, artists, craft vendors, food, and family activities. This year, Aurora Pride is partnering with Latino Pride to enhance cultural representation. For more details and ticket information, visit the event page.</w:t>
      </w:r>
      <w:r/>
    </w:p>
    <w:p>
      <w:pPr>
        <w:pStyle w:val="ListNumber"/>
        <w:spacing w:line="240" w:lineRule="auto"/>
        <w:ind w:left="720"/>
      </w:pPr>
      <w:r/>
      <w:hyperlink r:id="rId13">
        <w:r>
          <w:rPr>
            <w:color w:val="0000EE"/>
            <w:u w:val="single"/>
          </w:rPr>
          <w:t>https://denvermomcollective.com/event/aurora-pride/</w:t>
        </w:r>
      </w:hyperlink>
      <w:r>
        <w:t xml:space="preserve"> - Aurora Pride 2026 is set for Saturday, August 29, 2026, from 11:00 AM to 7:00 PM at Winged Melody Park, East 38th Place, Aurora, CO. The free, all-ages event features live music, drag performers, DJs, artists, craft vendors, food, and family activities. This year, Aurora Pride is partnering with Latino Pride to enhance cultural representation. For more information, visit the event page.</w:t>
      </w:r>
      <w:r/>
    </w:p>
    <w:p>
      <w:pPr>
        <w:pStyle w:val="ListNumber"/>
        <w:spacing w:line="240" w:lineRule="auto"/>
        <w:ind w:left="720"/>
      </w:pPr>
      <w:r/>
      <w:hyperlink r:id="rId12">
        <w:r>
          <w:rPr>
            <w:color w:val="0000EE"/>
            <w:u w:val="single"/>
          </w:rPr>
          <w:t>https://www.milehighonthecheap.com/aurora-pride/</w:t>
        </w:r>
      </w:hyperlink>
      <w:r>
        <w:t xml:space="preserve"> - Aurora Pride 2026 is scheduled for Saturday, August 29, 2026, at Winged Melody Park in Aurora, Colorado. The free, all-ages event runs from 11 a.m. to 7 p.m. and includes live music, drag performers, DJs, artisan and craft vendors, food and drinks, free carousel rides, and family-friendly activities. This year, Aurora Pride is partnering with Latino Pride to celebrate Aurora's diverse LGBTQ+ community. After the daytime festivities, the celebration continues with a Concert at the Park at Umi at Hogan Park at Highlands Creek, featuring live performances by Michael Cecere and Pameluv.</w:t>
      </w:r>
      <w:r/>
    </w:p>
    <w:p>
      <w:pPr>
        <w:pStyle w:val="ListNumber"/>
        <w:spacing w:line="240" w:lineRule="auto"/>
        <w:ind w:left="720"/>
      </w:pPr>
      <w:r/>
      <w:hyperlink r:id="rId14">
        <w:r>
          <w:rPr>
            <w:color w:val="0000EE"/>
            <w:u w:val="single"/>
          </w:rPr>
          <w:t>https://www.thegayagenda.fyi/boulder/events/aurora-pride-2026-aug-29-2026/</w:t>
        </w:r>
      </w:hyperlink>
      <w:r>
        <w:t xml:space="preserve"> - Aurora Pride 2026 is an in-person event taking place at Winged Melody Park in Aurora, Colorado, on August 29, 2026, from 11:00 AM to 7:00 PM. Organized by OUT FRONT Foundation &amp; OFM, the event celebrates and advocates for the LGBTQ+ community with educational opportunities, resources, music, and performances. There are no tickets or attendance fees required, and the event is suitable for all ages.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entinelcolorado.com/metro/sentinel-muse-aurora-pride-festival-leads-a-busy-weekend-of-shows-fun-and-events/" TargetMode="External"/><Relationship Id="rId10" Type="http://schemas.openxmlformats.org/officeDocument/2006/relationships/hyperlink" Target="https://www.aurorapride.com/" TargetMode="External"/><Relationship Id="rId11" Type="http://schemas.openxmlformats.org/officeDocument/2006/relationships/hyperlink" Target="https://www.unation.com/event/aurora-pride-2026-70028703/" TargetMode="External"/><Relationship Id="rId12" Type="http://schemas.openxmlformats.org/officeDocument/2006/relationships/hyperlink" Target="https://www.milehighonthecheap.com/aurora-pride/" TargetMode="External"/><Relationship Id="rId13" Type="http://schemas.openxmlformats.org/officeDocument/2006/relationships/hyperlink" Target="https://denvermomcollective.com/event/aurora-pride/" TargetMode="External"/><Relationship Id="rId14" Type="http://schemas.openxmlformats.org/officeDocument/2006/relationships/hyperlink" Target="https://www.thegayagenda.fyi/boulder/events/aurora-pride-2026-aug-29-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