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All‑Trans Love Island USA Casting Ideas to Shake Up the Villa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with possibility, fans are imagining an all-trans season of Love Island USA , who would walk through those hot‑pink doors, why it matters, and how a trans‑forward cast could change reality dating on TV. Here’s a lively wishlist of personalities who’d bring style, stories, and sparks to Fiji.</w:t>
      </w:r>
      <w:r/>
    </w:p>
    <w:p>
      <w:r/>
      <w:r>
        <w:t>Essential Takeaways</w:t>
      </w:r>
      <w:r/>
      <w:r/>
    </w:p>
    <w:p>
      <w:pPr>
        <w:pStyle w:val="ListBullet"/>
        <w:spacing w:line="240" w:lineRule="auto"/>
        <w:ind w:left="720"/>
      </w:pPr>
      <w:r/>
      <w:r>
        <w:rPr>
          <w:b/>
        </w:rPr>
        <w:t>Big names, big energy:</w:t>
      </w:r>
      <w:r>
        <w:t xml:space="preserve"> TikTok stars, models and performers like Ve’ondre Mitchell and Zaya Perysian would bring immediacy and charisma to the villa.</w:t>
      </w:r>
      <w:r/>
    </w:p>
    <w:p>
      <w:pPr>
        <w:pStyle w:val="ListBullet"/>
        <w:spacing w:line="240" w:lineRule="auto"/>
        <w:ind w:left="720"/>
      </w:pPr>
      <w:r/>
      <w:r>
        <w:rPr>
          <w:b/>
        </w:rPr>
        <w:t>Diverse skills:</w:t>
      </w:r>
      <w:r>
        <w:t xml:space="preserve"> DJs, writers and tattoo artists would keep downtime interesting , think curated playlists, bite‑sized drama, and spontaneous stick‑and‑poke sessions.</w:t>
      </w:r>
      <w:r/>
    </w:p>
    <w:p>
      <w:pPr>
        <w:pStyle w:val="ListBullet"/>
        <w:spacing w:line="240" w:lineRule="auto"/>
        <w:ind w:left="720"/>
      </w:pPr>
      <w:r/>
      <w:r>
        <w:rPr>
          <w:b/>
        </w:rPr>
        <w:t>Representation matters:</w:t>
      </w:r>
      <w:r>
        <w:t xml:space="preserve"> An all‑trans season would answer calls for more queer visibility on mainstream dating shows and expand on earlier moments of LGBTQ+ inclusion.</w:t>
      </w:r>
      <w:r/>
    </w:p>
    <w:p>
      <w:pPr>
        <w:pStyle w:val="ListBullet"/>
        <w:spacing w:line="240" w:lineRule="auto"/>
        <w:ind w:left="720"/>
      </w:pPr>
      <w:r/>
      <w:r>
        <w:rPr>
          <w:b/>
        </w:rPr>
        <w:t>Camera‑ready and candid:</w:t>
      </w:r>
      <w:r>
        <w:t xml:space="preserve"> Many suggested islanders already have on‑screen experience or huge followings, so they’d likely translate well to serialized television.</w:t>
      </w:r>
      <w:r/>
    </w:p>
    <w:p>
      <w:pPr>
        <w:pStyle w:val="ListBullet"/>
        <w:spacing w:line="240" w:lineRule="auto"/>
        <w:ind w:left="720"/>
      </w:pPr>
      <w:r/>
      <w:r>
        <w:rPr>
          <w:b/>
        </w:rPr>
        <w:t>Vibe check:</w:t>
      </w:r>
      <w:r>
        <w:t xml:space="preserve"> Expect a mix of humour, activism, artistry and flirtation , and lots of fashion moments.</w:t>
      </w:r>
      <w:r/>
      <w:r/>
    </w:p>
    <w:p>
      <w:pPr>
        <w:pStyle w:val="Heading2"/>
      </w:pPr>
      <w:r>
        <w:t>Why an all‑trans Love Island would feel like a cultural reset</w:t>
      </w:r>
      <w:r/>
    </w:p>
    <w:p>
      <w:r/>
      <w:r>
        <w:t>Reality TV tweaks the frame through which we see dating, and the idea of a trans season reads as both celebration and course correction. Fans and some stars have long said they want more queer contestants on Love Island USA, and a deliberately trans cast would centre stories that mainstream seasons have mostly missed. It would be vivid, candid television , equal parts glamour and the gritty honesty that comes from people living openly. For viewers tired of the same cishet tropes, it would feel fresh and necessary.</w:t>
      </w:r>
      <w:r/>
    </w:p>
    <w:p>
      <w:pPr>
        <w:pStyle w:val="Heading2"/>
      </w:pPr>
      <w:r>
        <w:t>Who would carry the drama and charm , the obvious picks</w:t>
      </w:r>
      <w:r/>
    </w:p>
    <w:p>
      <w:r/>
      <w:r>
        <w:t>Think Ve’ondre Mitchell and Zaya Perysian: creators who already command millions of followers and know how to perform for a camera. These personalities bring instant audience investment and a knack for storytelling, whether through fashion, music or the infamous TikTok storytime. Production wins when islanders arrive with their own fan bases and a clear creative voice, because that fuels water‑cooler moments and social chatter between episodes.</w:t>
      </w:r>
      <w:r/>
    </w:p>
    <w:p>
      <w:pPr>
        <w:pStyle w:val="Heading2"/>
      </w:pPr>
      <w:r>
        <w:t>The multi‑hyphenates who’d make downtime sing</w:t>
      </w:r>
      <w:r/>
    </w:p>
    <w:p>
      <w:r/>
      <w:r>
        <w:t>Love Island isn’t nonstop action; a lot of the fun is in the gaps. That’s where DJs and event producers like Adair and model‑DJ hybrids thrive, curating the villa soundtrack and keeping energy high. A cast with performers and promoters means believable party scenes, impromptu drag looks and the kind of cosy companionship that makes coupling rituals feel lived‑in. It’s a subtle way to make the show feel like a real summer house, not just a set.</w:t>
      </w:r>
      <w:r/>
    </w:p>
    <w:p>
      <w:pPr>
        <w:pStyle w:val="Heading2"/>
      </w:pPr>
      <w:r>
        <w:t>Writers, comedians and performers to read the room</w:t>
      </w:r>
      <w:r/>
    </w:p>
    <w:p>
      <w:r/>
      <w:r>
        <w:t>You want someone who’ll call out nonsense with precision , a Kayla Poyer‑type wordsmith, a quick‑witted comic like Jordan Snyder, or a performer such as Chiquitita could turn movie‑night critiques into must‑watch TV. These islanders add texture: clever call‑outs, honest diary‑room moments and the kind of quotable lines that trend. They also tend to keep the tone sharp; humour softens heavy moments and helps broader audiences lean in.</w:t>
      </w:r>
      <w:r/>
    </w:p>
    <w:p>
      <w:pPr>
        <w:pStyle w:val="Heading2"/>
      </w:pPr>
      <w:r>
        <w:t>What representation on this scale could mean off‑screen</w:t>
      </w:r>
      <w:r/>
    </w:p>
    <w:p>
      <w:r/>
      <w:r>
        <w:t>An all‑trans season wouldn’t just be a casting novelty , it would model varied relationships, bodies and gender journeys to millions of viewers. Shows influence cultural comfort zones; mainstream dating formats featuring trans people living, loving and being themselves could chip away at stigma. That said, producers would need to avoid turning identity into spectacle and instead centre consent, safety and nuanced storytelling. Done well, it could raise the bar for queer inclusivity in reality TV.</w:t>
      </w:r>
      <w:r/>
    </w:p>
    <w:p>
      <w:pPr>
        <w:pStyle w:val="Heading2"/>
      </w:pPr>
      <w:r>
        <w:t>Practical casting notes producers should mind</w:t>
      </w:r>
      <w:r/>
    </w:p>
    <w:p>
      <w:r/>
      <w:r>
        <w:t>Balance is everything: mix big social stars with performers and quieter, more reflective personalities to avoid a one‑note season. Pay attention to on‑screen experience , some suggested islanders already work with cameras and crowds, which shortens the learning curve. Also, size up the chemistry and logistics: casting should consider comfort with intimacy on‑camera, medical privacy needs, and safe spaces off‑screen for conversations about trans lives. Those details make better TV and protect cast welfare.</w:t>
      </w:r>
      <w:r/>
    </w:p>
    <w:p>
      <w:r/>
      <w:r>
        <w:t>It's a small change that could make every date night a little more interesting.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2">
        <w:r>
          <w:rPr>
            <w:color w:val="0000EE"/>
            <w:u w:val="single"/>
          </w:rPr>
          <w:t>[3]</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https://www.them.us/entertainment/tv-and-movies/love-island-trans-casting</w:t>
        </w:r>
      </w:hyperlink>
      <w:r>
        <w:t xml:space="preserve"> - Please view link - unable to able to access data</w:t>
      </w:r>
      <w:r/>
    </w:p>
    <w:p>
      <w:pPr>
        <w:pStyle w:val="ListNumber"/>
        <w:spacing w:line="240" w:lineRule="auto"/>
        <w:ind w:left="720"/>
      </w:pPr>
      <w:r/>
      <w:hyperlink r:id="rId9">
        <w:r>
          <w:rPr>
            <w:color w:val="0000EE"/>
            <w:u w:val="single"/>
          </w:rPr>
          <w:t>https://www.them.us/entertainment/tv-and-movies/love-island-trans-casting</w:t>
        </w:r>
      </w:hyperlink>
      <w:r>
        <w:t xml:space="preserve"> - An article from Them magazine discussing the lack of transgender representation on 'Love Island USA' and proposing an all-trans season. It highlights the absence of significant queer storylines in the show and suggests featuring 13 transgender models, influencers, actors, and artists to bring diversity to the cast.</w:t>
      </w:r>
      <w:r/>
    </w:p>
    <w:p>
      <w:pPr>
        <w:pStyle w:val="ListNumber"/>
        <w:spacing w:line="240" w:lineRule="auto"/>
        <w:ind w:left="720"/>
      </w:pPr>
      <w:r/>
      <w:hyperlink r:id="rId12">
        <w:r>
          <w:rPr>
            <w:color w:val="0000EE"/>
            <w:u w:val="single"/>
          </w:rPr>
          <w:t>https://www.cheatsheet.com/news/love-island-usa-includes-bisexual-woman-original-cast.html/</w:t>
        </w:r>
      </w:hyperlink>
      <w:r>
        <w:t xml:space="preserve"> - An article from CheatSheet reporting that 'Love Island USA' Season 4 included a bisexual woman in its original cast. The piece highlights the inclusion of bisexual contestants in the show's lineup, marking a step towards greater LGBTQ+ representation.</w:t>
      </w:r>
      <w:r/>
    </w:p>
    <w:p>
      <w:pPr>
        <w:pStyle w:val="ListNumber"/>
        <w:spacing w:line="240" w:lineRule="auto"/>
        <w:ind w:left="720"/>
      </w:pPr>
      <w:r/>
      <w:hyperlink r:id="rId10">
        <w:r>
          <w:rPr>
            <w:color w:val="0000EE"/>
            <w:u w:val="single"/>
          </w:rPr>
          <w:t>https://www.marieclaire.com/culture/tv-shows/love-island-usa-season-8-reunion/</w:t>
        </w:r>
      </w:hyperlink>
      <w:r>
        <w:t xml:space="preserve"> - An article from Marie Claire detailing the upcoming 'Love Island USA' Season 8 reunion special, set to premiere on Peacock on August 31, 2026. The piece provides insights into the reunion's format, co-hosts, and the emotional dynamics expected to unfold.</w:t>
      </w:r>
      <w:r/>
    </w:p>
    <w:p>
      <w:pPr>
        <w:pStyle w:val="ListNumber"/>
        <w:spacing w:line="240" w:lineRule="auto"/>
        <w:ind w:left="720"/>
      </w:pPr>
      <w:r/>
      <w:hyperlink r:id="rId11">
        <w:r>
          <w:rPr>
            <w:color w:val="0000EE"/>
            <w:u w:val="single"/>
          </w:rPr>
          <w:t>https://www.marieclaire.com/culture/tv-shows/ariana-madix-love-island-usa-emmys-interview/</w:t>
        </w:r>
      </w:hyperlink>
      <w:r>
        <w:t xml:space="preserve"> - An interview with Ariana Madix, the host of 'Love Island USA,' featured in Marie Claire. Madix reflects on her journey from theatre enthusiast to Emmy-nominated reality TV host, discussing her experiences on the show and her advocacy for more queer representation.</w:t>
      </w:r>
      <w:r/>
    </w:p>
    <w:p>
      <w:pPr>
        <w:pStyle w:val="ListNumber"/>
        <w:spacing w:line="240" w:lineRule="auto"/>
        <w:ind w:left="720"/>
      </w:pPr>
      <w:r/>
      <w:hyperlink r:id="rId13">
        <w:r>
          <w:rPr>
            <w:color w:val="0000EE"/>
            <w:u w:val="single"/>
          </w:rPr>
          <w:t>https://www.goodmorningamerica.com/culture/story/queer-inclusive-reality-dating-show-love-trip-paris-97456306</w:t>
        </w:r>
      </w:hyperlink>
      <w:r>
        <w:t xml:space="preserve"> - An article from Good Morning America covering the premiere of 'Love Trip: Paris,' a queer-inclusive reality dating show on Freeform. The piece discusses how the show breaks TV barriers by embracing a spectrum of gender and sexuality, featuring an inclusive cast of potential suitors.</w:t>
      </w:r>
      <w:r/>
    </w:p>
    <w:p>
      <w:pPr>
        <w:pStyle w:val="ListNumber"/>
        <w:spacing w:line="240" w:lineRule="auto"/>
        <w:ind w:left="720"/>
      </w:pPr>
      <w:r/>
      <w:hyperlink r:id="rId14">
        <w:r>
          <w:rPr>
            <w:color w:val="0000EE"/>
            <w:u w:val="single"/>
          </w:rPr>
          <w:t>https://www.marieclaire.com/culture/tv-shows/i-kissed-a-girl-how-to-watch/</w:t>
        </w:r>
      </w:hyperlink>
      <w:r>
        <w:t xml:space="preserve"> - An article from Marie Claire providing information on how to watch 'I Kissed a Girl,' a groundbreaking British lesbian reality dating show launched by the BBC in 2024. The piece discusses the show's premise, its reception, and availability for U.S. viewers.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entertainment/tv-and-movies/love-island-trans-casting" TargetMode="External"/><Relationship Id="rId10" Type="http://schemas.openxmlformats.org/officeDocument/2006/relationships/hyperlink" Target="https://www.marieclaire.com/culture/tv-shows/love-island-usa-season-8-reunion/" TargetMode="External"/><Relationship Id="rId11" Type="http://schemas.openxmlformats.org/officeDocument/2006/relationships/hyperlink" Target="https://www.marieclaire.com/culture/tv-shows/ariana-madix-love-island-usa-emmys-interview/" TargetMode="External"/><Relationship Id="rId12" Type="http://schemas.openxmlformats.org/officeDocument/2006/relationships/hyperlink" Target="https://www.cheatsheet.com/news/love-island-usa-includes-bisexual-woman-original-cast.html/" TargetMode="External"/><Relationship Id="rId13" Type="http://schemas.openxmlformats.org/officeDocument/2006/relationships/hyperlink" Target="https://www.goodmorningamerica.com/culture/story/queer-inclusive-reality-dating-show-love-trip-paris-97456306" TargetMode="External"/><Relationship Id="rId14" Type="http://schemas.openxmlformats.org/officeDocument/2006/relationships/hyperlink" Target="https://www.marieclaire.com/culture/tv-shows/i-kissed-a-girl-how-to-w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