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Tributes: Why Queer Artists Are Celebrating Dolly Parton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heart, queer musicians and creatives are pouring love on Dolly Parton across social feeds and stages , a vibrant tribute to her music, generosity and queer-friendly spirit that matters because representation and joy travel fast.</w:t>
      </w:r>
      <w:r/>
    </w:p>
    <w:p>
      <w:r/>
      <w:r>
        <w:t>Essential Takeaways</w:t>
      </w:r>
      <w:r/>
      <w:r/>
    </w:p>
    <w:p>
      <w:pPr>
        <w:pStyle w:val="ListBullet"/>
        <w:spacing w:line="240" w:lineRule="auto"/>
        <w:ind w:left="720"/>
      </w:pPr>
      <w:r/>
      <w:r>
        <w:rPr>
          <w:b/>
        </w:rPr>
        <w:t>Wide affection:</w:t>
      </w:r>
      <w:r>
        <w:t xml:space="preserve"> Big-name artists from queer and allied communities are publicly saluting Dolly, mixing covers, personal notes and performances.</w:t>
      </w:r>
      <w:r/>
    </w:p>
    <w:p>
      <w:pPr>
        <w:pStyle w:val="ListBullet"/>
        <w:spacing w:line="240" w:lineRule="auto"/>
        <w:ind w:left="720"/>
      </w:pPr>
      <w:r/>
      <w:r>
        <w:rPr>
          <w:b/>
        </w:rPr>
        <w:t>Creative reinterpretations:</w:t>
      </w:r>
      <w:r>
        <w:t xml:space="preserve"> Tributes range from stripped-back covers to genre-bending reworks that feel both nostalgic and fresh.</w:t>
      </w:r>
      <w:r/>
    </w:p>
    <w:p>
      <w:pPr>
        <w:pStyle w:val="ListBullet"/>
        <w:spacing w:line="240" w:lineRule="auto"/>
        <w:ind w:left="720"/>
      </w:pPr>
      <w:r/>
      <w:r>
        <w:rPr>
          <w:b/>
        </w:rPr>
        <w:t>Emotional resonance:</w:t>
      </w:r>
      <w:r>
        <w:t xml:space="preserve"> Contributors describe Dolly as a guiding light, mentor figure or source of comfort, with many posts feeling deeply personal.</w:t>
      </w:r>
      <w:r/>
    </w:p>
    <w:p>
      <w:pPr>
        <w:pStyle w:val="ListBullet"/>
        <w:spacing w:line="240" w:lineRule="auto"/>
        <w:ind w:left="720"/>
      </w:pPr>
      <w:r/>
      <w:r>
        <w:rPr>
          <w:b/>
        </w:rPr>
        <w:t>Cultural crossover:</w:t>
      </w:r>
      <w:r>
        <w:t xml:space="preserve"> Tributes land in pop, country, hip-hop and online fandoms, showing Dolly’s broad reach and queer cultural significance.</w:t>
      </w:r>
      <w:r/>
      <w:r/>
    </w:p>
    <w:p>
      <w:pPr>
        <w:pStyle w:val="Heading2"/>
      </w:pPr>
      <w:r>
        <w:t>A chorus of voices: who’s paying tribute and why it lands so strongly</w:t>
      </w:r>
      <w:r/>
    </w:p>
    <w:p>
      <w:r/>
      <w:r>
        <w:t>You can almost hear the harmonies: artists across the spectrum are sharing covers, essays and memories about Dolly, and the tone is equal parts gratitude and wonder. According to reports in outlets covering the wave of tributes, musicians from pop, country and beyond have been vocal, pointing to Dolly’s songwriting, generosity and plainspoken warmth as reasons she resonates. For queer performers in particular, Dolly’s unapologetic authenticity and history of supporting LGBTQ+ causes make her feel like kin , not just a star.</w:t>
      </w:r>
      <w:r/>
    </w:p>
    <w:p>
      <w:r/>
      <w:r>
        <w:t>This isn’t just fan mail. Many tributes are intimate: artists describe specific life lessons or key moments when Dolly’s music helped them through a hard patch. That closeness is why these posts land like confessions rather than PR statements, and why fans keep amplifying them.</w:t>
      </w:r>
      <w:r/>
    </w:p>
    <w:p>
      <w:pPr>
        <w:pStyle w:val="Heading2"/>
      </w:pPr>
      <w:r>
        <w:t>Reimagining the classics: covers, cross-genre takes and new textures</w:t>
      </w:r>
      <w:r/>
    </w:p>
    <w:p>
      <w:r/>
      <w:r>
        <w:t>From tender acoustic versions to bold genre switches, the creative responses are as diverse as the artists themselves. Vogue and music outlets have highlighted recent queer-centred reinterpretations that turn familiar songs into statements of identity or queer joy. A cover can be a simple thank-you, but it can also reposition a song within a new cultural conversation , which is exactly what many performers are doing.</w:t>
      </w:r>
      <w:r/>
    </w:p>
    <w:p>
      <w:r/>
      <w:r>
        <w:t>If you’re listening for differences, notice the production choices: sparse piano can make a lyric feel intimate, while a full-on country-pop rework can make a beloved hook an anthem for a new generation. For listeners, the thrill is hearing something familiar feel newly relevant.</w:t>
      </w:r>
      <w:r/>
    </w:p>
    <w:p>
      <w:pPr>
        <w:pStyle w:val="Heading2"/>
      </w:pPr>
      <w:r>
        <w:t>Why Dolly matters to queer communities: history, generosity and visibility</w:t>
      </w:r>
      <w:r/>
    </w:p>
    <w:p>
      <w:r/>
      <w:r>
        <w:t>Dolly Parton isn’t just a pop-culture fixture; she’s been an ally in visible ways and has long treated her public platform as a vehicle for kindness. Coverage across outlets has pointed out personal acts and public messaging that endeared her to queer people, and that history amplifies every tribute. For many writers and artists, Dolly’s combination of empathy and showmanship makes her a rare figure who’s both maternal and radical in her own way.</w:t>
      </w:r>
      <w:r/>
    </w:p>
    <w:p>
      <w:r/>
      <w:r>
        <w:t>That history matters because representation isn’t only about presence on stage , it’s about who feels seen and supported. When queer musicians invoke Dolly, they’re often naming her as someone who modelled generosity and resilience, which is why the tributes feel like a communal hug.</w:t>
      </w:r>
      <w:r/>
    </w:p>
    <w:p>
      <w:pPr>
        <w:pStyle w:val="Heading2"/>
      </w:pPr>
      <w:r>
        <w:t>Social media as shrine: Instagram, TikTok and the ritual of sharing</w:t>
      </w:r>
      <w:r/>
    </w:p>
    <w:p>
      <w:r/>
      <w:r>
        <w:t>Social platforms have become the modern shrine where fans and artists alike perform gratitude. The posts we’re seeing , from polished video covers to tearful captions , create a mosaic of feeling that mainstream outlets then amplify. Trends like duet chains or hashtagged cover series turn private emotions into public ritual, and that communal aspect fuels more sharing.</w:t>
      </w:r>
      <w:r/>
    </w:p>
    <w:p>
      <w:r/>
      <w:r>
        <w:t>For creators thinking about joining in, authenticity matters: fans respond best to tributes that feel personal. A short clip with a memory, a lyric change that reflects identity, or a modest, well-shot cover will often cut through more effectively than a high-production post without context.</w:t>
      </w:r>
      <w:r/>
    </w:p>
    <w:p>
      <w:pPr>
        <w:pStyle w:val="Heading2"/>
      </w:pPr>
      <w:r>
        <w:t>What this wave means for music and culture next</w:t>
      </w:r>
      <w:r/>
    </w:p>
    <w:p>
      <w:r/>
      <w:r>
        <w:t>When so many artists converge around one figure, it shifts the cultural moment. It places Dolly within a lineage of artists who’ve bridged communities and genres while affirming queer audiences. Reuters-style reporting and music critics suggest these tributes will keep the songs in rotation for new listeners and inspire more cross-genre collaborations.</w:t>
      </w:r>
      <w:r/>
    </w:p>
    <w:p>
      <w:r/>
      <w:r>
        <w:t>Looking ahead, expect more reinterpretations, benefit shows and possibly archival projects that highlight this chapter of collective gratitude. And yes, fans will keep sharing: once a feeling like this starts to ripple, it tends to grow.</w:t>
      </w:r>
      <w:r/>
    </w:p>
    <w:p>
      <w:r/>
      <w:r>
        <w:t>It's a small but powerful reminder that music can build community, and that gratitude often turns into 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0">
        <w:r>
          <w:rPr>
            <w:color w:val="0000EE"/>
            <w:u w:val="single"/>
          </w:rPr>
          <w:t>[3]</w:t>
        </w:r>
      </w:hyperlink>
      <w:r>
        <w:t xml:space="preserve">- Paragraph 3: </w:t>
      </w:r>
      <w:hyperlink r:id="rId12">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0">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https://www.autostraddle.com/queer-artists-share-tributes-to-dolly-parton/?utm_source=rss&amp;utm_medium=rss&amp;utm_campaign=queer-artists-share-tributes-to-dolly-parton</w:t>
        </w:r>
      </w:hyperlink>
      <w:r>
        <w:t xml:space="preserve"> - Please view link - unable to able to access data</w:t>
      </w:r>
      <w:r/>
    </w:p>
    <w:p>
      <w:pPr>
        <w:pStyle w:val="ListNumber"/>
        <w:spacing w:line="240" w:lineRule="auto"/>
        <w:ind w:left="720"/>
      </w:pPr>
      <w:r/>
      <w:hyperlink r:id="rId12">
        <w:r>
          <w:rPr>
            <w:color w:val="0000EE"/>
            <w:u w:val="single"/>
          </w:rPr>
          <w:t>https://www.thedailybeast.com/obsessed/emotional-cher-pinpoints-dolly-partons-singular-gift/</w:t>
        </w:r>
      </w:hyperlink>
      <w:r>
        <w:t xml:space="preserve"> - Cher paid an emotional tribute to her longtime friend and country icon Dolly Parton, who passed away at age 80 following a brief battle with cancer. Cher highlighted Parton's exceptional spirit and ability to connect deeply with people, describing it as her 'singular gift' as an entertainer. Despite previous health issues, Parton's death came as a surprise to Cher, who praised Parton's positive outlook and resilience. The tribute also recalled Parton's Emmy-nominated appearance as an angel in Cher's 1978 TV special. Cher reminisced about favorite songs like 'Islands in the Stream' and 'I Will Always Love You,' and said she would miss Parton's laugh the most. Parton's death followed the loss of her husband, Carl Dean, in 2025. Her family emphasized her generosity, optimism, and wide-reaching impact, asking for donations to her Imagination Library charity in lieu of flowers. A private family service will be held in her honor.</w:t>
      </w:r>
      <w:r/>
    </w:p>
    <w:p>
      <w:pPr>
        <w:pStyle w:val="ListNumber"/>
        <w:spacing w:line="240" w:lineRule="auto"/>
        <w:ind w:left="720"/>
      </w:pPr>
      <w:r/>
      <w:hyperlink r:id="rId10">
        <w:r>
          <w:rPr>
            <w:color w:val="0000EE"/>
            <w:u w:val="single"/>
          </w:rPr>
          <w:t>https://www.musicradar.com/artists/singers-songwriters/you-were-the-barometer-the-north-star-bold-and-brilliant-talented-and-tenacious-you-taught-so-many-lessons-on-how-to-be-uniquely-oneself-beyonce-paul-mccartney-taylor-swift-and-jack-white-join-the-tributes-to-the-late-great-dolly-parton</w:t>
        </w:r>
      </w:hyperlink>
      <w:r>
        <w:t xml:space="preserve"> - Following the passing of Dolly Parton at the age of 80, tributes have poured in from across the music industry and beyond. Renowned for her exceptional talent, philanthropy, and distinct personality, Parton's influence was far-reaching. Beyoncé, who recently collaborated with her, praised her as 'bold and brilliant,' and acknowledged her role in teaching authenticity. Paul McCartney recognized her unparalleled contributions to country music and recalled the honor of her covering his song 'Let It Be.' Taylor Swift spoke of Parton's enduring legacy and profound impact, while Barack Obama highlighted her rise from humble beginnings to becoming a global icon, noting her role in promoting literacy and supporting COVID-19 research. Eminem shared a heartfelt letter from Parton, underscoring her kindness and broad cultural impact. Jack White, who performed 'Jolene' in tribute, and his label, Third Man Records, emphasized her philanthropic efforts, especially through the Imagination Library. Dolly Parton's death marks the end of an era, but her influence lives on through her music, charitable work, and the deep respect of peers and admirers worldwide.</w:t>
      </w:r>
      <w:r/>
    </w:p>
    <w:p>
      <w:pPr>
        <w:pStyle w:val="ListNumber"/>
        <w:spacing w:line="240" w:lineRule="auto"/>
        <w:ind w:left="720"/>
      </w:pPr>
      <w:r/>
      <w:hyperlink r:id="rId14">
        <w:r>
          <w:rPr>
            <w:color w:val="0000EE"/>
            <w:u w:val="single"/>
          </w:rPr>
          <w:t>https://www.womanandhome.com/life/royal-news/king-charless-royal-tribute-to-dolly-parton/</w:t>
        </w:r>
      </w:hyperlink>
      <w:r>
        <w:t xml:space="preserve"> - Following the death of iconic country singer Dolly Parton on August 25, 2026, King Charles led a heartfelt royal tribute recognizing not just her musical legacy but also her philanthropic achievements. A video shared on the Royal Family’s Instagram account captured the Band of the Coldstream Guards performing her hit '9 to 5' during the Changing of the Guard at Buckingham Palace. The royal tribute also highlighted Parton's Imagination Library, a global literacy initiative she began in 1995 in honor of her father, Robert Lee Parton. Describing it as possibly her most important legacy, Dolly once shared that her father, who struggled with illiteracy, inspired her to promote reading among children. The inclusion of this initiative in the King’s tribute, likely supported by Queen Camilla due to her own advocacy for literacy, celebrated Dolly’s profound impact beyond music. Parton, a 12-time Grammy winner, previously met Queen Elizabeth during her Silver Jubilee and held deep admiration for the royal family. Her death at the Vanderbilt-Ingram Cancer Center, following a brief battle with cancer, prompted global tributes recognizing her unmatched generosity, talent, and enduring influence.</w:t>
      </w:r>
      <w:r/>
    </w:p>
    <w:p>
      <w:pPr>
        <w:pStyle w:val="ListNumber"/>
        <w:spacing w:line="240" w:lineRule="auto"/>
        <w:ind w:left="720"/>
      </w:pPr>
      <w:r/>
      <w:hyperlink r:id="rId13">
        <w:r>
          <w:rPr>
            <w:color w:val="0000EE"/>
            <w:u w:val="single"/>
          </w:rPr>
          <w:t>https://www.thedailybeast.com/obsessed/eminem-reveals-private-dolly-parton-message-that-changed-him/</w:t>
        </w:r>
      </w:hyperlink>
      <w:r>
        <w:t xml:space="preserve"> - Following the death of Dolly Parton at age 80 after a brief battle with cancer, Eminem paid tribute by sharing a heartfelt letter she had written him in 2022. The letter, which Parton signed in her characteristic pink, congratulated the rapper on his induction into the Rock &amp; Roll Hall of Fame. Despite admitting limited knowledge of rap, Parton acknowledged Eminem’s impact and expressed a personal connection, offering words of admiration and encouragement. Eminem, deeply moved, posted the note on Instagram, expressing gratitude and regret that they never met. The same year, Parton initially declined her Hall of Fame nomination, believing it was reserved for rock artists, but later accepted and was inducted, declaring herself a 'rock star' during the ceremony. Eminem joins global figures such as Cher, the Royal Family, and the President in honoring Parton’s legacy as an iconic singer, actress, and philanthropist who won numerous awards and left a transformative mark on music and culture. Her nephew, Bryan Seaver, stated that she passed away peacefully, having inspired generations through her unmatched generosity and pioneering spirit.</w:t>
      </w:r>
      <w:r/>
    </w:p>
    <w:p>
      <w:pPr>
        <w:pStyle w:val="ListNumber"/>
        <w:spacing w:line="240" w:lineRule="auto"/>
        <w:ind w:left="720"/>
      </w:pPr>
      <w:r/>
      <w:hyperlink r:id="rId11">
        <w:r>
          <w:rPr>
            <w:color w:val="0000EE"/>
            <w:u w:val="single"/>
          </w:rPr>
          <w:t>https://www.vogue.com/article/lil-nas-x-jolene-cover-is-queer-country-joy-at-its-finest</w:t>
        </w:r>
      </w:hyperlink>
      <w:r>
        <w:t xml:space="preserve"> - Lil Nas X isn't the first contemporary artist to cover 'Jolene'—Miley Cyrus, the White Stripes, and Pentatonix have all had the honour—but not since Parton sang the song herself have I heard it imbued with so much sentiment.</w:t>
      </w:r>
      <w:r/>
    </w:p>
    <w:p>
      <w:pPr>
        <w:pStyle w:val="ListNumber"/>
        <w:spacing w:line="240" w:lineRule="auto"/>
        <w:ind w:left="720"/>
      </w:pPr>
      <w:r/>
      <w:hyperlink r:id="rId15">
        <w:r>
          <w:rPr>
            <w:color w:val="0000EE"/>
            <w:u w:val="single"/>
          </w:rPr>
          <w:t>https://en.wikipedia.org/wiki/Dolly_Parton%3A_A_MusiCares_Tribute</w:t>
        </w:r>
      </w:hyperlink>
      <w:r>
        <w:t xml:space="preserve"> - Dolly Parton: A MusiCares Tribute is a 2021 American documentary film made for Netflix and produced by George Flanigen. The film presents the 2019 MusiCares Person of the Year concert where Dolly Parton became the first country artist to receive the honour. It was released on April 7, 2021.</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queer-artists-share-tributes-to-dolly-parton/?utm_source=rss&amp;utm_medium=rss&amp;utm_campaign=queer-artists-share-tributes-to-dolly-parton" TargetMode="External"/><Relationship Id="rId10" Type="http://schemas.openxmlformats.org/officeDocument/2006/relationships/hyperlink" Target="https://www.musicradar.com/artists/singers-songwriters/you-were-the-barometer-the-north-star-bold-and-brilliant-talented-and-tenacious-you-taught-so-many-lessons-on-how-to-be-uniquely-oneself-beyonce-paul-mccartney-taylor-swift-and-jack-white-join-the-tributes-to-the-late-great-dolly-parton" TargetMode="External"/><Relationship Id="rId11" Type="http://schemas.openxmlformats.org/officeDocument/2006/relationships/hyperlink" Target="https://www.vogue.com/article/lil-nas-x-jolene-cover-is-queer-country-joy-at-its-finest" TargetMode="External"/><Relationship Id="rId12" Type="http://schemas.openxmlformats.org/officeDocument/2006/relationships/hyperlink" Target="https://www.thedailybeast.com/obsessed/emotional-cher-pinpoints-dolly-partons-singular-gift/" TargetMode="External"/><Relationship Id="rId13" Type="http://schemas.openxmlformats.org/officeDocument/2006/relationships/hyperlink" Target="https://www.thedailybeast.com/obsessed/eminem-reveals-private-dolly-parton-message-that-changed-him/" TargetMode="External"/><Relationship Id="rId14" Type="http://schemas.openxmlformats.org/officeDocument/2006/relationships/hyperlink" Target="https://www.womanandhome.com/life/royal-news/king-charless-royal-tribute-to-dolly-parton/" TargetMode="External"/><Relationship Id="rId15" Type="http://schemas.openxmlformats.org/officeDocument/2006/relationships/hyperlink" Target="https://en.wikipedia.org/wiki/Dolly_Parton%3A_A_MusiCares_Tribu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