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Small-Town Queer Stories: Why Two Docs Offer Hope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cinema for connection , and two documentaries at this year’s Tribeca reveal how queer people in small towns create family when institutions fail. From 2006’s Small Town Gay Bar to 2026’s Time Warp, these films show why local venues and projects can mean survival, joy, and unexpected allies.</w:t>
      </w:r>
      <w:r/>
    </w:p>
    <w:p>
      <w:r/>
      <w:r>
        <w:t>Essential Takeaways</w:t>
      </w:r>
      <w:r/>
      <w:r/>
    </w:p>
    <w:p>
      <w:pPr>
        <w:pStyle w:val="ListBullet"/>
        <w:spacing w:line="240" w:lineRule="auto"/>
        <w:ind w:left="720"/>
      </w:pPr>
      <w:r/>
      <w:r>
        <w:rPr>
          <w:b/>
        </w:rPr>
        <w:t>Safe havens matter:</w:t>
      </w:r>
      <w:r>
        <w:t xml:space="preserve"> Both films show local queer spaces , bars or a drag theatre , acting as lifelines for isolated people, comforting and protective.</w:t>
      </w:r>
      <w:r/>
    </w:p>
    <w:p>
      <w:pPr>
        <w:pStyle w:val="ListBullet"/>
        <w:spacing w:line="240" w:lineRule="auto"/>
        <w:ind w:left="720"/>
      </w:pPr>
      <w:r/>
      <w:r>
        <w:rPr>
          <w:b/>
        </w:rPr>
        <w:t>Contrast in community tone:</w:t>
      </w:r>
      <w:r>
        <w:t xml:space="preserve"> Small Town Gay Bar captures hostility and surveillance, while Time Warp finds surprising acceptance and crossover support.</w:t>
      </w:r>
      <w:r/>
    </w:p>
    <w:p>
      <w:pPr>
        <w:pStyle w:val="ListBullet"/>
        <w:spacing w:line="240" w:lineRule="auto"/>
        <w:ind w:left="720"/>
      </w:pPr>
      <w:r/>
      <w:r>
        <w:rPr>
          <w:b/>
        </w:rPr>
        <w:t>Visible bravery:</w:t>
      </w:r>
      <w:r>
        <w:t xml:space="preserve"> Organisers like Kenny Starling model leadership that blends performance, empathy, and outreach; their work feels hopeful rather than defiant.</w:t>
      </w:r>
      <w:r/>
    </w:p>
    <w:p>
      <w:pPr>
        <w:pStyle w:val="ListBullet"/>
        <w:spacing w:line="240" w:lineRule="auto"/>
        <w:ind w:left="720"/>
      </w:pPr>
      <w:r/>
      <w:r>
        <w:rPr>
          <w:b/>
        </w:rPr>
        <w:t>Roots of harm:</w:t>
      </w:r>
      <w:r>
        <w:t xml:space="preserve"> The older film documents active intimidation and even deadly violence, underlining why these spaces are urgent, not optional.</w:t>
      </w:r>
      <w:r/>
    </w:p>
    <w:p>
      <w:pPr>
        <w:pStyle w:val="ListBullet"/>
        <w:spacing w:line="240" w:lineRule="auto"/>
        <w:ind w:left="720"/>
      </w:pPr>
      <w:r/>
      <w:r>
        <w:rPr>
          <w:b/>
        </w:rPr>
        <w:t>Practical joy:</w:t>
      </w:r>
      <w:r>
        <w:t xml:space="preserve"> Both films remind viewers that queer community-building often happens through ordinary pleasures , music, costumes, security at a show , that make life livable.</w:t>
      </w:r>
      <w:r/>
      <w:r/>
    </w:p>
    <w:p>
      <w:pPr>
        <w:pStyle w:val="Heading2"/>
      </w:pPr>
      <w:r>
        <w:t>Why two films, two eras , and what changes</w:t>
      </w:r>
      <w:r/>
    </w:p>
    <w:p>
      <w:r/>
      <w:r>
        <w:t>The immediate hook is the contrast: a documentary made two decades ago and one fresh from Tribeca in 2026, both about queer life in small towns, give us a before-and-after snapshot. Small Town Gay Bar shows neon-lit refuge amid surveillance and aggression; Time Warp follows a drag theatre that actively invites the town in. You can almost feel the difference in air , one tense, one buzzing with rehearsal-room laughter.</w:t>
      </w:r>
      <w:r/>
    </w:p>
    <w:p>
      <w:r/>
      <w:r>
        <w:t>Small Town Gay Bar was shot in Mississippi communities where gay bars were literal sanctuaries; the film doesn’t shy from showing how activists and organised groups tried to out patrons and shame them. Time Warp, set in Rock Springs, Wyoming, traces a newer strategy: building visibility through art and hospitality. The shift isn’t total, but it’s meaningful.</w:t>
      </w:r>
      <w:r/>
    </w:p>
    <w:p>
      <w:pPr>
        <w:pStyle w:val="Heading2"/>
      </w:pPr>
      <w:r>
        <w:t>What these places actually do , beyond parties</w:t>
      </w:r>
      <w:r/>
    </w:p>
    <w:p>
      <w:r/>
      <w:r>
        <w:t>Both films make plain that queer venues aren’t only about entertainment. They’re practical support hubs: a place to hear a familiar joke, get told you’re not alone, or find someone willing to stand by you. In Small Town Gay Bar the camera finds intimacy and necessity; in Time Warp the theatre becomes training ground and outreach centre, teaching young performers to stand proud and to speak kindly.</w:t>
      </w:r>
      <w:r/>
    </w:p>
    <w:p>
      <w:r/>
      <w:r>
        <w:t>If you’re thinking about supporting local queer groups, this is where to start: show up, volunteer, or clap loudly. Presence often outweighs policy in small towns , people notice faces, and that can change conversations.</w:t>
      </w:r>
      <w:r/>
    </w:p>
    <w:p>
      <w:pPr>
        <w:pStyle w:val="Heading2"/>
      </w:pPr>
      <w:r>
        <w:t>Why some towns resist , and why others surprise you</w:t>
      </w:r>
      <w:r/>
    </w:p>
    <w:p>
      <w:r/>
      <w:r>
        <w:t>The older film documents organised opposition and even violent aftermaths, a grim reminder that hostility can be deliberate and structured. By contrast, Time Warp includes moments that catch you off guard: a city councillor who also performs, a self-described conservative who turns up to watch and cries talking about suicide in his family. Those scenes suggest that opposition isn’t monolithic.</w:t>
      </w:r>
      <w:r/>
    </w:p>
    <w:p>
      <w:r/>
      <w:r>
        <w:t>That doesn’t mean danger is gone. What it does mean is that a mix of empathy, art, and simple human stories can open doors. If you live locally and want to help, reach out to event organisers to offer practical aid , like security, transport, or fundraising , rather than grand statements.</w:t>
      </w:r>
      <w:r/>
    </w:p>
    <w:p>
      <w:pPr>
        <w:pStyle w:val="Heading2"/>
      </w:pPr>
      <w:r>
        <w:t>How leadership in queer spaces has shifted , from shelter to invitation</w:t>
      </w:r>
      <w:r/>
    </w:p>
    <w:p>
      <w:r/>
      <w:r>
        <w:t>Kenny Starling’s drag company in Time Warp models an inclusive, invitational leadership that’s less defensive and more pedagogical. He invites people to learn, performs kindness as a strategy, and treats a show as a civic act. In Small Town Gay Bar, leadership was often survival-led: keep the doors open, keep people safe.</w:t>
      </w:r>
      <w:r/>
    </w:p>
    <w:p>
      <w:r/>
      <w:r>
        <w:t>Both approaches are necessary. If you’re starting or supporting a local venue, combine those strategies: offer safety plans and clear codes of conduct, but also run outreach events that demystify and celebrate. That mix helps keep the place both secure and magnetic.</w:t>
      </w:r>
      <w:r/>
    </w:p>
    <w:p>
      <w:pPr>
        <w:pStyle w:val="Heading2"/>
      </w:pPr>
      <w:r>
        <w:t>What viewers should take from both films , practical and human lessons</w:t>
      </w:r>
      <w:r/>
    </w:p>
    <w:p>
      <w:r/>
      <w:r>
        <w:t>Watch these films and you’ll leave with two clear ideas. First, queer belonging is built through spaces that let people be whole , music, makeup, a circle of friends. Second, outrage or acceptance in a town is less fixed than you think; personal stories and steady presence change minds. For anyone wanting to help, small acts count: host a fundraiser, provide a van for out-of-towners, or simply promote a local show.</w:t>
      </w:r>
      <w:r/>
    </w:p>
    <w:p>
      <w:r/>
      <w:r>
        <w:t>If you want to learn more, seek screenings or online releases, and consider supporting venues directly. Your presence can be the difference between a room full of strangers and a chosen family.</w:t>
      </w:r>
      <w:r/>
    </w:p>
    <w:p>
      <w:r/>
      <w:r>
        <w:t>It's a small change that can make every performance and every night out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9">
        <w:r>
          <w:rPr>
            <w:color w:val="0000EE"/>
            <w:u w:val="single"/>
          </w:rPr>
          <w:t>[1]</w:t>
        </w:r>
      </w:hyperlink>
      <w:r>
        <w:t xml:space="preserve">, </w:t>
      </w:r>
      <w:hyperlink r:id="rId13">
        <w:r>
          <w:rPr>
            <w:color w:val="0000EE"/>
            <w:u w:val="single"/>
          </w:rPr>
          <w:t>[6]</w:t>
        </w:r>
      </w:hyperlink>
      <w:r>
        <w:t xml:space="preserve">- Paragraph 7: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https://sojo.net/magazine/september-october-2026/when-church-fails-small-town-queer-people-who-steps</w:t>
        </w:r>
      </w:hyperlink>
      <w:r>
        <w:t xml:space="preserve"> - Please view link - unable to able to access data</w:t>
      </w:r>
      <w:r/>
    </w:p>
    <w:p>
      <w:pPr>
        <w:pStyle w:val="ListNumber"/>
        <w:spacing w:line="240" w:lineRule="auto"/>
        <w:ind w:left="720"/>
      </w:pPr>
      <w:r/>
      <w:hyperlink r:id="rId10">
        <w:r>
          <w:rPr>
            <w:color w:val="0000EE"/>
            <w:u w:val="single"/>
          </w:rPr>
          <w:t>https://en.wikipedia.org/wiki/Small_Town_Gay_Bar</w:t>
        </w:r>
      </w:hyperlink>
      <w:r>
        <w:t xml:space="preserve"> - 'Small Town Gay Bar' is a 2006 documentary directed by Malcolm Ingram, focusing on two gay bars in rural Mississippi—Rumors in Shannon and Crossroads in Meridian. The film explores the challenges faced by the LGBTQ+ community in the Deep South, highlighting themes of ignorance, hypocrisy, and oppression. It also examines the 2004 hate crime murder of Scotty Joe Weaver in Bay Minette, Alabama, underscoring the dangers of being openly gay in small towns. The documentary showcases the resilience and solidarity of queer individuals in these communities.</w:t>
      </w:r>
      <w:r/>
    </w:p>
    <w:p>
      <w:pPr>
        <w:pStyle w:val="ListNumber"/>
        <w:spacing w:line="240" w:lineRule="auto"/>
        <w:ind w:left="720"/>
      </w:pPr>
      <w:r/>
      <w:hyperlink r:id="rId15">
        <w:r>
          <w:rPr>
            <w:color w:val="0000EE"/>
            <w:u w:val="single"/>
          </w:rPr>
          <w:t>https://www.rottentomatoes.com/m/small_town_gay_bar</w:t>
        </w:r>
      </w:hyperlink>
      <w:r>
        <w:t xml:space="preserve"> - 'Small Town Gay Bar' is a 2006 documentary that delves into the lives of gay individuals in the Deep South, focusing on two bars in rural Mississippi—Rumors and Crossroads. The film portrays these establishments as sanctuaries of acceptance amidst widespread prejudice, exemplified by the derision from patrons at nearby straight bars and the homophobic actions of figures like Fred Phelps. The documentary highlights the importance of these spaces for the LGBTQ+ community in hostile environments.</w:t>
      </w:r>
      <w:r/>
    </w:p>
    <w:p>
      <w:pPr>
        <w:pStyle w:val="ListNumber"/>
        <w:spacing w:line="240" w:lineRule="auto"/>
        <w:ind w:left="720"/>
      </w:pPr>
      <w:r/>
      <w:hyperlink r:id="rId11">
        <w:r>
          <w:rPr>
            <w:color w:val="0000EE"/>
            <w:u w:val="single"/>
          </w:rPr>
          <w:t>https://www.rottentomatoes.com/m/time_warp_2026</w:t>
        </w:r>
      </w:hyperlink>
      <w:r>
        <w:t xml:space="preserve"> - 'Time Warp' is a 2026 documentary directed by Allison Sloan Berg, set in Rock Springs, Wyoming. The film follows 25-year-old Kenny Starling as he establishes the first drag and queer theatre company in the town, staging a shadow cast of 'The Rocky Horror Picture Show.' The documentary captures the troupe's journey, emphasizing themes of self-expression, community, and the challenges of being queer in a conservative environment. It celebrates the resilience and joy of the LGBTQ+ community in small-town America.</w:t>
      </w:r>
      <w:r/>
    </w:p>
    <w:p>
      <w:pPr>
        <w:pStyle w:val="ListNumber"/>
        <w:spacing w:line="240" w:lineRule="auto"/>
        <w:ind w:left="720"/>
      </w:pPr>
      <w:r/>
      <w:hyperlink r:id="rId14">
        <w:r>
          <w:rPr>
            <w:color w:val="0000EE"/>
            <w:u w:val="single"/>
          </w:rPr>
          <w:t>https://www.imdb.com/title/tt42047992/</w:t>
        </w:r>
      </w:hyperlink>
      <w:r>
        <w:t xml:space="preserve"> - 'Time Warp' is a 2026 documentary directed by Allison Berg, focusing on a drag theatre company in Rock Springs, Wyoming. Led by 25-year-old Kenny Starling, the troupe stages a shadow cast of 'The Rocky Horror Picture Show,' aiming to bring queer visibility and joy to the conservative community. The film highlights the performers' experiences, rehearsals, and the challenges they face in a small town, offering an inspiring narrative of self-expression and community building.</w:t>
      </w:r>
      <w:r/>
    </w:p>
    <w:p>
      <w:pPr>
        <w:pStyle w:val="ListNumber"/>
        <w:spacing w:line="240" w:lineRule="auto"/>
        <w:ind w:left="720"/>
      </w:pPr>
      <w:r/>
      <w:hyperlink r:id="rId13">
        <w:r>
          <w:rPr>
            <w:color w:val="0000EE"/>
            <w:u w:val="single"/>
          </w:rPr>
          <w:t>https://hop.dartmouth.edu/events/time-warp</w:t>
        </w:r>
      </w:hyperlink>
      <w:r>
        <w:t xml:space="preserve"> - 'Time Warp' is a 2026 documentary directed by Allison Berg, set in Rock Springs, Wyoming. The film follows 25-year-old Kenny Starling as he establishes the first drag and queer theatre company in the town, staging a shadow cast of 'The Rocky Horror Picture Show.' The documentary captures the troupe's journey, emphasizing themes of self-expression, community, and the challenges of being queer in a conservative environment. It celebrates the resilience and joy of the LGBTQ+ community in small-town America.</w:t>
      </w:r>
      <w:r/>
    </w:p>
    <w:p>
      <w:pPr>
        <w:pStyle w:val="ListNumber"/>
        <w:spacing w:line="240" w:lineRule="auto"/>
        <w:ind w:left="720"/>
      </w:pPr>
      <w:r/>
      <w:hyperlink r:id="rId12">
        <w:r>
          <w:rPr>
            <w:color w:val="0000EE"/>
            <w:u w:val="single"/>
          </w:rPr>
          <w:t>https://mubi.com/en/us/films/small-town-gay-bar</w:t>
        </w:r>
      </w:hyperlink>
      <w:r>
        <w:t xml:space="preserve"> - 'Small Town Gay Bar' is a 2006 documentary directed by Malcolm Ingram, focusing on the day-to-day struggles of two Mississippi gay bars—Rumors in Shannon and Crossroads in Meridian. The film reveals a close-knit community that treats its residents like family members, highlighting the challenges faced by LGBTQ+ individuals in rural settings. It portrays the bars as vital spaces of acceptance and support amidst societal prejudice and hostility.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ojo.net/magazine/september-october-2026/when-church-fails-small-town-queer-people-who-steps" TargetMode="External"/><Relationship Id="rId10" Type="http://schemas.openxmlformats.org/officeDocument/2006/relationships/hyperlink" Target="https://en.wikipedia.org/wiki/Small_Town_Gay_Bar" TargetMode="External"/><Relationship Id="rId11" Type="http://schemas.openxmlformats.org/officeDocument/2006/relationships/hyperlink" Target="https://www.rottentomatoes.com/m/time_warp_2026" TargetMode="External"/><Relationship Id="rId12" Type="http://schemas.openxmlformats.org/officeDocument/2006/relationships/hyperlink" Target="https://mubi.com/en/us/films/small-town-gay-bar" TargetMode="External"/><Relationship Id="rId13" Type="http://schemas.openxmlformats.org/officeDocument/2006/relationships/hyperlink" Target="https://hop.dartmouth.edu/events/time-warp" TargetMode="External"/><Relationship Id="rId14" Type="http://schemas.openxmlformats.org/officeDocument/2006/relationships/hyperlink" Target="https://www.imdb.com/title/tt42047992/" TargetMode="External"/><Relationship Id="rId15" Type="http://schemas.openxmlformats.org/officeDocument/2006/relationships/hyperlink" Target="https://www.rottentomatoes.com/m/small_town_gay_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