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Wine Country Crush Season Escapes for LGBTQ+ Travellers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flocking to Wine Country for Crush Season, late summer through early November, when vineyards buzz with harvest energy, grape stomps and community events. LGBTQ+ visitors will find more Pride-friendly celebrations across Napa and Sonoma, making it a festive, sensory-rich time to visit.</w:t>
      </w:r>
      <w:r/>
    </w:p>
    <w:p>
      <w:r/>
      <w:r>
        <w:t>Essential Takeaways</w:t>
      </w:r>
      <w:r/>
      <w:r/>
    </w:p>
    <w:p>
      <w:pPr>
        <w:pStyle w:val="ListBullet"/>
        <w:spacing w:line="240" w:lineRule="auto"/>
        <w:ind w:left="720"/>
      </w:pPr>
      <w:r/>
      <w:r>
        <w:rPr>
          <w:b/>
        </w:rPr>
        <w:t>When to go:</w:t>
      </w:r>
      <w:r>
        <w:t xml:space="preserve"> Crush Season runs late summer to early November, with peak activity in September and October.</w:t>
      </w:r>
      <w:r/>
    </w:p>
    <w:p>
      <w:pPr>
        <w:pStyle w:val="ListBullet"/>
        <w:spacing w:line="240" w:lineRule="auto"/>
        <w:ind w:left="720"/>
      </w:pPr>
      <w:r/>
      <w:r>
        <w:rPr>
          <w:b/>
        </w:rPr>
        <w:t>Where to join Pride:</w:t>
      </w:r>
      <w:r>
        <w:t xml:space="preserve"> Guerneville’s Russian River Pride (mid-September) and newly minted St. Helena Pride offer lively parades, river parties and local vendors.</w:t>
      </w:r>
      <w:r/>
    </w:p>
    <w:p>
      <w:pPr>
        <w:pStyle w:val="ListBullet"/>
        <w:spacing w:line="240" w:lineRule="auto"/>
        <w:ind w:left="720"/>
      </w:pPr>
      <w:r/>
      <w:r>
        <w:rPr>
          <w:b/>
        </w:rPr>
        <w:t>Festive highlights:</w:t>
      </w:r>
      <w:r>
        <w:t xml:space="preserve"> Harvest balls, grape stomps, live music and wood-fired feasts add theatricality and flavour to visits.</w:t>
      </w:r>
      <w:r/>
    </w:p>
    <w:p>
      <w:pPr>
        <w:pStyle w:val="ListBullet"/>
        <w:spacing w:line="240" w:lineRule="auto"/>
        <w:ind w:left="720"/>
      </w:pPr>
      <w:r/>
      <w:r>
        <w:rPr>
          <w:b/>
        </w:rPr>
        <w:t>Practical tip:</w:t>
      </w:r>
      <w:r>
        <w:t xml:space="preserve"> Book tours and special events early, popular Harvest Balls and stomps sell out fast; look for weekday options or smaller Out in the Vineyard tours.</w:t>
      </w:r>
      <w:r/>
    </w:p>
    <w:p>
      <w:pPr>
        <w:pStyle w:val="ListBullet"/>
        <w:spacing w:line="240" w:lineRule="auto"/>
        <w:ind w:left="720"/>
      </w:pPr>
      <w:r/>
      <w:r>
        <w:rPr>
          <w:b/>
        </w:rPr>
        <w:t>Accessibility note:</w:t>
      </w:r>
      <w:r>
        <w:t xml:space="preserve"> Many wineries now list non-alcoholic pours and accessible experiences, so there’s something for everyone.</w:t>
      </w:r>
      <w:r/>
      <w:r/>
    </w:p>
    <w:p>
      <w:pPr>
        <w:pStyle w:val="Heading2"/>
      </w:pPr>
      <w:r>
        <w:t>Why Crush Season feels like a party for the senses</w:t>
      </w:r>
      <w:r/>
    </w:p>
    <w:p>
      <w:r/>
      <w:r>
        <w:t>Crush Season is loud with tractors, sweet with freshly pressed grapes and bright with the kind of sun-baked colours you remember from old travel postcards. According to regional visitor guides, harvest activity peaks in early autumn, creating a natural festival atmosphere across vineyards. That means tasting rooms are more than tasting rooms, they’re communal stages where you can learn, stomp and toast alongside winemakers. If you love sensory travel, squish underfoot, warm oak and wood-fired pizza smoke, this is your season.</w:t>
      </w:r>
      <w:r/>
    </w:p>
    <w:p>
      <w:pPr>
        <w:pStyle w:val="Heading2"/>
      </w:pPr>
      <w:r>
        <w:t>Pride in small towns: St. Helena and Guerneville are showing up</w:t>
      </w:r>
      <w:r/>
    </w:p>
    <w:p>
      <w:r/>
      <w:r>
        <w:t>Small towns that once felt quieter about Pride are waking up. St. Helena, for instance, moved from civic flag-raising to hosting a full Pride Day, complete with vendors and performers, signalling a more visible welcome. Meanwhile Russian River Pride brings a signature weekend of parades, river festivals and poolside parties under the redwoods. For LGBTQ+ travellers who want both vineyard calm and community buzz, timing your trip around these events adds a social heartbeat to the scenery.</w:t>
      </w:r>
      <w:r/>
    </w:p>
    <w:p>
      <w:pPr>
        <w:pStyle w:val="Heading2"/>
      </w:pPr>
      <w:r>
        <w:t>Out in the Vineyard and curated harvest experiences</w:t>
      </w:r>
      <w:r/>
    </w:p>
    <w:p>
      <w:r/>
      <w:r>
        <w:t>If you want a calendar that pairs autumn leaves with LGBTQ+ programming, look to Out in the Vineyard and similar operators who run Autumn Harvest tours in both counties. These tours mix behind-the-scenes cellar access with inclusive tasting rooms, often timed to coincide with grape-picking rituals. Book early for headline events, the Harvest Ball at some estates can sell out quickly, but remember there are smaller crush parties, stomps and weekday visits that feel intimate and unhurried.</w:t>
      </w:r>
      <w:r/>
    </w:p>
    <w:p>
      <w:pPr>
        <w:pStyle w:val="Heading2"/>
      </w:pPr>
      <w:r>
        <w:t>What to plan: stomp, sip, eat and move slowly</w:t>
      </w:r>
      <w:r/>
    </w:p>
    <w:p>
      <w:r/>
      <w:r>
        <w:t>Plan for a mix of activities. Big gatherings like grape stomps or harvest balls offer spectacle, think live music, dancing and communal stomping, while weekday winery visits let you savour the process, chat with winemakers and sample new releases. Practical travel notes: bring comfortable shoes for dirt paths, layer for cool mornings and warm afternoons, and ask ahead about non-alcoholic options if you prefer them. Local guides also recommend mixing estate tastings with casual lunches at food trucks or wood-fired pop-ups for a real sense of place.</w:t>
      </w:r>
      <w:r/>
    </w:p>
    <w:p>
      <w:pPr>
        <w:pStyle w:val="Heading2"/>
      </w:pPr>
      <w:r>
        <w:t>How to choose where to stay and how long to linger</w:t>
      </w:r>
      <w:r/>
    </w:p>
    <w:p>
      <w:r/>
      <w:r>
        <w:t>Decide whether you want a base in a town with nightlife, St. Helena or Sonoma, or a quieter riverside retreat in the Russian River area. Those who move to the North Bay, even part-time, say driving between tasting rooms is easy but leisurely; allow time for unhurried stops. If you’re chasing Pride events, book accommodation around the parade day and expect vibrant crowds in river towns. If solitude matters, aim for midweek stays during harvest week.</w:t>
      </w:r>
      <w:r/>
    </w:p>
    <w:p>
      <w:r/>
      <w:r>
        <w:t>It's a small change in timing that turns a wine trip into a seasonal ritual, pack comfy shoes, an appetite for community, and a taste for new traditions.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9">
        <w:r>
          <w:rPr>
            <w:color w:val="0000EE"/>
            <w:u w:val="single"/>
          </w:rPr>
          <w:t>[1]</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1">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https://sfbaytimes.com/lgbtq-crush-season-escape-to-wine-country/?utm_source=rss&amp;utm_medium=rss&amp;utm_campaign=lgbtq-crush-season-escape-to-wine-country</w:t>
        </w:r>
      </w:hyperlink>
      <w:r>
        <w:t xml:space="preserve"> - Please view link - unable to able to access data</w:t>
      </w:r>
      <w:r/>
    </w:p>
    <w:p>
      <w:pPr>
        <w:pStyle w:val="ListNumber"/>
        <w:spacing w:line="240" w:lineRule="auto"/>
        <w:ind w:left="720"/>
      </w:pPr>
      <w:r/>
      <w:hyperlink r:id="rId10">
        <w:r>
          <w:rPr>
            <w:color w:val="0000EE"/>
            <w:u w:val="single"/>
          </w:rPr>
          <w:t>https://www.sonomacounty.com/seasons/fall/6-unique-harvest-activities-fall-wine-country/</w:t>
        </w:r>
      </w:hyperlink>
      <w:r>
        <w:t xml:space="preserve"> - Sonoma County offers unique harvest activities during the fall, including grape stomps, harvest dinners, and vineyard tours. These events provide visitors with an immersive experience in the winemaking process, allowing them to participate in traditional grape harvesting and stomping. Additionally, wineries host special dinners and lunches featuring seasonal menus paired with local wines, celebrating the region's rich agricultural heritage. These activities are designed to engage guests in the harvest season's excitement and offer a deeper connection to Sonoma County's wine culture.</w:t>
      </w:r>
      <w:r/>
    </w:p>
    <w:p>
      <w:pPr>
        <w:pStyle w:val="ListNumber"/>
        <w:spacing w:line="240" w:lineRule="auto"/>
        <w:ind w:left="720"/>
      </w:pPr>
      <w:r/>
      <w:hyperlink r:id="rId12">
        <w:r>
          <w:rPr>
            <w:color w:val="0000EE"/>
            <w:u w:val="single"/>
          </w:rPr>
          <w:t>https://www.russianriverpride.com/</w:t>
        </w:r>
      </w:hyperlink>
      <w:r>
        <w:t xml:space="preserve"> - Russian River Pride is an annual event in Guerneville, California, celebrating the LGBTQIA+ community with a week of festivities culminating in a free Pride Parade and Festival. The 2026 theme, 'Let It Flow,' embodies joy, self-expression, and creativity. The event features a parade, festival, parties, and community gatherings, with performances by artists like Deidre McCalla. Scheduled for September 19, 2026, it aims to unite residents, visitors, and organizations in honouring LGBTQIA+ life in West Sonoma County.</w:t>
      </w:r>
      <w:r/>
    </w:p>
    <w:p>
      <w:pPr>
        <w:pStyle w:val="ListNumber"/>
        <w:spacing w:line="240" w:lineRule="auto"/>
        <w:ind w:left="720"/>
      </w:pPr>
      <w:r/>
      <w:hyperlink r:id="rId13">
        <w:r>
          <w:rPr>
            <w:color w:val="0000EE"/>
            <w:u w:val="single"/>
          </w:rPr>
          <w:t>https://www.outinthevineyard.com/</w:t>
        </w:r>
      </w:hyperlink>
      <w:r>
        <w:t xml:space="preserve"> - Out In The Vineyard is an experiential Wine Country event and travel company catering to the LGBTQ+ community. They offer exclusive itineraries and events in Sonoma County, including luxury hotel stays, private winery tours, and catered dining experiences. Their events bring the LGBTQ+ community together to socialise and raise funds for various causes. Notable events include Gay Wine Weekend, featuring winemaker dinners, winery tours, and drag queen brunches, and Pride Wine Festival, celebrating wine and friendship in a magical setting.</w:t>
      </w:r>
      <w:r/>
    </w:p>
    <w:p>
      <w:pPr>
        <w:pStyle w:val="ListNumber"/>
        <w:spacing w:line="240" w:lineRule="auto"/>
        <w:ind w:left="720"/>
      </w:pPr>
      <w:r/>
      <w:hyperlink r:id="rId11">
        <w:r>
          <w:rPr>
            <w:color w:val="0000EE"/>
            <w:u w:val="single"/>
          </w:rPr>
          <w:t>https://www.sonomawinerides.com/post/sonoma-harvest-season-crush-guide</w:t>
        </w:r>
      </w:hyperlink>
      <w:r>
        <w:t xml:space="preserve"> - Sonoma County's harvest season, known as 'crush,' typically begins in late August and runs through October. This period is marked by increased activity in the vineyards and wineries, with early mornings filled with grape picking and processing. Visitors during this time can witness the winemaking process firsthand, as wineries often welcome guests to observe the harvest and fermentation stages. The 'crush' season offers a unique opportunity to experience the energy and excitement of winemaking in Sonoma County.</w:t>
      </w:r>
      <w:r/>
    </w:p>
    <w:p>
      <w:pPr>
        <w:pStyle w:val="ListNumber"/>
        <w:spacing w:line="240" w:lineRule="auto"/>
        <w:ind w:left="720"/>
      </w:pPr>
      <w:r/>
      <w:hyperlink r:id="rId14">
        <w:r>
          <w:rPr>
            <w:color w:val="0000EE"/>
            <w:u w:val="single"/>
          </w:rPr>
          <w:t>https://www.visitnapavalley.com/events/harvest/</w:t>
        </w:r>
      </w:hyperlink>
      <w:r>
        <w:t xml:space="preserve"> - Napa Valley's harvest season, or 'crush,' runs from August to October, with wineries picking grapes for white and sparkling wines in early August and red wine grapes later in the season. Many wineries celebrate this period by hosting harvest parties, grape stomping events, and special dinners. Visitors can engage in hands-on activities, taste new releases, and enjoy the festive atmosphere that accompanies the grape harvest. The harvest season is considered peak time to visit Napa Valley, offering a vibrant and immersive wine country experience.</w:t>
      </w:r>
      <w:r/>
    </w:p>
    <w:p>
      <w:pPr>
        <w:pStyle w:val="ListNumber"/>
        <w:spacing w:line="240" w:lineRule="auto"/>
        <w:ind w:left="720"/>
      </w:pPr>
      <w:r/>
      <w:hyperlink r:id="rId15">
        <w:r>
          <w:rPr>
            <w:color w:val="0000EE"/>
            <w:u w:val="single"/>
          </w:rPr>
          <w:t>https://www.pridewines.com/happenings/events/2025/harvest-stomp</w:t>
        </w:r>
      </w:hyperlink>
      <w:r>
        <w:t xml:space="preserve"> - Pride Mountain Vineyards hosts the annual Harvest STOMP®, a celebration marking the start of Napa Valley's harvest season. The event honours the region's agricultural heritage and supports local organisations like the Napa Valley Grapegrowers and the Napa Valley Farmworker Foundation. Attendees can enjoy live music, wine tasting, and a festive atmosphere, all while supporting vital causes in the community. The Harvest STOMP® is a highlight of Napa Valley's harvest festivities, combining celebration with philanthropy.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lgbtq-crush-season-escape-to-wine-country/?utm_source=rss&amp;utm_medium=rss&amp;utm_campaign=lgbtq-crush-season-escape-to-wine-country" TargetMode="External"/><Relationship Id="rId10" Type="http://schemas.openxmlformats.org/officeDocument/2006/relationships/hyperlink" Target="https://www.sonomacounty.com/seasons/fall/6-unique-harvest-activities-fall-wine-country/" TargetMode="External"/><Relationship Id="rId11" Type="http://schemas.openxmlformats.org/officeDocument/2006/relationships/hyperlink" Target="https://www.sonomawinerides.com/post/sonoma-harvest-season-crush-guide" TargetMode="External"/><Relationship Id="rId12" Type="http://schemas.openxmlformats.org/officeDocument/2006/relationships/hyperlink" Target="https://www.russianriverpride.com/" TargetMode="External"/><Relationship Id="rId13" Type="http://schemas.openxmlformats.org/officeDocument/2006/relationships/hyperlink" Target="https://www.outinthevineyard.com/" TargetMode="External"/><Relationship Id="rId14" Type="http://schemas.openxmlformats.org/officeDocument/2006/relationships/hyperlink" Target="https://www.visitnapavalley.com/events/harvest/" TargetMode="External"/><Relationship Id="rId15" Type="http://schemas.openxmlformats.org/officeDocument/2006/relationships/hyperlink" Target="https://www.pridewines.com/happenings/events/2025/harvest-sto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