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Stop Saying "I'm Fine" and Actually Be Heard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Try answering the “how are you?” question differently , it’s a small habit with big benefits for queer people, friends and anyone tired of the performance of wellbeing. Here’s why “I’m fine” became our go-to, what it costs, and how to switch to answers that save energy and build honesty.</w:t>
      </w:r>
      <w:r/>
    </w:p>
    <w:p>
      <w:r/>
      <w:r>
        <w:t>Essential Takeaways</w:t>
      </w:r>
      <w:r/>
      <w:r/>
    </w:p>
    <w:p>
      <w:pPr>
        <w:pStyle w:val="ListBullet"/>
        <w:spacing w:line="240" w:lineRule="auto"/>
        <w:ind w:left="720"/>
      </w:pPr>
      <w:r/>
      <w:r>
        <w:rPr>
          <w:b/>
        </w:rPr>
        <w:t>Cultural shortcut:</w:t>
      </w:r>
      <w:r>
        <w:t xml:space="preserve"> “I’m fine” often functions as a protective phrase learned in childhood and reinforced in queer communities to avoid risk and scrutiny. </w:t>
      </w:r>
      <w:r/>
    </w:p>
    <w:p>
      <w:pPr>
        <w:pStyle w:val="ListBullet"/>
        <w:spacing w:line="240" w:lineRule="auto"/>
        <w:ind w:left="720"/>
      </w:pPr>
      <w:r/>
      <w:r>
        <w:rPr>
          <w:b/>
        </w:rPr>
        <w:t>Emotional tax:</w:t>
      </w:r>
      <w:r>
        <w:t xml:space="preserve"> Repeatedly saying you’re fine can drain emotional energy and mask chronic stress or loneliness. </w:t>
      </w:r>
      <w:r/>
    </w:p>
    <w:p>
      <w:pPr>
        <w:pStyle w:val="ListBullet"/>
        <w:spacing w:line="240" w:lineRule="auto"/>
        <w:ind w:left="720"/>
      </w:pPr>
      <w:r/>
      <w:r>
        <w:rPr>
          <w:b/>
        </w:rPr>
        <w:t>Safety check:</w:t>
      </w:r>
      <w:r>
        <w:t xml:space="preserve"> The phrase works to deflect hostility, but it also prevents genuine connection and help when it’s needed. </w:t>
      </w:r>
      <w:r/>
    </w:p>
    <w:p>
      <w:pPr>
        <w:pStyle w:val="ListBullet"/>
        <w:spacing w:line="240" w:lineRule="auto"/>
        <w:ind w:left="720"/>
      </w:pPr>
      <w:r/>
      <w:r>
        <w:rPr>
          <w:b/>
        </w:rPr>
        <w:t>Practical swap:</w:t>
      </w:r>
      <w:r>
        <w:t xml:space="preserve"> Start small , answer honestly to trusted friends first, not to every casual asker; expect relief and a bit of awkwardness. </w:t>
      </w:r>
      <w:r/>
    </w:p>
    <w:p>
      <w:pPr>
        <w:pStyle w:val="ListBullet"/>
        <w:spacing w:line="240" w:lineRule="auto"/>
        <w:ind w:left="720"/>
      </w:pPr>
      <w:r/>
      <w:r>
        <w:rPr>
          <w:b/>
        </w:rPr>
        <w:t>When to seek help:</w:t>
      </w:r>
      <w:r>
        <w:t xml:space="preserve"> If “I’m fine” hides persistent low mood or suicidal thoughts, reach out to a mental-health professional or crisis service.</w:t>
      </w:r>
      <w:r/>
      <w:r/>
    </w:p>
    <w:p>
      <w:pPr>
        <w:pStyle w:val="Heading2"/>
      </w:pPr>
      <w:r>
        <w:t>Why “I’m fine” became a survival language</w:t>
      </w:r>
      <w:r/>
    </w:p>
    <w:p>
      <w:r/>
      <w:r>
        <w:t>Two syllables, plenty of mileage , that’s the brutal efficiency of “I’m fine.” In queer life, it’s often taught informally, a phrase to get you through awkward family dinners, teasing corridors at school, or prising open a workplace conversation you don’t want to have. According to writers reflecting on queer memoir and experience, it’s less a lie than a learned dialect: polite, deflecting, and remarkably habit-forming. The line feels safe because it keeps other people comfortable and keeps you out of trouble.</w:t>
      </w:r>
      <w:r/>
    </w:p>
    <w:p>
      <w:r/>
      <w:r>
        <w:t>But safety has a price. Psychology commentators point out that repeating a canned response becomes mental shorthand , you start thinking in it. Over months and years that shorthand chips away at the bandwidth you’d otherwise use to notice how you actually feel. The phrase’s protective function is brilliant in hostile moments, yet counterproductive when you want care, perspective, or real rest.</w:t>
      </w:r>
      <w:r/>
    </w:p>
    <w:p>
      <w:pPr>
        <w:pStyle w:val="Heading2"/>
      </w:pPr>
      <w:r>
        <w:t>The emotional tax of always being “fine”</w:t>
      </w:r>
      <w:r/>
    </w:p>
    <w:p>
      <w:r/>
      <w:r>
        <w:t>Say “I’m fine” enough and it racks up a cost, not on paper but inside you. Therapists and mental-health writers describe this as an energetic tax: every dismissal forces emotion into storage, where it cools and clunks around, harder to move. People in queer spaces report exhaustion from performing a cheery state for others, especially when broader social and political currents are stressful or threatening.</w:t>
      </w:r>
      <w:r/>
    </w:p>
    <w:p>
      <w:r/>
      <w:r>
        <w:t>That doesn’t mean the phrase is entirely bad. It’s useful at the shops, with a barista, or during brief encounters where nuance would be impractical. The trouble is when it bleeds into friendships and family conversations, shutting down the possibility of real support. Recognising the cost is the first step to deciding when to use the phrase and when to refuse it.</w:t>
      </w:r>
      <w:r/>
    </w:p>
    <w:p>
      <w:pPr>
        <w:pStyle w:val="Heading2"/>
      </w:pPr>
      <w:r>
        <w:t>How to start answering honestly without oversharing</w:t>
      </w:r>
      <w:r/>
    </w:p>
    <w:p>
      <w:r/>
      <w:r>
        <w:t>You don’t need a dramatic reveal to stop performing fine-ness. Begin with small experiments: pick a close friend, set aside a time, and answer the question properly. Use practical, bounded replies , “I’ve been a bit overwhelmed this week” or “I’m struggling with motivation, could we talk?” Those lines are honest without being all-consuming, and they give the other person an actionable way to respond.</w:t>
      </w:r>
      <w:r/>
    </w:p>
    <w:p>
      <w:r/>
      <w:r>
        <w:t>Psychologists recommend a few easy swaps: replace “I’m fine” with “I’m managing” when you want to acknowledge effort, or “Not great, but thanks for asking” to invite follow-up. Expect discomfort: you might get an awkward silence, or someone might overreact. That reaction is on them. The relief comes after being seen accurately rather than politely edited.</w:t>
      </w:r>
      <w:r/>
    </w:p>
    <w:p>
      <w:pPr>
        <w:pStyle w:val="Heading2"/>
      </w:pPr>
      <w:r>
        <w:t>When “I’m fine” signals something more serious</w:t>
      </w:r>
      <w:r/>
    </w:p>
    <w:p>
      <w:r/>
      <w:r>
        <w:t>Sometimes “I’m fine” conceals acute distress, and that deserves a different response. Mental-health resources stress that if the phrase hides persistent low mood, hopelessness, or thoughts of self-harm, it’s time to reach out to a professional or a crisis line. Friends and partners should learn to notice patterns , repeated minimisation, withdrawal, and changes in sleep or appetite are red flags.</w:t>
      </w:r>
      <w:r/>
    </w:p>
    <w:p>
      <w:r/>
      <w:r>
        <w:t>If you’re the one hiding, try naming one concrete need when you say you’re not okay: “I’m not fine. I need someone to listen for 20 minutes,” or “I’m struggling and would like help finding a counsellor.” That reduces the emotional burden on both people and turns honesty into a practical step toward support.</w:t>
      </w:r>
      <w:r/>
    </w:p>
    <w:p>
      <w:pPr>
        <w:pStyle w:val="Heading2"/>
      </w:pPr>
      <w:r>
        <w:t>What communities gain when we drop the script</w:t>
      </w:r>
      <w:r/>
    </w:p>
    <w:p>
      <w:r/>
      <w:r>
        <w:t>When queer people stop reflexively saying they’re fine, something shifts in small but meaningful ways. Conversations in socials, groups and bars grow more honest, less performative. People report feeling lighter, even if the initial cost is vulnerability. Culturally, it chips away at the loneliness that secrecy breeds and normalises the idea that asking for help is ordinary, not dramatic.</w:t>
      </w:r>
      <w:r/>
    </w:p>
    <w:p>
      <w:r/>
      <w:r>
        <w:t>Of course, context matters , not every environment is safe for truth-telling. Use judgement. But where trust exists, letting someone hear a less-polished answer can be a radical act of care. It recalibrates expectations, invites reciprocity, and ultimately redistributes the emotional labour that has been unfairly shouldered for too long.</w:t>
      </w:r>
      <w:r/>
    </w:p>
    <w:p>
      <w:r/>
      <w:r>
        <w:t>It's a small change that can make every conversation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4">
        <w:r>
          <w:rPr>
            <w:color w:val="0000EE"/>
            <w:u w:val="single"/>
          </w:rPr>
          <w:t>[4]</w:t>
        </w:r>
      </w:hyperlink>
      <w:r>
        <w:t xml:space="preserve">- Paragraph 5: </w:t>
      </w:r>
      <w:hyperlink r:id="rId15">
        <w:r>
          <w:rPr>
            <w:color w:val="0000EE"/>
            <w:u w:val="single"/>
          </w:rPr>
          <w:t>[7]</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https://www.qxmagazine.com/2026/08/im-fine-the-queer-survival-language-hiding-in-plain-sight-by-mo-fanning/</w:t>
        </w:r>
      </w:hyperlink>
      <w:r>
        <w:t xml:space="preserve"> - Please view link - unable to able to access data</w:t>
      </w:r>
      <w:r/>
    </w:p>
    <w:p>
      <w:pPr>
        <w:pStyle w:val="ListNumber"/>
        <w:spacing w:line="240" w:lineRule="auto"/>
        <w:ind w:left="720"/>
      </w:pPr>
      <w:r/>
      <w:hyperlink r:id="rId10">
        <w:r>
          <w:rPr>
            <w:color w:val="0000EE"/>
            <w:u w:val="single"/>
          </w:rPr>
          <w:t>https://www.synecollective.com/post/im-fine-what-we-really-mean-when-we-say-it</w:t>
        </w:r>
      </w:hyperlink>
      <w:r>
        <w:t xml:space="preserve"> - This article explores the phrase 'I'm fine' and its common use as a socially acceptable response that often conceals true feelings. It discusses how individuals may use this phrase to avoid vulnerability, conflict, or self-confrontation, and highlights the psychological mechanisms behind this behaviour. The piece also examines the cultural factors that influence the tendency to say 'I'm fine' and the emotional costs associated with suppressing one's true emotions. The author suggests that therapy can provide a safe space to express genuine feelings and address underlying issues.</w:t>
      </w:r>
      <w:r/>
    </w:p>
    <w:p>
      <w:pPr>
        <w:pStyle w:val="ListNumber"/>
        <w:spacing w:line="240" w:lineRule="auto"/>
        <w:ind w:left="720"/>
      </w:pPr>
      <w:r/>
      <w:hyperlink r:id="rId11">
        <w:r>
          <w:rPr>
            <w:color w:val="0000EE"/>
            <w:u w:val="single"/>
          </w:rPr>
          <w:t>https://www.psychologytoday.com/us/blog/conquering-codependency/202105/why-we-say-im-fine-when-we-arent/amp</w:t>
        </w:r>
      </w:hyperlink>
      <w:r>
        <w:t xml:space="preserve"> - This article delves into the reasons why individuals often say 'I'm fine' when they are not. It examines how this phrase can serve as a form of denial, avoidance, and a way to pretend that there are no problems. The piece discusses the psychological factors contributing to this behaviour, including developmental trauma and discomfort with emotions. It also offers strategies to overcome this tendency, such as acknowledging one's feelings and finding a safe person to share them with, to promote emotional well-being and authenticity.</w:t>
      </w:r>
      <w:r/>
    </w:p>
    <w:p>
      <w:pPr>
        <w:pStyle w:val="ListNumber"/>
        <w:spacing w:line="240" w:lineRule="auto"/>
        <w:ind w:left="720"/>
      </w:pPr>
      <w:r/>
      <w:hyperlink r:id="rId14">
        <w:r>
          <w:rPr>
            <w:color w:val="0000EE"/>
            <w:u w:val="single"/>
          </w:rPr>
          <w:t>https://www.centerforsuicideawareness.org/blogs/why--i-m-fine--is-the-most-dangerous-phrase-we-hear</w:t>
        </w:r>
      </w:hyperlink>
      <w:r>
        <w:t xml:space="preserve"> - This article addresses the phrase 'I'm fine' and its potential to mask underlying issues such as exhaustion, overwhelm, grief, anxiety, and trauma. It discusses how this phrase can act as a shield, preventing individuals from expressing their true feelings and seeking help. The piece highlights the cultural pressures to appear strong and the impact of suppressing emotions on mental health. It emphasizes the importance of recognising when 'I'm fine' is used as a red flag and encourages open communication and support-seeking behaviours.</w:t>
      </w:r>
      <w:r/>
    </w:p>
    <w:p>
      <w:pPr>
        <w:pStyle w:val="ListNumber"/>
        <w:spacing w:line="240" w:lineRule="auto"/>
        <w:ind w:left="720"/>
      </w:pPr>
      <w:r/>
      <w:hyperlink r:id="rId13">
        <w:r>
          <w:rPr>
            <w:color w:val="0000EE"/>
            <w:u w:val="single"/>
          </w:rPr>
          <w:t>https://beingtherecounseling.com/im-fine-meaning/</w:t>
        </w:r>
      </w:hyperlink>
      <w:r>
        <w:t xml:space="preserve"> - This article examines the phrase 'I'm fine' and its role as a protective mechanism that individuals use to avoid vulnerability and emotional discomfort. It discusses how this phrase can serve as a substitute for genuine self-reflection and connection, leading to disconnection and emotional exhaustion. The piece explores the psychological and social factors that contribute to the habitual use of 'I'm fine' and offers insights into how individuals can recognise and address this behaviour to foster more authentic relationships and emotional well-being.</w:t>
      </w:r>
      <w:r/>
    </w:p>
    <w:p>
      <w:pPr>
        <w:pStyle w:val="ListNumber"/>
        <w:spacing w:line="240" w:lineRule="auto"/>
        <w:ind w:left="720"/>
      </w:pPr>
      <w:r/>
      <w:hyperlink r:id="rId12">
        <w:r>
          <w:rPr>
            <w:color w:val="0000EE"/>
            <w:u w:val="single"/>
          </w:rPr>
          <w:t>https://mindbehaviorguide.com/everyday-psychology/the-psychology-behind-saying-im-fine-when-were-not/</w:t>
        </w:r>
      </w:hyperlink>
      <w:r>
        <w:t xml:space="preserve"> - This article explores the psychological reasons behind the common use of the phrase 'I'm fine' when individuals are not. It discusses how this phrase acts as emotional armour, a reflex to avoid vulnerability, conflict, or self-confrontation. The piece delves into the social conditioning and fear of judgment that contribute to this behaviour and the human need to appear in control. It also examines the emotional and neurological costs of pretending to be fine and offers strategies to unlearn this reflex and express truth safely.</w:t>
      </w:r>
      <w:r/>
    </w:p>
    <w:p>
      <w:pPr>
        <w:pStyle w:val="ListNumber"/>
        <w:spacing w:line="240" w:lineRule="auto"/>
        <w:ind w:left="720"/>
      </w:pPr>
      <w:r/>
      <w:hyperlink r:id="rId15">
        <w:r>
          <w:rPr>
            <w:color w:val="0000EE"/>
            <w:u w:val="single"/>
          </w:rPr>
          <w:t>https://vocal.media/confessions/the-ache-of-i-m-fine</w:t>
        </w:r>
      </w:hyperlink>
      <w:r>
        <w:t xml:space="preserve"> - This article reflects on the emotional weight carried by the phrase 'I'm fine' and how it serves as a shield to deflect concern and mask underlying feelings. It discusses the internal conflict between presenting a composed exterior and the internal turmoil that may exist. The piece highlights the habitual nature of this response and the impact it has on personal well-being and relationships. It also touches upon the desire for genuine connection and the challenges of being open about one's true feelings.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8/im-fine-the-queer-survival-language-hiding-in-plain-sight-by-mo-fanning/" TargetMode="External"/><Relationship Id="rId10" Type="http://schemas.openxmlformats.org/officeDocument/2006/relationships/hyperlink" Target="https://www.synecollective.com/post/im-fine-what-we-really-mean-when-we-say-it" TargetMode="External"/><Relationship Id="rId11" Type="http://schemas.openxmlformats.org/officeDocument/2006/relationships/hyperlink" Target="https://www.psychologytoday.com/us/blog/conquering-codependency/202105/why-we-say-im-fine-when-we-arent/amp" TargetMode="External"/><Relationship Id="rId12" Type="http://schemas.openxmlformats.org/officeDocument/2006/relationships/hyperlink" Target="https://mindbehaviorguide.com/everyday-psychology/the-psychology-behind-saying-im-fine-when-were-not/" TargetMode="External"/><Relationship Id="rId13" Type="http://schemas.openxmlformats.org/officeDocument/2006/relationships/hyperlink" Target="https://beingtherecounseling.com/im-fine-meaning/" TargetMode="External"/><Relationship Id="rId14" Type="http://schemas.openxmlformats.org/officeDocument/2006/relationships/hyperlink" Target="https://www.centerforsuicideawareness.org/blogs/why--i-m-fine--is-the-most-dangerous-phrase-we-hear" TargetMode="External"/><Relationship Id="rId15" Type="http://schemas.openxmlformats.org/officeDocument/2006/relationships/hyperlink" Target="https://vocal.media/confessions/the-ache-of-i-m-f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