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Fulton County is Supporting Atlanta Black Pride Health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Join the celebration and stay well: Fulton County Board of Health is kicking off Atlanta Black Pride with free testing, after-hours clinics, music and food , a weekend-friendly blend of care and community that matters for residents and visitors across the city.</w:t>
      </w:r>
      <w:r/>
    </w:p>
    <w:p>
      <w:r/>
      <w:r>
        <w:t>Essential Takeaways</w:t>
      </w:r>
      <w:r/>
      <w:r/>
    </w:p>
    <w:p>
      <w:pPr>
        <w:pStyle w:val="ListBullet"/>
        <w:spacing w:line="240" w:lineRule="auto"/>
        <w:ind w:left="720"/>
      </w:pPr>
      <w:r/>
      <w:r>
        <w:rPr>
          <w:b/>
        </w:rPr>
        <w:t>Free services available:</w:t>
      </w:r>
      <w:r>
        <w:t xml:space="preserve"> HIV and STI testing, PrEP access, Doxy PEP education, rapid PrEP and rapid HIV start offered at the kickoff event.</w:t>
      </w:r>
      <w:r/>
    </w:p>
    <w:p>
      <w:pPr>
        <w:pStyle w:val="ListBullet"/>
        <w:spacing w:line="240" w:lineRule="auto"/>
        <w:ind w:left="720"/>
      </w:pPr>
      <w:r/>
      <w:r>
        <w:rPr>
          <w:b/>
        </w:rPr>
        <w:t>After-hours convenience:</w:t>
      </w:r>
      <w:r>
        <w:t xml:space="preserve"> Clinic open from 5pm–9pm starting Wednesday, September 2 through September 4 for those who need care outside standard hours.</w:t>
      </w:r>
      <w:r/>
    </w:p>
    <w:p>
      <w:pPr>
        <w:pStyle w:val="ListBullet"/>
        <w:spacing w:line="240" w:lineRule="auto"/>
        <w:ind w:left="720"/>
      </w:pPr>
      <w:r/>
      <w:r>
        <w:rPr>
          <w:b/>
        </w:rPr>
        <w:t>Where and when:</w:t>
      </w:r>
      <w:r>
        <w:t xml:space="preserve"> Community festival kickoff on Thursday 3 September, 6pm–9pm at Neighborhood Union Health Center, 186 Sunset Avenue NW, Atlanta.</w:t>
      </w:r>
      <w:r/>
    </w:p>
    <w:p>
      <w:pPr>
        <w:pStyle w:val="ListBullet"/>
        <w:spacing w:line="240" w:lineRule="auto"/>
        <w:ind w:left="720"/>
      </w:pPr>
      <w:r/>
      <w:r>
        <w:rPr>
          <w:b/>
        </w:rPr>
        <w:t>Festival context:</w:t>
      </w:r>
      <w:r>
        <w:t xml:space="preserve"> The activities are part of Atlanta Black Pride (2–7 September), one of the country’s largest LGBTQIA+ celebrations, overlapping with the Labour Day weekend.</w:t>
      </w:r>
      <w:r/>
    </w:p>
    <w:p>
      <w:pPr>
        <w:pStyle w:val="ListBullet"/>
        <w:spacing w:line="240" w:lineRule="auto"/>
        <w:ind w:left="720"/>
      </w:pPr>
      <w:r/>
      <w:r>
        <w:rPr>
          <w:b/>
        </w:rPr>
        <w:t>Vibe and access:</w:t>
      </w:r>
      <w:r>
        <w:t xml:space="preserve"> Expect food, music and a welcoming atmosphere alongside practical health services , easy access, no-frills testing, and prevention education.</w:t>
      </w:r>
      <w:r/>
      <w:r/>
    </w:p>
    <w:p>
      <w:pPr>
        <w:pStyle w:val="Heading2"/>
      </w:pPr>
      <w:r>
        <w:t>What’s happening at the community festival kickoff and why it matters</w:t>
      </w:r>
      <w:r/>
    </w:p>
    <w:p>
      <w:r/>
      <w:r>
        <w:t>The Fulton County Board of Health is turning a health visit into a neighbourhood party, and it’s the kind of practical friendliness people notice. Expect an evening of music, food and information alongside free clinical services like rapid HIV tests and STI screening. According to Fulton County event listings, the approach is simple: meet people where they are, during one of the busiest queer celebrations in the US.</w:t>
      </w:r>
      <w:r/>
    </w:p>
    <w:p>
      <w:r/>
      <w:r>
        <w:t>This matters because Atlanta Black Pride draws large crowds over a holiday weekend, so offering onsite prevention and treatment lowers barriers to care. If you’re attending events across the city, dropping in for a quick test or a PrEP chat could save you time and worry later.</w:t>
      </w:r>
      <w:r/>
    </w:p>
    <w:p>
      <w:pPr>
        <w:pStyle w:val="Heading2"/>
      </w:pPr>
      <w:r>
        <w:t>Convenient after-hours clinics for festival-goers</w:t>
      </w:r>
      <w:r/>
    </w:p>
    <w:p>
      <w:r/>
      <w:r>
        <w:t>Fulton County has built extra hours into its schedule to match the festival’s rhythm. The Neighborhood Union Health Center opens later than usual , 5pm to 9pm , from Wednesday 2 September through Friday 4 September, which covers prime after-party times.</w:t>
      </w:r>
      <w:r/>
    </w:p>
    <w:p>
      <w:r/>
      <w:r>
        <w:t>That means you don’t have to squeeze health care into daytime work hours. For folks who work late, travel in for events, or prefer privacy, the extended hours are a practical plus. It’s worth checking the FCBOH event page for any last-minute updates before you head out.</w:t>
      </w:r>
      <w:r/>
    </w:p>
    <w:p>
      <w:pPr>
        <w:pStyle w:val="Heading2"/>
      </w:pPr>
      <w:r>
        <w:t>Prevention services on offer: what to expect</w:t>
      </w:r>
      <w:r/>
    </w:p>
    <w:p>
      <w:r/>
      <w:r>
        <w:t>If you’re curious about PrEP or newer options like Doxy PEP education, the kickoff gives you face-to-face access to clinicians who can explain options and next steps. Rapid PrEP starts and rapid HIV start services mean there’s no long wait to begin a prevention plan if it’s appropriate for you.</w:t>
      </w:r>
      <w:r/>
    </w:p>
    <w:p>
      <w:r/>
      <w:r>
        <w:t>Bring an ID if you can, and be prepared for brief counselling alongside testing. Staff aim to make the process quick and non-judgmental, so you can get back to the festival without a lot of fuss.</w:t>
      </w:r>
      <w:r/>
    </w:p>
    <w:p>
      <w:pPr>
        <w:pStyle w:val="Heading2"/>
      </w:pPr>
      <w:r>
        <w:t>How this fits into the wider Atlanta Black Pride weekend</w:t>
      </w:r>
      <w:r/>
    </w:p>
    <w:p>
      <w:r/>
      <w:r>
        <w:t>Atlanta Black Pride runs 2–7 September and attracts visitors from across the country. The Board of Health’s involvement is part of a larger pattern of public health teams offering targeted services during major events, when people are gathered and outreach can be efficient.</w:t>
      </w:r>
      <w:r/>
    </w:p>
    <w:p>
      <w:r/>
      <w:r>
        <w:t>Organisers from Atlanta Pride and Atlanta Black Pride coordinate many city events, so pairing celebration with care feels logical , and compassionate. If you’re planning to attend multiple parties or large gatherings, consider scheduling a health stop early in your visit.</w:t>
      </w:r>
      <w:r/>
    </w:p>
    <w:p>
      <w:pPr>
        <w:pStyle w:val="Heading2"/>
      </w:pPr>
      <w:r>
        <w:t>Practical tips for visitors and locals</w:t>
      </w:r>
      <w:r/>
    </w:p>
    <w:p>
      <w:r/>
      <w:r>
        <w:t>Plan a quick stop between events: evening clinics are timed for convenience. Wear comfortable clothing to get tested easily. If you want medication or a PrEP prescription, ask about follow-up care and where to continue treatment locally. And if you’re bringing friends, suggest they join , health is easier when it’s social.</w:t>
      </w:r>
      <w:r/>
    </w:p>
    <w:p>
      <w:r/>
      <w:r>
        <w:t>If privacy or language access matters to you, call ahead or check the Fulton County Board of Health’s community health pages to confirm services and support.</w:t>
      </w:r>
      <w:r/>
    </w:p>
    <w:p>
      <w:r/>
      <w:r>
        <w:t>It’s a small change that can make every celebration safer and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Paragraph 4: </w:t>
      </w:r>
      <w:hyperlink r:id="rId10">
        <w:r>
          <w:rPr>
            <w:color w:val="0000EE"/>
            <w:u w:val="single"/>
          </w:rPr>
          <w:t>[6]</w:t>
        </w:r>
      </w:hyperlink>
      <w:r>
        <w:t xml:space="preserve">, </w:t>
      </w:r>
      <w:hyperlink r:id="rId13">
        <w:r>
          <w:rPr>
            <w:color w:val="0000EE"/>
            <w:u w:val="single"/>
          </w:rPr>
          <w:t>[7]</w:t>
        </w:r>
      </w:hyperlink>
      <w:r>
        <w:t xml:space="preserve">- Paragraph 5: </w:t>
      </w:r>
      <w:hyperlink r:id="rId12">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https://atlantadailyworld.com/2026/08/27/join-the-fulton-county-board-of-health-to-celebrate-atlanta-black-pride/</w:t>
        </w:r>
      </w:hyperlink>
      <w:r>
        <w:t xml:space="preserve"> - Please view link - unable to able to access data</w:t>
      </w:r>
      <w:r/>
    </w:p>
    <w:p>
      <w:pPr>
        <w:pStyle w:val="ListNumber"/>
        <w:spacing w:line="240" w:lineRule="auto"/>
        <w:ind w:left="720"/>
      </w:pPr>
      <w:r/>
      <w:hyperlink r:id="rId9">
        <w:r>
          <w:rPr>
            <w:color w:val="0000EE"/>
            <w:u w:val="single"/>
          </w:rPr>
          <w:t>https://atlantadailyworld.com/2026/08/27/join-the-fulton-county-board-of-health-to-celebrate-atlanta-black-pride/</w:t>
        </w:r>
      </w:hyperlink>
      <w:r>
        <w:t xml:space="preserve"> - The Fulton County Board of Health (FCBOH) is celebrating Atlanta Black Pride in a special way this year. On Thursday, September 3, we’re hosting a community festival kickoff at our Neighborhood Union Health Center. Free health services will be offered during the event including HIV and STI testing, access to pre-exposure prophylaxis (PrEP), Doxy PEP education, rapid PrEP, and rapid HIV start. FCBOH invites the community to join us for the festivities which will also include food, music, and an overall fun environment as we celebrate together.</w:t>
      </w:r>
      <w:r/>
    </w:p>
    <w:p>
      <w:pPr>
        <w:pStyle w:val="ListNumber"/>
        <w:spacing w:line="240" w:lineRule="auto"/>
        <w:ind w:left="720"/>
      </w:pPr>
      <w:r/>
      <w:hyperlink r:id="rId11">
        <w:r>
          <w:rPr>
            <w:color w:val="0000EE"/>
            <w:u w:val="single"/>
          </w:rPr>
          <w:t>https://fultoncountyboh.com/fcbohevent/after-hours-clinic-block-party/</w:t>
        </w:r>
      </w:hyperlink>
      <w:r>
        <w:t xml:space="preserve"> - Celebrate Labor Day with the Fulton County Board of Health at the After Hours Clinic &amp; Block Party on Wednesday, September 2-4, from 5-9 p.m. at Neighborhood Union Health Center. We’d like to invite the community to join us for the festivities which will also include food, music, and an overall fun environment as we celebrate together! The clinic will remain open after hours, offering free and confidential HIV and STI testing, PrEP information and enrollment, DoxyPEP education, insurance navigation, and linkage to care and support. Bring your family and friends for a night focused on food, fun, community, and better health.</w:t>
      </w:r>
      <w:r/>
    </w:p>
    <w:p>
      <w:pPr>
        <w:pStyle w:val="ListNumber"/>
        <w:spacing w:line="240" w:lineRule="auto"/>
        <w:ind w:left="720"/>
      </w:pPr>
      <w:r/>
      <w:hyperlink r:id="rId12">
        <w:r>
          <w:rPr>
            <w:color w:val="0000EE"/>
            <w:u w:val="single"/>
          </w:rPr>
          <w:t>https://fultoncountyboh.com/community-health/</w:t>
        </w:r>
      </w:hyperlink>
      <w:r>
        <w:t xml:space="preserve"> - We aim to achieve real results when it comes to promoting health initiatives. Our commitment to community health and wellness means we go above and beyond, providing education, outreach, and preventive services aimed at keeping you and your loved ones safe and healthy. Check out the results of our most recent efforts!</w:t>
      </w:r>
      <w:r/>
    </w:p>
    <w:p>
      <w:pPr>
        <w:pStyle w:val="ListNumber"/>
        <w:spacing w:line="240" w:lineRule="auto"/>
        <w:ind w:left="720"/>
      </w:pPr>
      <w:r/>
      <w:hyperlink r:id="rId14">
        <w:r>
          <w:rPr>
            <w:color w:val="0000EE"/>
            <w:u w:val="single"/>
          </w:rPr>
          <w:t>https://fultoncountyga.gov/inside-fulton-county/fulton-county-departments/board-of-health</w:t>
        </w:r>
      </w:hyperlink>
      <w:r>
        <w:t xml:space="preserve"> - The Fulton County Board of Health (FCBOH) provides a variety of services that help protect residents from health threats, increase access to health services to improve health outcomes, and provide information that assists Fulton County citizens in living healthier lives. The FCBOH serves nearly one million citizens who reside in Fulton County. The health centers include state-of-the-art clinics to serve our clients along with an Office of Vital Records located in the Fulton County Government Center.</w:t>
      </w:r>
      <w:r/>
    </w:p>
    <w:p>
      <w:pPr>
        <w:pStyle w:val="ListNumber"/>
        <w:spacing w:line="240" w:lineRule="auto"/>
        <w:ind w:left="720"/>
      </w:pPr>
      <w:r/>
      <w:hyperlink r:id="rId10">
        <w:r>
          <w:rPr>
            <w:color w:val="0000EE"/>
            <w:u w:val="single"/>
          </w:rPr>
          <w:t>https://atlantapride.org/event/atlanta-black-pride-2026/</w:t>
        </w:r>
      </w:hyperlink>
      <w:r>
        <w:t xml:space="preserve"> - Atlanta Black Pride, Inc. exists to celebrate, empower, and advocate for BIPOC LGBTQ+ individuals and families through year-round programming that promotes community leadership, education, healthy living, self-empowerment, economic growth, and political involvement. We provide safe, affirming spaces while advancing social justice, health equity, and economic opportunity for all members of our diverse community. The annual Atlanta Black Pride Weekend takes place over Labor Day Weekend, with its signature Pride events scheduled for September 2-7, 2026.</w:t>
      </w:r>
      <w:r/>
    </w:p>
    <w:p>
      <w:pPr>
        <w:pStyle w:val="ListNumber"/>
        <w:spacing w:line="240" w:lineRule="auto"/>
        <w:ind w:left="720"/>
      </w:pPr>
      <w:r/>
      <w:hyperlink r:id="rId13">
        <w:r>
          <w:rPr>
            <w:color w:val="0000EE"/>
            <w:u w:val="single"/>
          </w:rPr>
          <w:t>https://atlblackpride.org/</w:t>
        </w:r>
      </w:hyperlink>
      <w:r>
        <w:t xml:space="preserve"> - ATL Black Pride presents three nights and one iconic weekend. September 4–6, 2026 Atlanta, Georgia. A celebration twenty years in the making. Join us for an extraordinary weekend honoring the legacy, joy, and power of Atlanta Black Pride. Friday September 4, 2026: Beyoncé’s B’day Tribute at HERETIC 2069 Cheshire Bridge Rd NE 10PM–3AM. Saturday September 5, 2026: TRAXX Atlanta Bar Crawl at ATLANTA LIVE &amp; HERETIC 2043–2069 Cheshire Bridge Rd NE 10PM–3AM. Sunday September 6, 2026: Rush Sundays — Atlanta Black Pride Finale at Friends Neighborhood Bar 736 Ponce de Leon Ave NE · Atlanta, GA 10PM–3AM.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tlantadailyworld.com/2026/08/27/join-the-fulton-county-board-of-health-to-celebrate-atlanta-black-pride/" TargetMode="External"/><Relationship Id="rId10" Type="http://schemas.openxmlformats.org/officeDocument/2006/relationships/hyperlink" Target="https://atlantapride.org/event/atlanta-black-pride-2026/" TargetMode="External"/><Relationship Id="rId11" Type="http://schemas.openxmlformats.org/officeDocument/2006/relationships/hyperlink" Target="https://fultoncountyboh.com/fcbohevent/after-hours-clinic-block-party/" TargetMode="External"/><Relationship Id="rId12" Type="http://schemas.openxmlformats.org/officeDocument/2006/relationships/hyperlink" Target="https://fultoncountyboh.com/community-health/" TargetMode="External"/><Relationship Id="rId13" Type="http://schemas.openxmlformats.org/officeDocument/2006/relationships/hyperlink" Target="https://atlblackpride.org/" TargetMode="External"/><Relationship Id="rId14" Type="http://schemas.openxmlformats.org/officeDocument/2006/relationships/hyperlink" Target="https://fultoncountyga.gov/inside-fulton-county/fulton-county-departments/board-of-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