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tips for Manchester Pride weekend: road closures and transport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are bracing for big crowds as Manchester Village Pride fills the city centre from Friday 28 to Monday 31 August, so here’s a clear, practical guide to getting around, where trains and trams are best and which roads and bus lanes will be shut.</w:t>
      </w:r>
      <w:r/>
    </w:p>
    <w:p>
      <w:r/>
      <w:r>
        <w:t>Essential Takeaways</w:t>
      </w:r>
      <w:r/>
      <w:r/>
    </w:p>
    <w:p>
      <w:pPr>
        <w:pStyle w:val="ListBullet"/>
        <w:spacing w:line="240" w:lineRule="auto"/>
        <w:ind w:left="720"/>
      </w:pPr>
      <w:r/>
      <w:r>
        <w:rPr>
          <w:b/>
        </w:rPr>
        <w:t>Dates and scale:</w:t>
      </w:r>
      <w:r>
        <w:t xml:space="preserve"> Manchester Village Pride runs 28–31 August with the parade at midday on Saturday 29, drawing tens of thousands. </w:t>
      </w:r>
      <w:r/>
    </w:p>
    <w:p>
      <w:pPr>
        <w:pStyle w:val="ListBullet"/>
        <w:spacing w:line="240" w:lineRule="auto"/>
        <w:ind w:left="720"/>
      </w:pPr>
      <w:r/>
      <w:r>
        <w:rPr>
          <w:b/>
        </w:rPr>
        <w:t>Major closures:</w:t>
      </w:r>
      <w:r>
        <w:t xml:space="preserve"> Key city-centre streets including Deansgate, Portland Street, Whitworth Street and parts of Liverpool Road will be closed for much of Saturday. </w:t>
      </w:r>
      <w:r/>
    </w:p>
    <w:p>
      <w:pPr>
        <w:pStyle w:val="ListBullet"/>
        <w:spacing w:line="240" w:lineRule="auto"/>
        <w:ind w:left="720"/>
      </w:pPr>
      <w:r/>
      <w:r>
        <w:rPr>
          <w:b/>
        </w:rPr>
        <w:t>Best route in:</w:t>
      </w:r>
      <w:r>
        <w:t xml:space="preserve"> Take the Metrolink to Piccadilly or Piccadilly Gardens; tram stops are the quickest way into the Gay Village. </w:t>
      </w:r>
      <w:r/>
    </w:p>
    <w:p>
      <w:pPr>
        <w:pStyle w:val="ListBullet"/>
        <w:spacing w:line="240" w:lineRule="auto"/>
        <w:ind w:left="720"/>
      </w:pPr>
      <w:r/>
      <w:r>
        <w:rPr>
          <w:b/>
        </w:rPr>
        <w:t>Bus and rail tips:</w:t>
      </w:r>
      <w:r>
        <w:t xml:space="preserve"> Many bus routes will be diverted and Piccadilly/Oxford Road are the nearest train stations; expect delays and allow extra time. </w:t>
      </w:r>
      <w:r/>
    </w:p>
    <w:p>
      <w:pPr>
        <w:pStyle w:val="ListBullet"/>
        <w:spacing w:line="240" w:lineRule="auto"/>
        <w:ind w:left="720"/>
      </w:pPr>
      <w:r/>
      <w:r>
        <w:rPr>
          <w:b/>
        </w:rPr>
        <w:t>Event vibe:</w:t>
      </w:r>
      <w:r>
        <w:t xml:space="preserve"> Expect live music, family-friendly events, and a Candlelight Vigil, plan arrivals and meeting points in advance.</w:t>
      </w:r>
      <w:r/>
      <w:r/>
    </w:p>
    <w:p>
      <w:pPr>
        <w:pStyle w:val="Heading2"/>
      </w:pPr>
      <w:r>
        <w:t>Why this weekend will test Manchester’s transport , and how it feels on the ground</w:t>
      </w:r>
      <w:r/>
    </w:p>
    <w:p>
      <w:r/>
      <w:r>
        <w:t>Manchester Pride has grown into one of the city’s biggest August Bank Holiday draws, and this year’s Manchester Village Pride promises four days of gigs, performances and the parade through the centre. The atmosphere will be colourful and loud, with stages and bar takeovers around the Gay Village, so it’ll feel busy from morning to night. With that many people converging on a compact area, roads and public transport will be noticeably busier than a normal weekend.</w:t>
      </w:r>
      <w:r/>
    </w:p>
    <w:p>
      <w:r/>
      <w:r>
        <w:t>City council notices and local coverage make it clear closures are extensive to keep the parade route safe. If you’ve ever wandered through Piccadilly Gardens during a big event, you’ll know it’s easier to move by foot or tram than by car. My tip: treat the day like a festival , pick a tram stop as your base and fully charge your phone.</w:t>
      </w:r>
      <w:r/>
    </w:p>
    <w:p>
      <w:pPr>
        <w:pStyle w:val="Heading2"/>
      </w:pPr>
      <w:r>
        <w:t>Which roads will be shut and when , the must-know list</w:t>
      </w:r>
      <w:r/>
    </w:p>
    <w:p>
      <w:r/>
      <w:r>
        <w:t>Several stretches around Deansgate, Liverpool Road and Whitworth Street will be closed at different times to accommodate the parade route and event infrastructure. Some closures start as early as 6am on Saturday and run until around 7pm, with other sections affected from 9am to 7pm. Expect one-way changes and temporary turn restrictions on streets feeding the route.</w:t>
      </w:r>
      <w:r/>
    </w:p>
    <w:p>
      <w:r/>
      <w:r>
        <w:t>According to council road-closure maps, these aren’t small pinch-points but long corridors through the city centre, so motorists should avoid the area entirely where possible. If you must drive, plan an alternative route that keeps you well outside the closure perimeter and factor in longer journey times.</w:t>
      </w:r>
      <w:r/>
    </w:p>
    <w:p>
      <w:pPr>
        <w:pStyle w:val="Heading2"/>
      </w:pPr>
      <w:r>
        <w:t>Best public transport moves , trams, trains and buses to favour</w:t>
      </w:r>
      <w:r/>
    </w:p>
    <w:p>
      <w:r/>
      <w:r>
        <w:t>The Metrolink is your friend over the weekend. Piccadilly and Piccadilly Gardens tram stops are the most convenient for the Gay Village, with signposts guiding foot traffic the final short walk. Manchester Piccadilly and Oxford Road are the closest mainline stations if you’re arriving by train, but a tram from Piccadilly will usually be faster for door-to-door.</w:t>
      </w:r>
      <w:r/>
    </w:p>
    <w:p>
      <w:r/>
      <w:r>
        <w:t>Bus travellers should check National Rail and local bus updates in advance: many services will be diverted, and some bus lanes are suspended on Saturday, so journeys will be slower. BusTimes and the Bee Network pages list real-time diversions , bookmark them and allow at least an extra 30–45 minutes for journeys near the city centre.</w:t>
      </w:r>
      <w:r/>
    </w:p>
    <w:p>
      <w:pPr>
        <w:pStyle w:val="Heading2"/>
      </w:pPr>
      <w:r>
        <w:t>Getting around once you’re there , tips for families, party-goers and those with accessibility needs</w:t>
      </w:r>
      <w:r/>
    </w:p>
    <w:p>
      <w:r/>
      <w:r>
        <w:t>If you’re attending family-friendly events or the Candlelight Vigil, aim to arrive early to secure a good spot and avoid late-evening pressure on exits. For people using mobility aids, check tram stop accessibility and the nearest step-free station before setting off. Event organisers and Manchester Pride FAQs typically publish accessible routes and stewarding info , save those pages to your phone.</w:t>
      </w:r>
      <w:r/>
    </w:p>
    <w:p>
      <w:r/>
      <w:r>
        <w:t>Carry water, wear comfortable shoes and pick a clear rendezvous point with a friend in case phone signals get cramped. Vendors and stages can make streets narrower than usual, so a little patience goes a long way.</w:t>
      </w:r>
      <w:r/>
    </w:p>
    <w:p>
      <w:pPr>
        <w:pStyle w:val="Heading2"/>
      </w:pPr>
      <w:r>
        <w:t>What to expect beyond transport , gigs, crowds and other events to be aware of</w:t>
      </w:r>
      <w:r/>
    </w:p>
    <w:p>
      <w:r/>
      <w:r>
        <w:t>The Bank Holiday weekend holds more than just Pride: there are concerts across Greater Manchester, from big park shows to a Sunday football fixture, so the whole transport network will feel stretched. That means longer queues at trams, fuller trains and busy city-centre concourses. If you’re combining events, give yourself plenty of buffer time between plans.</w:t>
      </w:r>
      <w:r/>
    </w:p>
    <w:p>
      <w:r/>
      <w:r>
        <w:t>Local reporting and official event pages recommend checking performance times and map your day so you’re not chasing across town. The practical upside is that lots of venues, cafés and shops will stay open later, so you can relax into the evening once you get there.</w:t>
      </w:r>
      <w:r/>
    </w:p>
    <w:p>
      <w:r/>
      <w:r>
        <w:t>It's a small change in planning that can make the whole weekend smoother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11">
        <w:r>
          <w:rPr>
            <w:color w:val="0000EE"/>
            <w:u w:val="single"/>
          </w:rPr>
          <w:t>[6]</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https://www.manchestereveningnews.co.uk/whats-on/whats-on-news/major-travel-warning-issued-manchester-34512822</w:t>
        </w:r>
      </w:hyperlink>
      <w:r>
        <w:t xml:space="preserve"> - Please view link - unable to able to access data</w:t>
      </w:r>
      <w:r/>
    </w:p>
    <w:p>
      <w:pPr>
        <w:pStyle w:val="ListNumber"/>
        <w:spacing w:line="240" w:lineRule="auto"/>
        <w:ind w:left="720"/>
      </w:pPr>
      <w:r/>
      <w:hyperlink r:id="rId10">
        <w:r>
          <w:rPr>
            <w:color w:val="0000EE"/>
            <w:u w:val="single"/>
          </w:rPr>
          <w:t>https://www.manchester.gov.uk/roads-and-transport/roadworks-and-closures/road-closures/manchester-village-pride-parade-2026</w:t>
        </w:r>
      </w:hyperlink>
      <w:r>
        <w:t xml:space="preserve"> - The Manchester Village Pride Parade 2026 is scheduled from Friday 28 August to Tuesday 1 September. During this period, several roads in the city centre will be closed, including Abingdon Street, Canal Street, and Sackville Street. Additional traffic restrictions will be implemented, such as one-way road closures and right-turn lane closures on Princess Street. These measures aim to facilitate the parade and associated events, ensuring safety and smooth flow of activities.</w:t>
      </w:r>
      <w:r/>
    </w:p>
    <w:p>
      <w:pPr>
        <w:pStyle w:val="ListNumber"/>
        <w:spacing w:line="240" w:lineRule="auto"/>
        <w:ind w:left="720"/>
      </w:pPr>
      <w:r/>
      <w:hyperlink r:id="rId12">
        <w:r>
          <w:rPr>
            <w:color w:val="0000EE"/>
            <w:u w:val="single"/>
          </w:rPr>
          <w:t>https://www.manchester.gov.uk/roads-and-transport/roadworks-and-closures/road-closures</w:t>
        </w:r>
      </w:hyperlink>
      <w:r>
        <w:t xml:space="preserve"> - This page provides information on event-related road closures in Manchester. It includes details about the Manchester Village Pride Parade 2026, scheduled for Saturday 29 August, and other events like Live from Wythenshawe Park from Friday 28 to Sunday 30 August. The page offers guidance on planning travel during these events, highlighting affected areas and advising on alternative routes.</w:t>
      </w:r>
      <w:r/>
    </w:p>
    <w:p>
      <w:pPr>
        <w:pStyle w:val="ListNumber"/>
        <w:spacing w:line="240" w:lineRule="auto"/>
        <w:ind w:left="720"/>
      </w:pPr>
      <w:r/>
      <w:hyperlink r:id="rId15">
        <w:r>
          <w:rPr>
            <w:color w:val="0000EE"/>
            <w:u w:val="single"/>
          </w:rPr>
          <w:t>https://www.manchestervillagepride.org/faqs/</w:t>
        </w:r>
      </w:hyperlink>
      <w:r>
        <w:t xml:space="preserve"> - The FAQs section of Manchester Village Pride addresses common questions about the 2026 event. It covers topics such as event dates, ticketing, accessibility provisions, and transportation options. The page provides essential information for attendees, including details on ticket purchases, accessibility support, and recommendations for using public transport due to expected road closures and increased traffic during the Pride weekend.</w:t>
      </w:r>
      <w:r/>
    </w:p>
    <w:p>
      <w:pPr>
        <w:pStyle w:val="ListNumber"/>
        <w:spacing w:line="240" w:lineRule="auto"/>
        <w:ind w:left="720"/>
      </w:pPr>
      <w:r/>
      <w:hyperlink r:id="rId13">
        <w:r>
          <w:rPr>
            <w:color w:val="0000EE"/>
            <w:u w:val="single"/>
          </w:rPr>
          <w:t>https://bustimes.org/services/1-piccadilly-rail-station-piccadilly-rail-station</w:t>
        </w:r>
      </w:hyperlink>
      <w:r>
        <w:t xml:space="preserve"> - This page details the 1 Free Bus service operated by Bee Network - Stagecoach Manchester, which runs a circular route between Piccadilly Rail Station and Spinningfields. During the Manchester Pride Parade on Saturday 29 August 2026, the service will be on diversion due to the parade taking place in the city centre. The page provides updated timetables and information on the diversions affecting the bus service during the event.</w:t>
      </w:r>
      <w:r/>
    </w:p>
    <w:p>
      <w:pPr>
        <w:pStyle w:val="ListNumber"/>
        <w:spacing w:line="240" w:lineRule="auto"/>
        <w:ind w:left="720"/>
      </w:pPr>
      <w:r/>
      <w:hyperlink r:id="rId11">
        <w:r>
          <w:rPr>
            <w:color w:val="0000EE"/>
            <w:u w:val="single"/>
          </w:rPr>
          <w:t>https://secretmanchester.com/bank-holiday-weekend-pride-parade-wythenshawe-park-road-closures-bus-diversions-manchester/</w:t>
        </w:r>
      </w:hyperlink>
      <w:r>
        <w:t xml:space="preserve"> - This article warns drivers to avoid central Manchester during the bank holiday weekend due to the Pride Parade and events at Wythenshawe Park. It details widespread road closures and bus diversions starting from 6am on Saturday 29 August. Major routes, including Deansgate, Peter Street, and Oxford Street, will face full closures or parking suspensions. The article advises visitors to use public transport and plan their journeys accordingly to avoid disruptions.</w:t>
      </w:r>
      <w:r/>
    </w:p>
    <w:p>
      <w:pPr>
        <w:pStyle w:val="ListNumber"/>
        <w:spacing w:line="240" w:lineRule="auto"/>
        <w:ind w:left="720"/>
      </w:pPr>
      <w:r/>
      <w:hyperlink r:id="rId14">
        <w:r>
          <w:rPr>
            <w:color w:val="0000EE"/>
            <w:u w:val="single"/>
          </w:rPr>
          <w:t>https://www.manchesterpride.com/faqs</w:t>
        </w:r>
      </w:hyperlink>
      <w:r>
        <w:t xml:space="preserve"> - The FAQs section of Manchester Pride provides comprehensive information about the 2026 event. It addresses queries related to ticketing, event schedules, accessibility, and transportation. The page emphasizes the importance of purchasing tickets in advance, especially for the busiest periods, and highlights the necessity of using public transport due to expected road closures and increased traffic during the Pride weekend.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major-travel-warning-issued-manchester-34512822" TargetMode="External"/><Relationship Id="rId10" Type="http://schemas.openxmlformats.org/officeDocument/2006/relationships/hyperlink" Target="https://www.manchester.gov.uk/roads-and-transport/roadworks-and-closures/road-closures/manchester-village-pride-parade-2026" TargetMode="External"/><Relationship Id="rId11" Type="http://schemas.openxmlformats.org/officeDocument/2006/relationships/hyperlink" Target="https://secretmanchester.com/bank-holiday-weekend-pride-parade-wythenshawe-park-road-closures-bus-diversions-manchester/" TargetMode="External"/><Relationship Id="rId12" Type="http://schemas.openxmlformats.org/officeDocument/2006/relationships/hyperlink" Target="https://www.manchester.gov.uk/roads-and-transport/roadworks-and-closures/road-closures" TargetMode="External"/><Relationship Id="rId13" Type="http://schemas.openxmlformats.org/officeDocument/2006/relationships/hyperlink" Target="https://bustimes.org/services/1-piccadilly-rail-station-piccadilly-rail-station" TargetMode="External"/><Relationship Id="rId14" Type="http://schemas.openxmlformats.org/officeDocument/2006/relationships/hyperlink" Target="https://www.manchesterpride.com/faqs" TargetMode="External"/><Relationship Id="rId15" Type="http://schemas.openxmlformats.org/officeDocument/2006/relationships/hyperlink" Target="https://www.manchestervillagepride.org/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