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Stirling Pride 2026 Guide: Road Closures, Transport and What’s 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Expect a busy, colourful Saturday , Stirling Pride returns with a march, main stage acts and around 60 stalls, so drivers and visitors should plan routes, parking and public-transport options ahead to keep the party safe and smooth.</w:t>
      </w:r>
      <w:r/>
    </w:p>
    <w:p>
      <w:r/>
      <w:r>
        <w:t>Essential Takeaways</w:t>
      </w:r>
      <w:r/>
      <w:r/>
    </w:p>
    <w:p>
      <w:pPr>
        <w:pStyle w:val="ListBullet"/>
        <w:spacing w:line="240" w:lineRule="auto"/>
        <w:ind w:left="720"/>
      </w:pPr>
      <w:r/>
      <w:r>
        <w:rPr>
          <w:b/>
        </w:rPr>
        <w:t>Road closures:</w:t>
      </w:r>
      <w:r>
        <w:t xml:space="preserve"> King Street, the pedestrianised part of Port Street and Murray Place past the mini-roundabout will be closed 9am–7pm on Saturday, 29 August.</w:t>
      </w:r>
      <w:r/>
    </w:p>
    <w:p>
      <w:pPr>
        <w:pStyle w:val="ListBullet"/>
        <w:spacing w:line="240" w:lineRule="auto"/>
        <w:ind w:left="720"/>
      </w:pPr>
      <w:r/>
      <w:r>
        <w:rPr>
          <w:b/>
        </w:rPr>
        <w:t>Rolling closure for the march:</w:t>
      </w:r>
      <w:r>
        <w:t xml:space="preserve"> Victoria Place, Queen’s Road, Albert Place and Corn Exchange Road will have a rolling closure roughly 11.30am–12.30pm.</w:t>
      </w:r>
      <w:r/>
    </w:p>
    <w:p>
      <w:pPr>
        <w:pStyle w:val="ListBullet"/>
        <w:spacing w:line="240" w:lineRule="auto"/>
        <w:ind w:left="720"/>
      </w:pPr>
      <w:r/>
      <w:r>
        <w:rPr>
          <w:b/>
        </w:rPr>
        <w:t>Main events:</w:t>
      </w:r>
      <w:r>
        <w:t xml:space="preserve"> March starts from King’s Park at 11am, main stage entertainment runs from about 12.15pm–5pm and a free ceilidh is 12.30pm–4pm at the Golden Lion Hotel.</w:t>
      </w:r>
      <w:r/>
    </w:p>
    <w:p>
      <w:pPr>
        <w:pStyle w:val="ListBullet"/>
        <w:spacing w:line="240" w:lineRule="auto"/>
        <w:ind w:left="720"/>
      </w:pPr>
      <w:r/>
      <w:r>
        <w:rPr>
          <w:b/>
        </w:rPr>
        <w:t>Parking and travel:</w:t>
      </w:r>
      <w:r>
        <w:t xml:space="preserve"> On-street parking suspended in closed areas; pay attention to public parking at Wellgreen, Dalgleish Court and Thistles, or use Stirling’s train and bus stations five minutes’ walk from the main stage.</w:t>
      </w:r>
      <w:r/>
    </w:p>
    <w:p>
      <w:pPr>
        <w:pStyle w:val="ListBullet"/>
        <w:spacing w:line="240" w:lineRule="auto"/>
        <w:ind w:left="720"/>
      </w:pPr>
      <w:r/>
      <w:r>
        <w:rPr>
          <w:b/>
        </w:rPr>
        <w:t>Family-friendly vibe:</w:t>
      </w:r>
      <w:r>
        <w:t xml:space="preserve"> Around 60 stalls in Albert Halls and a mix of music and drag acts aim to keep events inclusive and welcoming.</w:t>
      </w:r>
      <w:r/>
      <w:r/>
    </w:p>
    <w:p>
      <w:pPr>
        <w:pStyle w:val="Heading2"/>
      </w:pPr>
      <w:r>
        <w:t>What’s closing and when , plan your car trip now</w:t>
      </w:r>
      <w:r/>
    </w:p>
    <w:p>
      <w:r/>
      <w:r>
        <w:t>If you’re driving into the city, expect a ten-hour closure on King Street and nearby stretches from 9am to 7pm. The pedestrianised section of Port Street and Murray Place beyond the mini-roundabout are included, and parking will be suspended along those lengths for the same window. That’s a long stretch of central Stirling to avoid, so either park outside the centre or come by bus or train.</w:t>
      </w:r>
      <w:r/>
    </w:p>
    <w:p>
      <w:r/>
      <w:r>
        <w:t>Local councillors and event organisers are reminding drivers to heed signage on the day, and to allow extra time if you must drive through town. For short trips only, consider dropping someone off before the closure starts rather than hunting for a space during the event.</w:t>
      </w:r>
      <w:r/>
    </w:p>
    <w:p>
      <w:pPr>
        <w:pStyle w:val="Heading2"/>
      </w:pPr>
      <w:r>
        <w:t>The march: where it starts, the route and what to expect</w:t>
      </w:r>
      <w:r/>
    </w:p>
    <w:p>
      <w:r/>
      <w:r>
        <w:t>Marchers gather in King’s Park from 11am and set off for King Street at 11.30am, with a rolling road closure allowing the procession to move safely. Expect temporary stops on Victoria Place, Queen’s Road, Albert Place and Corn Exchange Road between about 11.30am and 12.30pm while the march passes through.</w:t>
      </w:r>
      <w:r/>
    </w:p>
    <w:p>
      <w:r/>
      <w:r>
        <w:t>If you live or work along the route, don’t be surprised by brief delays. Businesses and residents are usually given advance notice, but planning any essential journeys for later in the afternoon is the easiest way to avoid disruption.</w:t>
      </w:r>
      <w:r/>
    </w:p>
    <w:p>
      <w:pPr>
        <w:pStyle w:val="Heading2"/>
      </w:pPr>
      <w:r>
        <w:t>Entertainment lineup and where to see it</w:t>
      </w:r>
      <w:r/>
    </w:p>
    <w:p>
      <w:r/>
      <w:r>
        <w:t>The Main Stage sits at the bottom of King Street, and the free afternoon programme runs from roughly 12.15pm until 5pm. This year’s highlights include RuPaul’s Drag Race alumni Divina De Campo and Blu Hydrangea, singer Michelle McManus and Scottish musician Malin Lewis. There’s also a free Pride ceilidh at the Golden Lion Hotel from 12.30pm–4pm, so there’s plenty to keep you dancing and cheering.</w:t>
      </w:r>
      <w:r/>
    </w:p>
    <w:p>
      <w:r/>
      <w:r>
        <w:t>Stalls , around 60 of them , will fill the Albert Halls from noon to 5pm, offering a mix of community groups, arts, food and merch. If you like a bustling, sensory feel , bright colours, music and theatrical hosting , King Street and the halls deliver it.</w:t>
      </w:r>
      <w:r/>
    </w:p>
    <w:p>
      <w:pPr>
        <w:pStyle w:val="Heading2"/>
      </w:pPr>
      <w:r>
        <w:t>How to get there without the hassle</w:t>
      </w:r>
      <w:r/>
    </w:p>
    <w:p>
      <w:r/>
      <w:r>
        <w:t>Organisers are encouraging visitors to use public transport or active travel. Stirling railway and bus stations are around five minutes’ walk from the main stage, which makes the train a particularly handy option if you want to avoid parking stress. Public parking remains at Wellgreen, Dalgleish Court and Thistles Shopping Centre, but spaces will fill quickly.</w:t>
      </w:r>
      <w:r/>
    </w:p>
    <w:p>
      <w:r/>
      <w:r>
        <w:t>Cyclists and walkers should watch for temporarily redirected footways during the march and near the main stage. If you’re arriving with family, factor in a buffer for leaving , egress can be slower when a big crowd disperses.</w:t>
      </w:r>
      <w:r/>
    </w:p>
    <w:p>
      <w:pPr>
        <w:pStyle w:val="Heading2"/>
      </w:pPr>
      <w:r>
        <w:t>Why this matters and what locals say</w:t>
      </w:r>
      <w:r/>
    </w:p>
    <w:p>
      <w:r/>
      <w:r>
        <w:t>Stirling Pride aims to provide fully inclusive, safe and welcoming events across the Forth Valley, bringing LGBTQ+ voices to the fore while delivering a day of community celebration. According to organisers and local guides, events like this boost local footfall and create a visible moment of solidarity , plus they’re simply a lot of fun.</w:t>
      </w:r>
      <w:r/>
    </w:p>
    <w:p>
      <w:r/>
      <w:r>
        <w:t>If you’ve never been, expect warmth, noise and a strong sense of togetherness. If you’re a regular, it’s the usual mix of familiar faces, great entertainment and the odd new surprise.</w:t>
      </w:r>
      <w:r/>
    </w:p>
    <w:p>
      <w:r/>
      <w:r>
        <w:t>It’s a small change that can make every Pride visit easier and more enjoyable.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0">
        <w:r>
          <w:rPr>
            <w:color w:val="0000EE"/>
            <w:u w:val="single"/>
          </w:rPr>
          <w:t>[2]</w:t>
        </w:r>
      </w:hyperlink>
      <w:r>
        <w:t xml:space="preserve">- Paragraph 3: </w:t>
      </w:r>
      <w:hyperlink r:id="rId9">
        <w:r>
          <w:rPr>
            <w:color w:val="0000EE"/>
            <w:u w:val="single"/>
          </w:rPr>
          <w:t>[1]</w:t>
        </w:r>
      </w:hyperlink>
      <w:r>
        <w:t xml:space="preserve">, </w:t>
      </w:r>
      <w:hyperlink r:id="rId12">
        <w:r>
          <w:rPr>
            <w:color w:val="0000EE"/>
            <w:u w:val="single"/>
          </w:rPr>
          <w:t>[4]</w:t>
        </w:r>
      </w:hyperlink>
      <w:r>
        <w:t xml:space="preserve">- Paragraph 4: </w:t>
      </w:r>
      <w:hyperlink r:id="rId9">
        <w:r>
          <w:rPr>
            <w:color w:val="0000EE"/>
            <w:u w:val="single"/>
          </w:rPr>
          <w:t>[1]</w:t>
        </w:r>
      </w:hyperlink>
      <w:r>
        <w:t xml:space="preserve">, </w:t>
      </w:r>
      <w:hyperlink r:id="rId13">
        <w:r>
          <w:rPr>
            <w:color w:val="0000EE"/>
            <w:u w:val="single"/>
          </w:rPr>
          <w:t>[7]</w:t>
        </w:r>
      </w:hyperlink>
      <w:r>
        <w:t xml:space="preserve">- Paragraph 5: </w:t>
      </w:r>
      <w:hyperlink r:id="rId9">
        <w:r>
          <w:rPr>
            <w:color w:val="0000EE"/>
            <w:u w:val="single"/>
          </w:rPr>
          <w:t>[1]</w:t>
        </w:r>
      </w:hyperlink>
      <w:r>
        <w:t xml:space="preserve">, </w:t>
      </w:r>
      <w:hyperlink r:id="rId14">
        <w:r>
          <w:rPr>
            <w:color w:val="0000EE"/>
            <w:u w:val="single"/>
          </w:rPr>
          <w:t>[5]</w:t>
        </w:r>
      </w:hyperlink>
      <w:r>
        <w:t xml:space="preserve">- Paragraph 6: </w:t>
      </w:r>
      <w:hyperlink r:id="rId15">
        <w:r>
          <w:rPr>
            <w:color w:val="0000EE"/>
            <w:u w:val="single"/>
          </w:rPr>
          <w:t>[3]</w:t>
        </w:r>
      </w:hyperlink>
      <w:r>
        <w:t xml:space="preserve">, </w:t>
      </w:r>
      <w:hyperlink r:id="rId11">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https://www.deadlinenews.co.uk/2026/08/27/full-list-of-stirling-city-centre-road-closure-as-pride-returns-this-weekend/</w:t>
        </w:r>
      </w:hyperlink>
      <w:r>
        <w:t xml:space="preserve"> - Please view link - unable to able to access data</w:t>
      </w:r>
      <w:r/>
    </w:p>
    <w:p>
      <w:pPr>
        <w:pStyle w:val="ListNumber"/>
        <w:spacing w:line="240" w:lineRule="auto"/>
        <w:ind w:left="720"/>
      </w:pPr>
      <w:r/>
      <w:hyperlink r:id="rId10">
        <w:r>
          <w:rPr>
            <w:color w:val="0000EE"/>
            <w:u w:val="single"/>
          </w:rPr>
          <w:t>https://www.stirling.gov.uk/roads-transport-and-parking/roads-and-pavements/planned-road-closures/</w:t>
        </w:r>
      </w:hyperlink>
      <w:r>
        <w:t xml:space="preserve"> - The Stirling Council provides a comprehensive list of planned road closures due to road works, public processions, and special events. The list includes closures from January 2026 to September 2026, detailing specific roads and dates affected. Notably, on 29 August 2026, Victoria Place, Queen's Road, Albert Place, Corn Exchange Road, and King Street in Stirling will be closed, with Murray Place, King Street, and Port Street also closed from 9am to 7pm. Diversions will be in place via Station Road, Goosecroft Road, Wellgreen, St Ninians Road, Port Street, Dumbarton Road (East), Albert Place, and Exchange Road.</w:t>
      </w:r>
      <w:r/>
    </w:p>
    <w:p>
      <w:pPr>
        <w:pStyle w:val="ListNumber"/>
        <w:spacing w:line="240" w:lineRule="auto"/>
        <w:ind w:left="720"/>
      </w:pPr>
      <w:r/>
      <w:hyperlink r:id="rId15">
        <w:r>
          <w:rPr>
            <w:color w:val="0000EE"/>
            <w:u w:val="single"/>
          </w:rPr>
          <w:t>https://www.stir.ac.uk/events/be-connected/stirling-pride-2026/</w:t>
        </w:r>
      </w:hyperlink>
      <w:r>
        <w:t xml:space="preserve"> - The University of Stirling announces Stirling Pride 2026, scheduled for Saturday, 29 August 2026, starting at 11:00am in King's Park, Stirling. The event is a vibrant celebration of queer pride and liberation, featuring a Pride march, market, and various entertainment across the city. The university encourages staff and students to participate by marching from King's Park at 11:00am, with a gathering point marked by the Stirling Squirrel. For more details, attendees are directed to the Stirling Pride website or can contact the Student President via email.</w:t>
      </w:r>
      <w:r/>
    </w:p>
    <w:p>
      <w:pPr>
        <w:pStyle w:val="ListNumber"/>
        <w:spacing w:line="240" w:lineRule="auto"/>
        <w:ind w:left="720"/>
      </w:pPr>
      <w:r/>
      <w:hyperlink r:id="rId12">
        <w:r>
          <w:rPr>
            <w:color w:val="0000EE"/>
            <w:u w:val="single"/>
          </w:rPr>
          <w:t>https://www.stirlingpride.co.uk/pride-march-2026</w:t>
        </w:r>
      </w:hyperlink>
      <w:r>
        <w:t xml:space="preserve"> - Stirling Pride 2026 is set for 29 August 2026, with the Pride March beginning at 11:00am in King's Park and proceeding to King Street. Organisations, businesses, and charities are encouraged to register ahead of the march and provide an estimate of attendees, especially if bringing more than 10 participants. A suggested donation of £3 per marcher is requested to assist with the cost of stewarding the march. Donations and registrations can be completed through the Stirling Pride website.</w:t>
      </w:r>
      <w:r/>
    </w:p>
    <w:p>
      <w:pPr>
        <w:pStyle w:val="ListNumber"/>
        <w:spacing w:line="240" w:lineRule="auto"/>
        <w:ind w:left="720"/>
      </w:pPr>
      <w:r/>
      <w:hyperlink r:id="rId14">
        <w:r>
          <w:rPr>
            <w:color w:val="0000EE"/>
            <w:u w:val="single"/>
          </w:rPr>
          <w:t>https://www.stirlingpride.co.uk/</w:t>
        </w:r>
      </w:hyperlink>
      <w:r>
        <w:t xml:space="preserve"> - Stirling Pride, established in 2024, has seen significant growth, with attendance increasing from over 7,000 in 2024 to 8,000 in 2025. The organisation aims to provide fully inclusive, safe, and welcoming events that unite and amplify LGBTQ+ voices within the Forth Valley community. They have adopted a zero-tolerance approach to discrimination of any kind, including homophobia, lesbophobia, biphobia, transphobia, racism, and ableism. Stirling Pride is set to return to the city centre on 29 August 2026, with various events planned throughout the year.</w:t>
      </w:r>
      <w:r/>
    </w:p>
    <w:p>
      <w:pPr>
        <w:pStyle w:val="ListNumber"/>
        <w:spacing w:line="240" w:lineRule="auto"/>
        <w:ind w:left="720"/>
      </w:pPr>
      <w:r/>
      <w:hyperlink r:id="rId11">
        <w:r>
          <w:rPr>
            <w:color w:val="0000EE"/>
            <w:u w:val="single"/>
          </w:rPr>
          <w:t>https://www.thecourier.co.uk/fp/news/5082849/stirling-pride-event-all-you-need-to-know/</w:t>
        </w:r>
      </w:hyperlink>
      <w:r>
        <w:t xml:space="preserve"> - An article detailing Stirling Pride 2026, including timings and acts. The event features a march, market, live music, and drag acts. The Wallace Monument and the Tolbooth will also light up in rainbow colours. The schedule includes performances by Divina De Campo at 2:40pm, Michelle McManus at 3:35pm, and Blu Hydrangea at 4:25pm. The Pride Market will be held from 12pm to 5pm at the Albert Halls, featuring around 60 stalls with crafts, gifts, information, charities, artwork, and freebies. A Pride Ceilidh will be held at the Golden Lion from 12:30pm to 4pm, hosted by the Riverside Ceilidh Band. A Quiet Space will be available at the Holy Trinity Church Hall from 12:30pm to 4:30pm, offering crafts, tea and coffee, and the opportunity to chat with people from Neil’s Hugs Foundation. The Stirling Pride Youth Space will be at Creative Stirling between 12pm and 5pm, open to those aged 13 to 25, with crafting, music, and activities. The Stirling Pride After Party will be hosted by Blondie Fizz at Made in Stirling, starting at 6:30pm for the adult-only event, which includes music, burlesque, and cabaret. Tickets are £5 per person and must be booked in advance. A Pride Service will be held at the Church of the Holy Rude on Sunday, 30 August, starting at 6:30pm, open to all.</w:t>
      </w:r>
      <w:r/>
    </w:p>
    <w:p>
      <w:pPr>
        <w:pStyle w:val="ListNumber"/>
        <w:spacing w:line="240" w:lineRule="auto"/>
        <w:ind w:left="720"/>
      </w:pPr>
      <w:r/>
      <w:hyperlink r:id="rId13">
        <w:r>
          <w:rPr>
            <w:color w:val="0000EE"/>
            <w:u w:val="single"/>
          </w:rPr>
          <w:t>https://www.whatsonstirling.co.uk/event/160993-stirling-pride/</w:t>
        </w:r>
      </w:hyperlink>
      <w:r>
        <w:t xml:space="preserve"> - Stirling Pride returns for 2026 on Saturday, 29 August, with a full day of events across the city centre, including the march, live entertainment at the Main Stage on King Street, and much more. The day starts with a gathering at King's Park at 11am for the Pride March, which departs at 11:30am to head to King Street. Entertainment hosted by Nicola Meighan and Cherry West will begin at 12:15pm and run through to 5pm. Performances include Rubber Chicken Theatre, Malin Lewis, and Cherry West herself, alongside headliners Blu Hydrangea, Michelle McManus, and Divina De Campo.</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deadlinenews.co.uk/2026/08/27/full-list-of-stirling-city-centre-road-closure-as-pride-returns-this-weekend/" TargetMode="External"/><Relationship Id="rId10" Type="http://schemas.openxmlformats.org/officeDocument/2006/relationships/hyperlink" Target="https://www.stirling.gov.uk/roads-transport-and-parking/roads-and-pavements/planned-road-closures/" TargetMode="External"/><Relationship Id="rId11" Type="http://schemas.openxmlformats.org/officeDocument/2006/relationships/hyperlink" Target="https://www.thecourier.co.uk/fp/news/5082849/stirling-pride-event-all-you-need-to-know/" TargetMode="External"/><Relationship Id="rId12" Type="http://schemas.openxmlformats.org/officeDocument/2006/relationships/hyperlink" Target="https://www.stirlingpride.co.uk/pride-march-2026" TargetMode="External"/><Relationship Id="rId13" Type="http://schemas.openxmlformats.org/officeDocument/2006/relationships/hyperlink" Target="https://www.whatsonstirling.co.uk/event/160993-stirling-pride/" TargetMode="External"/><Relationship Id="rId14" Type="http://schemas.openxmlformats.org/officeDocument/2006/relationships/hyperlink" Target="https://www.stirlingpride.co.uk/" TargetMode="External"/><Relationship Id="rId15" Type="http://schemas.openxmlformats.org/officeDocument/2006/relationships/hyperlink" Target="https://www.stir.ac.uk/events/be-connected/stirling-pride-20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