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Seattle Burlesque Acts to See Now: Queer, Bold, and Boundary-Pushing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for Seattle’s indie burlesque, where queer and trans performers turn satire, glamour and costume magic into fierce political art. Here’s why the city’s scene matters, who’s leading it, and how to catch shows that celebrate identity, joy and bodily autonomy.</w:t>
      </w:r>
      <w:r/>
    </w:p>
    <w:p>
      <w:r/>
      <w:r>
        <w:t>Essential Takeaways</w:t>
      </w:r>
      <w:r/>
      <w:r/>
    </w:p>
    <w:p>
      <w:pPr>
        <w:pStyle w:val="ListBullet"/>
        <w:spacing w:line="240" w:lineRule="auto"/>
        <w:ind w:left="720"/>
      </w:pPr>
      <w:r/>
      <w:r>
        <w:rPr>
          <w:b/>
        </w:rPr>
        <w:t>Queer-led and fierce:</w:t>
      </w:r>
      <w:r>
        <w:t xml:space="preserve"> Seattle’s burlesque scene is predominantly driven by Queer and Trans artists who use performance to explore gender and identity.</w:t>
      </w:r>
      <w:r/>
    </w:p>
    <w:p>
      <w:pPr>
        <w:pStyle w:val="ListBullet"/>
        <w:spacing w:line="240" w:lineRule="auto"/>
        <w:ind w:left="720"/>
      </w:pPr>
      <w:r/>
      <w:r>
        <w:rPr>
          <w:b/>
        </w:rPr>
        <w:t>Performance style:</w:t>
      </w:r>
      <w:r>
        <w:t xml:space="preserve"> Acts blend satire, costume changes, comedy and striptease, often with a theatrical or revista influence that feels vibrant and rhythmic.</w:t>
      </w:r>
      <w:r/>
    </w:p>
    <w:p>
      <w:pPr>
        <w:pStyle w:val="ListBullet"/>
        <w:spacing w:line="240" w:lineRule="auto"/>
        <w:ind w:left="720"/>
      </w:pPr>
      <w:r/>
      <w:r>
        <w:rPr>
          <w:b/>
        </w:rPr>
        <w:t>Visibility and struggles:</w:t>
      </w:r>
      <w:r>
        <w:t xml:space="preserve"> Performers face shrinking venues, low pay and travel barriers, obstacles that threaten community spaces and touring work.</w:t>
      </w:r>
      <w:r/>
    </w:p>
    <w:p>
      <w:pPr>
        <w:pStyle w:val="ListBullet"/>
        <w:spacing w:line="240" w:lineRule="auto"/>
        <w:ind w:left="720"/>
      </w:pPr>
      <w:r/>
      <w:r>
        <w:rPr>
          <w:b/>
        </w:rPr>
        <w:t>Standout names:</w:t>
      </w:r>
      <w:r>
        <w:t xml:space="preserve"> Mx. Pucks A’Plenty and Sneaky Boo are local leaders who teach, produce festivals and tour internationally, bringing homegrown flair to global stages.</w:t>
      </w:r>
      <w:r/>
    </w:p>
    <w:p>
      <w:pPr>
        <w:pStyle w:val="ListBullet"/>
        <w:spacing w:line="240" w:lineRule="auto"/>
        <w:ind w:left="720"/>
      </w:pPr>
      <w:r/>
      <w:r>
        <w:rPr>
          <w:b/>
        </w:rPr>
        <w:t>How to support:</w:t>
      </w:r>
      <w:r>
        <w:t xml:space="preserve"> Attend local shows, book diverse lineups, and follow events like Fatlesque Fest NW and Shape &amp; Shadow to keep the scene alive.</w:t>
      </w:r>
      <w:r/>
      <w:r/>
    </w:p>
    <w:p>
      <w:pPr>
        <w:pStyle w:val="Heading2"/>
      </w:pPr>
      <w:r>
        <w:t>Why Seattle’s burlesque scene feels like a queer home</w:t>
      </w:r>
      <w:r/>
    </w:p>
    <w:p>
      <w:r/>
      <w:r>
        <w:t>Seattle’s burlesque community has a cosy, electric quality, you can almost hear the sequins. According to performers in the scene, burlesque has always been Queer in nature, a place where people can play, subvert and reclaim their bodies onstage. That history makes clubs and theatres feel less like venues and more like living rooms where identity work happens out loud.</w:t>
      </w:r>
      <w:r/>
    </w:p>
    <w:p>
      <w:r/>
      <w:r>
        <w:t>This isn’t just theatre for theatre’s sake. Performers say burlesque offers a rare arena where gender, race and disability are folded into the art itself, not hidden. For audiences, that creates moments that are equal parts hilarious, heartbreaking and liberating.</w:t>
      </w:r>
      <w:r/>
    </w:p>
    <w:p>
      <w:pPr>
        <w:pStyle w:val="Heading2"/>
      </w:pPr>
      <w:r>
        <w:t>How artists use burlesque to discover and declare identity</w:t>
      </w:r>
      <w:r/>
    </w:p>
    <w:p>
      <w:r/>
      <w:r>
        <w:t>For some local acts, the stage was the classroom where identity took shape. Performers recount discovering nonbinary and trans identities through the process of creating characters, costumes and routines. The process can be tactile, suits of sequins, handmade props and a lantern-lit intimacy that makes transformation feel immediate.</w:t>
      </w:r>
      <w:r/>
    </w:p>
    <w:p>
      <w:r/>
      <w:r>
        <w:t>If you’re curious about watching someone’s self-realisation unfold, look for performers who weave personal narratives into their acts. It’s why a burlesque night can feel like a small, eloquent memoir performed with glitter and comic timing.</w:t>
      </w:r>
      <w:r/>
    </w:p>
    <w:p>
      <w:pPr>
        <w:pStyle w:val="Heading2"/>
      </w:pPr>
      <w:r>
        <w:t>Travel, festivals and the real cost of touring</w:t>
      </w:r>
      <w:r/>
    </w:p>
    <w:p>
      <w:r/>
      <w:r>
        <w:t>Seattle’s burlesque talent doesn’t stay local for long, many headline festivals and clubs around the world. Touring builds careers, friendships and cultural exchange, but it’s also precarious work. Some performers have faced travel denials and intrusive inspections that interfere with bookings and tour dates.</w:t>
      </w:r>
      <w:r/>
    </w:p>
    <w:p>
      <w:r/>
      <w:r>
        <w:t>That fragility matters because it directly affects what you’ll see on a bill. When a performer is barred from crossing a border, audiences miss out and artists lose income. Supporting local festivals and insisting on inclusive, fair travel policies for artists helps keep international lineups diverse.</w:t>
      </w:r>
      <w:r/>
    </w:p>
    <w:p>
      <w:pPr>
        <w:pStyle w:val="Heading2"/>
      </w:pPr>
      <w:r>
        <w:t>Venues are shrinking , what that means for shows you love</w:t>
      </w:r>
      <w:r/>
    </w:p>
    <w:p>
      <w:r/>
      <w:r>
        <w:t>Like many live arts scenes, Seattle’s burlesque is feeling venue pressure. Theatre closures and changes of ownership mean fewer reliable stages and smaller pay packets, even as talent grows. That tension has pushed producers and artists to be inventive, pop-up nights, community-run halls and themed fundraisers have become crucial lifelines.</w:t>
      </w:r>
      <w:r/>
    </w:p>
    <w:p>
      <w:r/>
      <w:r>
        <w:t>If you want the scene to thrive, go beyond a one-off ticket. Buy a membership, tip generously, or volunteer. Small gestures keep stages open and give performers the breathing room to create risk-taking work.</w:t>
      </w:r>
      <w:r/>
    </w:p>
    <w:p>
      <w:pPr>
        <w:pStyle w:val="Heading2"/>
      </w:pPr>
      <w:r>
        <w:t>Who to watch and where to see them</w:t>
      </w:r>
      <w:r/>
    </w:p>
    <w:p>
      <w:r/>
      <w:r>
        <w:t>Mx. Pucks A’Plenty and Sneaky Boo are two names that keep popping up for good reason, both teach, produce and perform widely. Mx. Pucks co-runs a burlesque school and helped launch festivals that celebrate fat and queer bodies, while Sneaky Boo brings revista-inspired drama and handcrafted special-effects costumes to her high-glam camp persona.</w:t>
      </w:r>
      <w:r/>
    </w:p>
    <w:p>
      <w:r/>
      <w:r>
        <w:t>For dates and festivals, keep an eye on Fatlesque Fest NW and themed nights such as Shape &amp; Shadow: A Fat Masquerade Ball. Those gigs often showcase a mix of local and international artists and are a great way to experience the scene’s breadth.</w:t>
      </w:r>
      <w:r/>
    </w:p>
    <w:p>
      <w:pPr>
        <w:pStyle w:val="Heading2"/>
      </w:pPr>
      <w:r>
        <w:t>How to pick a first burlesque night (and enjoy it)</w:t>
      </w:r>
      <w:r/>
    </w:p>
    <w:p>
      <w:r/>
      <w:r>
        <w:t>Start with intent: want comedy, storytelling, political satire or pure glamour? Read event descriptions, follow producers and choose shows that highlight trans and queer performers. Arrive early, be respectful of performers’ boundaries, and tip, many burlesque acts rely on on-the-night earnings.</w:t>
      </w:r>
      <w:r/>
    </w:p>
    <w:p>
      <w:r/>
      <w:r>
        <w:t>If you take a friend, warn them it’s equal parts camp and theatre. Bring cash for tips, expect costume changes, and prepare to laugh. Your presence boosts visibility for artists who are often doing more than entertaining, they’re making political statements with sequins.</w:t>
      </w:r>
      <w:r/>
    </w:p>
    <w:p>
      <w:r/>
      <w:r>
        <w:t>It's a small change that can make every show safer and more vital.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t xml:space="preserve">- Paragraph 6: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https://www.sgn.org/story/169709/</w:t>
        </w:r>
      </w:hyperlink>
      <w:r>
        <w:t xml:space="preserve"> - Please view link - unable to able to access data</w:t>
      </w:r>
      <w:r/>
    </w:p>
    <w:p>
      <w:pPr>
        <w:pStyle w:val="ListNumber"/>
        <w:spacing w:line="240" w:lineRule="auto"/>
        <w:ind w:left="720"/>
      </w:pPr>
      <w:r/>
      <w:hyperlink r:id="rId9">
        <w:r>
          <w:rPr>
            <w:color w:val="0000EE"/>
            <w:u w:val="single"/>
          </w:rPr>
          <w:t>https://www.sgn.org/story/169709/</w:t>
        </w:r>
      </w:hyperlink>
      <w:r>
        <w:t xml:space="preserve"> - Seattle's indie burlesque scene is vibrant and multifaceted, led by talented queer performers who blend satire, detailed costumes, bawdy comedy, and striptease. Burlesque has long been intertwined with drag and queer culture, serving as a platform for artists to express their identities and critique political challenges faced by the LGBTQIA+ community. Performers like Mx. Pucks A'Plenty and Sneaky Boo use burlesque to explore and express their gender identities, with Mx. Pucks A'Plenty identifying as nonbinary and Sneaky Boo, a trans woman, finding her transition reflected in her performances. Both artists have founded and co-produced festivals such as What the Funk?! and Fatlesque Fest Northwest, aiming to create inclusive spaces for queer and trans performers. Despite facing challenges, including limited performing venues and political pressures, the Seattle burlesque community remains resilient, with artists like Mx. Pucks A'Plenty continuing to produce events and support LGBTQIA+ artists.</w:t>
      </w:r>
      <w:r/>
    </w:p>
    <w:p>
      <w:pPr>
        <w:pStyle w:val="ListNumber"/>
        <w:spacing w:line="240" w:lineRule="auto"/>
        <w:ind w:left="720"/>
      </w:pPr>
      <w:r/>
      <w:hyperlink r:id="rId11">
        <w:r>
          <w:rPr>
            <w:color w:val="0000EE"/>
            <w:u w:val="single"/>
          </w:rPr>
          <w:t>https://www.mxpucksaplenty.com/</w:t>
        </w:r>
      </w:hyperlink>
      <w:r>
        <w:t xml:space="preserve"> - Mx. Pucks A'Plenty, known as 'The They Them Yas Queen of Burlesque' and 'The Michelle Obama of Burlesque,' is a Seattle-based performer, producer, and stage manager. Recognised as one of the most influential burlesque industry figures from 2021 to 2025 by 21st Century Burlesque Magazine, Pucks is also the founder and co-producer of What the Funk?! An All BIPOC Burlesque Festival and Fatlesque Fest Northwest. They are a vocal advocate for the inclusion of all body types in burlesque and have been featured in various media outlets, including Revry TV's Submission Possible and Seattle Pride Magazine.</w:t>
      </w:r>
      <w:r/>
    </w:p>
    <w:p>
      <w:pPr>
        <w:pStyle w:val="ListNumber"/>
        <w:spacing w:line="240" w:lineRule="auto"/>
        <w:ind w:left="720"/>
      </w:pPr>
      <w:r/>
      <w:hyperlink r:id="rId10">
        <w:r>
          <w:rPr>
            <w:color w:val="0000EE"/>
            <w:u w:val="single"/>
          </w:rPr>
          <w:t>https://www.rubymimosa.com/</w:t>
        </w:r>
      </w:hyperlink>
      <w:r>
        <w:t xml:space="preserve"> - Ruby Mimosa, known as The Effervescent EnterTEASER, is a Seattle-based burlesque performer celebrated for her unique blend of athleticism, dance, theatrics, and bubbly charm. Voted as one of the Most Influential Burlesque Performers in the World by 21st Century Burlesque in 2021 and 2022, Ruby has performed and taught internationally, including in the US, Canada, France, England, Portugal, China, and Australia. She has collaborated with Grammy award-winning artists and The Seattle Opera, further solidifying her status in the entertainment industry.</w:t>
      </w:r>
      <w:r/>
    </w:p>
    <w:p>
      <w:pPr>
        <w:pStyle w:val="ListNumber"/>
        <w:spacing w:line="240" w:lineRule="auto"/>
        <w:ind w:left="720"/>
      </w:pPr>
      <w:r/>
      <w:hyperlink r:id="rId13">
        <w:r>
          <w:rPr>
            <w:color w:val="0000EE"/>
            <w:u w:val="single"/>
          </w:rPr>
          <w:t>https://www.metrostudioseav.com/funkperformers</w:t>
        </w:r>
      </w:hyperlink>
      <w:r>
        <w:t xml:space="preserve"> - The FATlanta Burlesque Shows at Metropolitan Studios feature performers like Mx. Pucks A'Plenty, who is the founder and co-producer of What the Funk?! An All POC Burlesque Festival. Mx. Pucks is known for their dynamic performances and advocacy for inclusivity in the burlesque community. They have been recognised as one of the Most Influential Burlesque Industry Figures and have been featured in various media outlets, including Seattle Gay News and KUOW.</w:t>
      </w:r>
      <w:r/>
    </w:p>
    <w:p>
      <w:pPr>
        <w:pStyle w:val="ListNumber"/>
        <w:spacing w:line="240" w:lineRule="auto"/>
        <w:ind w:left="720"/>
      </w:pPr>
      <w:r/>
      <w:hyperlink r:id="rId12">
        <w:r>
          <w:rPr>
            <w:color w:val="0000EE"/>
            <w:u w:val="single"/>
          </w:rPr>
          <w:t>https://www.whoisinga.com/about</w:t>
        </w:r>
      </w:hyperlink>
      <w:r>
        <w:t xml:space="preserve"> - INGA, an internationally renowned queer femme burlesque star, was voted one of the Top 3 Burlesque Performers in the World by 21st Century Burlesque Magazine. Known for her polished style and charismatic performances, INGA's work has appeared in several books, films, and documentaries, including 'A Wink And A Smile' and the award-winning web series 'Capitol Hill.' She was also featured on the ABC game show 'To Tell The Truth,' where other contestants impersonated her to fool a panel of celebrity judges.</w:t>
      </w:r>
      <w:r/>
    </w:p>
    <w:p>
      <w:pPr>
        <w:pStyle w:val="ListNumber"/>
        <w:spacing w:line="240" w:lineRule="auto"/>
        <w:ind w:left="720"/>
      </w:pPr>
      <w:r/>
      <w:hyperlink r:id="rId14">
        <w:r>
          <w:rPr>
            <w:color w:val="0000EE"/>
            <w:u w:val="single"/>
          </w:rPr>
          <w:t>https://www.fatlesquefestnw.com/about</w:t>
        </w:r>
      </w:hyperlink>
      <w:r>
        <w:t xml:space="preserve"> - Fatlesque Fest Northwest, created by Mx. Pucks A'Plenty and co-produced with Stormy Chance, is an annual burlesque festival held at The Triple Door in Seattle, Washington. The festival aims to 'thicken up burlesque stages all over the country' by showcasing diverse performers and promoting inclusivity in the burlesque community. Mx. Pucks A'Plenty, known as 'The They Them Yas Queen of Burlesque,' is the founder and artistic director of the festival, which has been recognised for its contributions to the burlesque industry.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9709/" TargetMode="External"/><Relationship Id="rId10" Type="http://schemas.openxmlformats.org/officeDocument/2006/relationships/hyperlink" Target="https://www.rubymimosa.com/" TargetMode="External"/><Relationship Id="rId11" Type="http://schemas.openxmlformats.org/officeDocument/2006/relationships/hyperlink" Target="https://www.mxpucksaplenty.com/" TargetMode="External"/><Relationship Id="rId12" Type="http://schemas.openxmlformats.org/officeDocument/2006/relationships/hyperlink" Target="https://www.whoisinga.com/about" TargetMode="External"/><Relationship Id="rId13" Type="http://schemas.openxmlformats.org/officeDocument/2006/relationships/hyperlink" Target="https://www.metrostudioseav.com/funkperformers" TargetMode="External"/><Relationship Id="rId14" Type="http://schemas.openxmlformats.org/officeDocument/2006/relationships/hyperlink" Target="https://www.fatlesquefestnw.com/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