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Rainbow Crosswalk Debate: Safety, Symbolism and What Cities Should Do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commuters and activists are all noticing rainbow crosswalks popping up , and asking whether colourful paint really helps pedestrians, represents communities or creates new hazards. Here’s why the debate matters, where safety and symbolism collide, and practical steps councils can take.</w:t>
      </w:r>
      <w:r/>
    </w:p>
    <w:p>
      <w:r/>
      <w:r>
        <w:t>Essential Takeaways</w:t>
      </w:r>
      <w:r/>
      <w:r/>
    </w:p>
    <w:p>
      <w:pPr>
        <w:pStyle w:val="ListBullet"/>
        <w:spacing w:line="240" w:lineRule="auto"/>
        <w:ind w:left="720"/>
      </w:pPr>
      <w:r/>
      <w:r>
        <w:rPr>
          <w:b/>
        </w:rPr>
        <w:t>Symbol versus substance:</w:t>
      </w:r>
      <w:r>
        <w:t xml:space="preserve"> Rainbow crosswalks signal inclusion but don’t on their own change underlying safety or rights issues.</w:t>
      </w:r>
      <w:r/>
    </w:p>
    <w:p>
      <w:pPr>
        <w:pStyle w:val="ListBullet"/>
        <w:spacing w:line="240" w:lineRule="auto"/>
        <w:ind w:left="720"/>
      </w:pPr>
      <w:r/>
      <w:r>
        <w:rPr>
          <w:b/>
        </w:rPr>
        <w:t>Surface risk:</w:t>
      </w:r>
      <w:r>
        <w:t xml:space="preserve"> Fresh paint can reduce skid resistance when wet; timing and treatment matter for pedestrian grip.</w:t>
      </w:r>
      <w:r/>
    </w:p>
    <w:p>
      <w:pPr>
        <w:pStyle w:val="ListBullet"/>
        <w:spacing w:line="240" w:lineRule="auto"/>
        <w:ind w:left="720"/>
      </w:pPr>
      <w:r/>
      <w:r>
        <w:rPr>
          <w:b/>
        </w:rPr>
        <w:t>Local reaction varies:</w:t>
      </w:r>
      <w:r>
        <w:t xml:space="preserve"> Some cities keep and maintain colourful crossings, others have removed them after vandalism or safety complaints.</w:t>
      </w:r>
      <w:r/>
    </w:p>
    <w:p>
      <w:pPr>
        <w:pStyle w:val="ListBullet"/>
        <w:spacing w:line="240" w:lineRule="auto"/>
        <w:ind w:left="720"/>
      </w:pPr>
      <w:r/>
      <w:r>
        <w:rPr>
          <w:b/>
        </w:rPr>
        <w:t>Simple fixes exist:</w:t>
      </w:r>
      <w:r>
        <w:t xml:space="preserve"> Anti-slip coatings, warning signage, and community consultation cut the real-world downsides.</w:t>
      </w:r>
      <w:r/>
    </w:p>
    <w:p>
      <w:pPr>
        <w:pStyle w:val="ListBullet"/>
        <w:spacing w:line="240" w:lineRule="auto"/>
        <w:ind w:left="720"/>
      </w:pPr>
      <w:r/>
      <w:r>
        <w:rPr>
          <w:b/>
        </w:rPr>
        <w:t>Look beyond paint:</w:t>
      </w:r>
      <w:r>
        <w:t xml:space="preserve"> True inclusion needs policies and protections, not only public art.</w:t>
      </w:r>
      <w:r/>
      <w:r/>
    </w:p>
    <w:p>
      <w:pPr>
        <w:pStyle w:val="Heading2"/>
      </w:pPr>
      <w:r>
        <w:t>Why the rainbow crosswalk sparks such lively debate</w:t>
      </w:r>
      <w:r/>
    </w:p>
    <w:p>
      <w:r/>
      <w:r>
        <w:t>The sight of a freshly painted rainbow zebra is purposefully cheerful, and it can feel like a warm reassurance if you belong to the LGBTQ+ community. But it quickly becomes complicated when the surface gleams after rain or fresh paint and someone slips. Media coverage from across the US shows that incidents, complaints and even removals have followed in some places, so the question is not just symbolic , it’s practical. Councils trying to show support are finding they must also manage safety, maintenance and controversy.</w:t>
      </w:r>
      <w:r/>
    </w:p>
    <w:p>
      <w:pPr>
        <w:pStyle w:val="Heading2"/>
      </w:pPr>
      <w:r>
        <w:t>What the safety evidence actually says</w:t>
      </w:r>
      <w:r/>
    </w:p>
    <w:p>
      <w:r/>
      <w:r>
        <w:t>Traffic-safety research makes a clear point: high-visibility markings can improve pedestrian safety, but paint alone is no silver bullet. The National Highway Traffic Safety Administration and pedestrian-safety workbooks emphasise contrast, maintenance and skid resistance. Freshly applied or glossy paint can reduce traction when wet, so timing, materials and surface treatment matter. That means cities that want colourful crossings should work with engineers, not just artists.</w:t>
      </w:r>
      <w:r/>
    </w:p>
    <w:p>
      <w:pPr>
        <w:pStyle w:val="Heading2"/>
      </w:pPr>
      <w:r>
        <w:t>Real-world responses from cities , remove, repair or retain?</w:t>
      </w:r>
      <w:r/>
    </w:p>
    <w:p>
      <w:r/>
      <w:r>
        <w:t>Responses vary. Some councils have removed rainbow crosswalks after vandalism or complaints; others have defended and repaired them, treating them as permanent fixtures. Reporting shows a patchwork approach: in some towns the crossings have become civic landmarks, while in others they’ve been temporary gestures or targets in culture-war flashpoints. The mixed outcomes underline that local context , traffic volumes, weather, and community feeling , should shape decisions.</w:t>
      </w:r>
      <w:r/>
    </w:p>
    <w:p>
      <w:pPr>
        <w:pStyle w:val="Heading2"/>
      </w:pPr>
      <w:r>
        <w:t>Practical steps for safer, more durable colourful crossings</w:t>
      </w:r>
      <w:r/>
    </w:p>
    <w:p>
      <w:r/>
      <w:r>
        <w:t>If your council wants a rainbow crosswalk but also wants to avoid slips and disputes, there are straightforward steps. Use anti-slip aggregates or textured coatings for grip, schedule painting in dry spells and with quick-curing products, and put up temporary warning signs until the surface is fully cured. Consult road-safety experts and involve local groups so the work is seen as both meaningful and safe. Small investments in materials and communication make a big difference.</w:t>
      </w:r>
      <w:r/>
    </w:p>
    <w:p>
      <w:pPr>
        <w:pStyle w:val="Heading2"/>
      </w:pPr>
      <w:r>
        <w:t>Why symbolism still matters , and what comes next</w:t>
      </w:r>
      <w:r/>
    </w:p>
    <w:p>
      <w:r/>
      <w:r>
        <w:t>Painted crossings can be joyful and visible gestures of inclusion, but they’re only a start. Political leaders and campaigners who criticise them for being token gestures have a point: legal protections, safety measures and community services matter more for day-to-day wellbeing. That said, art in public space can open conversations, show solidarity and nudge culture. The sensible path is to treat rainbow crosswalks as part of a wider strategy , celebrate, yes, but also legislate and maintain.</w:t>
      </w:r>
      <w:r/>
    </w:p>
    <w:p>
      <w:r/>
      <w:r>
        <w:t>It's a small change cities can make better: keep the colour, but make sure nobody slips on the way to feeling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[5]</w:t>
        </w:r>
      </w:hyperlink>
      <w:r>
        <w:t xml:space="preserve">, </w:t>
      </w:r>
      <w:hyperlink r:id="rId13">
        <w:r>
          <w:rPr>
            <w:color w:val="0000EE"/>
            <w:u w:val="single"/>
          </w:rPr>
          <w:t>[3]</w:t>
        </w:r>
      </w:hyperlink>
      <w:r>
        <w:t xml:space="preserve">- Paragraph 3: </w:t>
      </w:r>
      <w:hyperlink r:id="rId14">
        <w:r>
          <w:rPr>
            <w:color w:val="0000EE"/>
            <w:u w:val="single"/>
          </w:rPr>
          <w:t>[6]</w:t>
        </w:r>
      </w:hyperlink>
      <w:r>
        <w:t xml:space="preserve">, </w:t>
      </w:r>
      <w:hyperlink r:id="rId15">
        <w:r>
          <w:rPr>
            <w:color w:val="0000EE"/>
            <w:u w:val="single"/>
          </w:rPr>
          <w:t>[4]</w:t>
        </w:r>
      </w:hyperlink>
      <w:r>
        <w:t xml:space="preserve">- Paragraph 4: </w:t>
      </w:r>
      <w:hyperlink r:id="rId12">
        <w:r>
          <w:rPr>
            <w:color w:val="0000EE"/>
            <w:u w:val="single"/>
          </w:rPr>
          <w:t>[5]</w:t>
        </w:r>
      </w:hyperlink>
      <w:r>
        <w:t xml:space="preserve">, </w:t>
      </w:r>
      <w:hyperlink r:id="rId13">
        <w:r>
          <w:rPr>
            <w:color w:val="0000EE"/>
            <w:u w:val="single"/>
          </w:rPr>
          <w:t>[3]</w:t>
        </w:r>
      </w:hyperlink>
      <w:r>
        <w:t xml:space="preserve">- Paragraph 5: </w:t>
      </w:r>
      <w:hyperlink r:id="rId13">
        <w:r>
          <w:rPr>
            <w:color w:val="0000EE"/>
            <w:u w:val="single"/>
          </w:rPr>
          <w:t>[3]</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https://www.bd.nl/opinie/uitglijden-op-net-geverfd-regenboogzebrapad-ook-nog-een-zinloos-symbool~a172cf99b/</w:t>
        </w:r>
      </w:hyperlink>
      <w:r>
        <w:t xml:space="preserve"> - Please view link - unable to able to access data</w:t>
      </w:r>
      <w:r/>
    </w:p>
    <w:p>
      <w:pPr>
        <w:pStyle w:val="ListNumber"/>
        <w:spacing w:line="240" w:lineRule="auto"/>
        <w:ind w:left="720"/>
      </w:pPr>
      <w:r/>
      <w:hyperlink r:id="rId10">
        <w:r>
          <w:rPr>
            <w:color w:val="0000EE"/>
            <w:u w:val="single"/>
          </w:rPr>
          <w:t>https://www.kut.org/transportation/2026-02-19/austin-tx-rainbow-art-crosswalks-removal</w:t>
        </w:r>
      </w:hyperlink>
      <w:r>
        <w:t xml:space="preserve"> - In February 2026, Austin, Texas, removed three experimental rainbow crosswalks after the Federal Highway Administration (FHWA) terminated a safety study. The FHWA cited 'adverse safety concerns' and ordered the city to restore the sites to standard white markings. The study had been scheduled to run through 2026, but the FHWA ended the experiment in November 2025, stating that the aesthetic treatments 'were found to degrade both the detection and recognition of the crosswalk as a traffic control device for pedestrians with low vision.'</w:t>
      </w:r>
      <w:r/>
    </w:p>
    <w:p>
      <w:pPr>
        <w:pStyle w:val="ListNumber"/>
        <w:spacing w:line="240" w:lineRule="auto"/>
        <w:ind w:left="720"/>
      </w:pPr>
      <w:r/>
      <w:hyperlink r:id="rId13">
        <w:r>
          <w:rPr>
            <w:color w:val="0000EE"/>
            <w:u w:val="single"/>
          </w:rPr>
          <w:t>https://usa.streetsblog.org/2025/07/09/removing-rainbow-crosswalks-wont-make-americas-arterials-safer</w:t>
        </w:r>
      </w:hyperlink>
      <w:r>
        <w:t xml:space="preserve"> - In July 2025, Streetsblog USA reported on U.S. Transportation Secretary Sean Duffy's directive to remove rainbow crosswalks, citing safety concerns. The article argues that removing these crosswalks won't make America's arterial roads safer and questions the basis of the directive, suggesting that the focus should be on addressing actual safety issues rather than removing symbolic elements.</w:t>
      </w:r>
      <w:r/>
    </w:p>
    <w:p>
      <w:pPr>
        <w:pStyle w:val="ListNumber"/>
        <w:spacing w:line="240" w:lineRule="auto"/>
        <w:ind w:left="720"/>
      </w:pPr>
      <w:r/>
      <w:hyperlink r:id="rId15">
        <w:r>
          <w:rPr>
            <w:color w:val="0000EE"/>
            <w:u w:val="single"/>
          </w:rPr>
          <w:t>https://www.metroweekly.com/2025/08/columbus-rainbow-crosswalk-vandalized</w:t>
        </w:r>
      </w:hyperlink>
      <w:r>
        <w:t xml:space="preserve"> - In August 2025, a rainbow crosswalk in Columbus, Ohio, part of a federal road safety study, was defaced with a black tar-like substance. The incident occurred amid political pushback against rainbow crosswalks, with some leaders portraying them as dangerous distractions. City officials expressed concern over the vandalism and the potential impact on the ongoing federal study.</w:t>
      </w:r>
      <w:r/>
    </w:p>
    <w:p>
      <w:pPr>
        <w:pStyle w:val="ListNumber"/>
        <w:spacing w:line="240" w:lineRule="auto"/>
        <w:ind w:left="720"/>
      </w:pPr>
      <w:r/>
      <w:hyperlink r:id="rId12">
        <w:r>
          <w:rPr>
            <w:color w:val="0000EE"/>
            <w:u w:val="single"/>
          </w:rPr>
          <w:t>https://www.nhtsa.gov/book/countermeasures-that-work/pedestrian-safety/countermeasures/enforcement/high-visibility</w:t>
        </w:r>
      </w:hyperlink>
      <w:r>
        <w:t xml:space="preserve"> - The National Highway Traffic Safety Administration (NHTSA) provides information on high-visibility enforcement at pedestrian crossings. The document discusses the effectiveness of enforcement strategies in increasing compliance with traffic laws to improve pedestrian safety. It highlights that such enforcement is most effective when highly visible and publicized, aiming to reinforce required behavior and raise the expectation of legal consequences for non-compliance.</w:t>
      </w:r>
      <w:r/>
    </w:p>
    <w:p>
      <w:pPr>
        <w:pStyle w:val="ListNumber"/>
        <w:spacing w:line="240" w:lineRule="auto"/>
        <w:ind w:left="720"/>
      </w:pPr>
      <w:r/>
      <w:hyperlink r:id="rId14">
        <w:r>
          <w:rPr>
            <w:color w:val="0000EE"/>
            <w:u w:val="single"/>
          </w:rPr>
          <w:t>https://www.ajc.com/news/2025/08/rainbow-crosswalks-are-being-removed-but-atlantas-are-here-to-stay</w:t>
        </w:r>
      </w:hyperlink>
      <w:r>
        <w:t xml:space="preserve"> - In August 2025, the Atlanta Journal-Constitution reported that Atlanta's rainbow crosswalks in Midtown are unlikely to be removed, despite a federal push to eliminate 'political' street art. The crosswalks are painted on city-owned streets and funded by the city, exempting them from the federal directive to remove such markings.</w:t>
      </w:r>
      <w:r/>
    </w:p>
    <w:p>
      <w:pPr>
        <w:pStyle w:val="ListNumber"/>
        <w:spacing w:line="240" w:lineRule="auto"/>
        <w:ind w:left="720"/>
      </w:pPr>
      <w:r/>
      <w:hyperlink r:id="rId11">
        <w:r>
          <w:rPr>
            <w:color w:val="0000EE"/>
            <w:u w:val="single"/>
          </w:rPr>
          <w:t>https://www.wusf.org/politics-issues/2025-08-24/rainbow-crosswalks-are-in-the-crosshairs-as-florida-communities-face-deadlines-to-remove-them</w:t>
        </w:r>
      </w:hyperlink>
      <w:r>
        <w:t xml:space="preserve"> - In August 2025, WUSF reported that Florida communities are facing deadlines to remove rainbow crosswalks, with the Florida Department of Transportation expressing safety concerns. The article discusses the controversy surrounding the removal of these crosswalks, which were originally installed to celebrate LGBTQ rights and pride.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d.nl/opinie/uitglijden-op-net-geverfd-regenboogzebrapad-ook-nog-een-zinloos-symbool~a172cf99b/" TargetMode="External"/><Relationship Id="rId10" Type="http://schemas.openxmlformats.org/officeDocument/2006/relationships/hyperlink" Target="https://www.kut.org/transportation/2026-02-19/austin-tx-rainbow-art-crosswalks-removal" TargetMode="External"/><Relationship Id="rId11" Type="http://schemas.openxmlformats.org/officeDocument/2006/relationships/hyperlink" Target="https://www.wusf.org/politics-issues/2025-08-24/rainbow-crosswalks-are-in-the-crosshairs-as-florida-communities-face-deadlines-to-remove-them" TargetMode="External"/><Relationship Id="rId12" Type="http://schemas.openxmlformats.org/officeDocument/2006/relationships/hyperlink" Target="https://www.nhtsa.gov/book/countermeasures-that-work/pedestrian-safety/countermeasures/enforcement/high-visibility" TargetMode="External"/><Relationship Id="rId13" Type="http://schemas.openxmlformats.org/officeDocument/2006/relationships/hyperlink" Target="https://usa.streetsblog.org/2025/07/09/removing-rainbow-crosswalks-wont-make-americas-arterials-safer" TargetMode="External"/><Relationship Id="rId14" Type="http://schemas.openxmlformats.org/officeDocument/2006/relationships/hyperlink" Target="https://www.ajc.com/news/2025/08/rainbow-crosswalks-are-being-removed-but-atlantas-are-here-to-stay" TargetMode="External"/><Relationship Id="rId15" Type="http://schemas.openxmlformats.org/officeDocument/2006/relationships/hyperlink" Target="https://www.metroweekly.com/2025/08/columbus-rainbow-crosswalk-vandaliz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