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Musical West End Transfer: Why the Stage Version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heading to the box office as Pride, the musical based on the beloved 2014 film, transfers from the National Theatre to the West End , a live, heart-on-its-sleeve retelling of solidarity, set to open at the Bridge Theatre on 12 November and promising anthemic songs and close-up emotion.</w:t>
      </w:r>
      <w:r/>
    </w:p>
    <w:p>
      <w:r/>
      <w:r>
        <w:t>Essential Takeaways</w:t>
      </w:r>
      <w:r/>
      <w:r/>
    </w:p>
    <w:p>
      <w:pPr>
        <w:pStyle w:val="ListBullet"/>
        <w:spacing w:line="240" w:lineRule="auto"/>
        <w:ind w:left="720"/>
      </w:pPr>
      <w:r/>
      <w:r>
        <w:rPr>
          <w:b/>
        </w:rPr>
        <w:t>West End arrival:</w:t>
      </w:r>
      <w:r>
        <w:t xml:space="preserve"> Pride opens at London’s Bridge Theatre on 12 November, with tickets on sale from 2 September.</w:t>
      </w:r>
      <w:r/>
    </w:p>
    <w:p>
      <w:pPr>
        <w:pStyle w:val="ListBullet"/>
        <w:spacing w:line="240" w:lineRule="auto"/>
        <w:ind w:left="720"/>
      </w:pPr>
      <w:r/>
      <w:r>
        <w:rPr>
          <w:b/>
        </w:rPr>
        <w:t>Creative reunion:</w:t>
      </w:r>
      <w:r>
        <w:t xml:space="preserve"> Director Matthew Warchus and writer Stephen Beresford, who made the original film, are behind the stage adaptation.</w:t>
      </w:r>
      <w:r/>
    </w:p>
    <w:p>
      <w:pPr>
        <w:pStyle w:val="ListBullet"/>
        <w:spacing w:line="240" w:lineRule="auto"/>
        <w:ind w:left="720"/>
      </w:pPr>
      <w:r/>
      <w:r>
        <w:rPr>
          <w:b/>
        </w:rPr>
        <w:t>Sound and style:</w:t>
      </w:r>
      <w:r>
        <w:t xml:space="preserve"> An original score blends protest anthems, pop, rock, disco and Welsh choral tradition, giving the show a lively, communal sound.</w:t>
      </w:r>
      <w:r/>
    </w:p>
    <w:p>
      <w:pPr>
        <w:pStyle w:val="ListBullet"/>
        <w:spacing w:line="240" w:lineRule="auto"/>
        <w:ind w:left="720"/>
      </w:pPr>
      <w:r/>
      <w:r>
        <w:rPr>
          <w:b/>
        </w:rPr>
        <w:t>Stage energy:</w:t>
      </w:r>
      <w:r>
        <w:t xml:space="preserve"> Creators say the story gains electricity in a live setting , expect emotional immediacy and audience connection.</w:t>
      </w:r>
      <w:r/>
    </w:p>
    <w:p>
      <w:pPr>
        <w:pStyle w:val="ListBullet"/>
        <w:spacing w:line="240" w:lineRule="auto"/>
        <w:ind w:left="720"/>
      </w:pPr>
      <w:r/>
      <w:r>
        <w:rPr>
          <w:b/>
        </w:rPr>
        <w:t>Low-fi theatricality:</w:t>
      </w:r>
      <w:r>
        <w:t xml:space="preserve"> The production aims for a handmade, gritty feel rather than big special effects, keeping the politics and authenticity front and centre.</w:t>
      </w:r>
      <w:r/>
      <w:r/>
    </w:p>
    <w:p>
      <w:pPr>
        <w:pStyle w:val="Heading2"/>
      </w:pPr>
      <w:r>
        <w:t>Why the musical is moving from screen to stage , and why that’s exciting</w:t>
      </w:r>
      <w:r/>
    </w:p>
    <w:p>
      <w:r/>
      <w:r>
        <w:t>The biggest news is simple: Pride is crossing over from cinema to the stage with a West End run at the Bridge Theatre, opening in November. That shift matters because theatre changes the chemistry of the story , you hear voices up close, you feel a room breathing together, and songs can land with much more immediacy. According to the creative team, revisiting the material for live performance felt like a natural next step after the film’s success. Audiences who loved the movie will spot the same humour and tenderness, but the experience is described as warmer and more electric when you’re sitting amongst strangers.</w:t>
      </w:r>
      <w:r/>
    </w:p>
    <w:p>
      <w:pPr>
        <w:pStyle w:val="Heading2"/>
      </w:pPr>
      <w:r>
        <w:t>The team behind it , familiar names, fresh intentions</w:t>
      </w:r>
      <w:r/>
    </w:p>
    <w:p>
      <w:r/>
      <w:r>
        <w:t>Matthew Warchus and Stephen Beresford, the director and writer who shepherded the film, are reunited for the stage version, which should reassure fans worried about an awkward adaptation. They’ve talked about keeping the performances authentic and politically alive rather than turning things into a glossy jukebox musical. That means details matter: the humour and quieter dramatic beats from the film are being preserved, while the score elevates moments that benefit from music. It’s a cautious, considered transfer , the sort that says the makers want the story to breathe on stage, not be drowned by spectacle.</w:t>
      </w:r>
      <w:r/>
    </w:p>
    <w:p>
      <w:pPr>
        <w:pStyle w:val="Heading2"/>
      </w:pPr>
      <w:r>
        <w:t>What the music brings , protest anthems meet disco and choir</w:t>
      </w:r>
      <w:r/>
    </w:p>
    <w:p>
      <w:r/>
      <w:r>
        <w:t>The show features an original score by Christopher Nightingale, Josh Cohen and DJ Walde that draws on protest songs, pop, rock, disco and the Welsh choral tradition. That blend promises variety: rousing group numbers for the picket-line spirit, intimate ballads for private moments, and textures that nod to the story’s Welsh roots. Musicals live and die by their songs, and the team’s confidence that “there’s plenty worth singing about” suggests the music will carry emotional weight. If you like communal, sing-along moments in the theatre, this one’s written for that kind of response.</w:t>
      </w:r>
      <w:r/>
    </w:p>
    <w:p>
      <w:pPr>
        <w:pStyle w:val="Heading2"/>
      </w:pPr>
      <w:r>
        <w:t>A political story that still feels of the moment</w:t>
      </w:r>
      <w:r/>
    </w:p>
    <w:p>
      <w:r/>
      <w:r>
        <w:t>Although Pride is set in the 1980s, Beresford and Warchus argue the themes , solidarity, activism, showing up for one another , remain painfully relevant. The stage version is being positioned as both entertaining and documentary-like: intimate but political, with a slightly gritty, handmade aesthetic rather than glitzy production values. That choice helps the show avoid feeling nostalgic in the shallow sense; instead it makes the politics feel immediate. If you’re drawn to work that connects past campaigns to present-day debates, this production aims to make those links plainly visible.</w:t>
      </w:r>
      <w:r/>
    </w:p>
    <w:p>
      <w:pPr>
        <w:pStyle w:val="Heading2"/>
      </w:pPr>
      <w:r>
        <w:t>What audiences can expect , communal thrills and quiet moments</w:t>
      </w:r>
      <w:r/>
    </w:p>
    <w:p>
      <w:r/>
      <w:r>
        <w:t>Producers say one of the special things about the stage show is how it prompts strangers to react together , laughter, tears, even hugging your neighbour in the dark. That spontaneous connection is a selling point for theatre in general, and this story seems to amplify it. Tickets go on sale on 2 September, so if you want that live jolt, mark the date. Practical tip: check seating plans early , the Bridge Theatre’s configuration can make a big difference to how close you feel to the action.</w:t>
      </w:r>
      <w:r/>
    </w:p>
    <w:p>
      <w:r/>
      <w:r>
        <w:t>It's a small shift from screen to stage, but one that could make a familiar story feel new and immediate.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https://www.the-independent.com/arts-entertainment/theatre-dance/news/pride-national-theatre-west-end-musical-b3038703.html</w:t>
        </w:r>
      </w:hyperlink>
      <w:r>
        <w:t xml:space="preserve"> - Please view link - unable to able to access data</w:t>
      </w:r>
      <w:r/>
    </w:p>
    <w:p>
      <w:pPr>
        <w:pStyle w:val="ListNumber"/>
        <w:spacing w:line="240" w:lineRule="auto"/>
        <w:ind w:left="720"/>
      </w:pPr>
      <w:r/>
      <w:hyperlink r:id="rId9">
        <w:r>
          <w:rPr>
            <w:color w:val="0000EE"/>
            <w:u w:val="single"/>
          </w:rPr>
          <w:t>https://www.the-independent.com/arts-entertainment/theatre-dance/news/pride-national-theatre-west-end-musical-b3038703.html</w:t>
        </w:r>
      </w:hyperlink>
      <w:r>
        <w:t xml:space="preserve"> - Following a sell-out run at the National Theatre, the stage adaptation of the 2014 film 'Pride' is set to transfer to the West End. The musical recounts the true story of a group of gay and lesbian activists who raised funds for families affected by the British miners' strike in 1984. The show reunites director Matthew Warchus and writer Stephen Beresford, who were also behind the movie starring Dominic West, Paddy Considine, Bill Nighy, and Dame Imelda Staunton. It will open at London’s Bridge Theatre on 12 November. Tickets for Pride at the Bridge Theatre go on sale on Wednesday, 2 September.</w:t>
      </w:r>
      <w:r/>
    </w:p>
    <w:p>
      <w:pPr>
        <w:pStyle w:val="ListNumber"/>
        <w:spacing w:line="240" w:lineRule="auto"/>
        <w:ind w:left="720"/>
      </w:pPr>
      <w:r/>
      <w:hyperlink r:id="rId10">
        <w:r>
          <w:rPr>
            <w:color w:val="0000EE"/>
            <w:u w:val="single"/>
          </w:rPr>
          <w:t>https://www.westendtheatre.com/363907/news/pride-musical-west-end-transfer/</w:t>
        </w:r>
      </w:hyperlink>
      <w:r>
        <w:t xml:space="preserve"> - After a sold-out run at the National Theatre, 'Pride the Musical' is set to transfer to the Bridge Theatre on 12 November 2026. The musical, based on the 2014 film, follows the true story of a group of gay and lesbian activists who supported families affected by the 1984 British miners' strike. The production reunites director Matthew Warchus and writer Stephen Beresford, with original music by Christopher Nightingale, Josh Cohen, and DJ Walde. The cast includes Samuel Barnett, Lewis Cornay, Matthew Durkan, and others. Tickets for the Bridge Theatre run go on sale on 2 September.</w:t>
      </w:r>
      <w:r/>
    </w:p>
    <w:p>
      <w:pPr>
        <w:pStyle w:val="ListNumber"/>
        <w:spacing w:line="240" w:lineRule="auto"/>
        <w:ind w:left="720"/>
      </w:pPr>
      <w:r/>
      <w:hyperlink r:id="rId11">
        <w:r>
          <w:rPr>
            <w:color w:val="0000EE"/>
            <w:u w:val="single"/>
          </w:rPr>
          <w:t>https://www.westendtheatre.com/321273/news/pride-musical-sets-dates-and-creative-team-for-the-national-theatre-in-london/</w:t>
        </w:r>
      </w:hyperlink>
      <w:r>
        <w:t xml:space="preserve"> - The National Theatre in London has announced more details about its new stage musical adaptation of the hit British film 'Pride'. The musical will run in the Dorfman Theatre at the National Theatre from 11 June to 12 September 2026. The production reunites the acclaimed creative team behind the original 2014 film, including writer Stephen Beresford and director Matthew Warchus. The musical features original music by Christopher Nightingale, Josh Cohen, and DJ Walde. The world premiere of 'Pride' will take place at the Sherman Theatre in Cardiff from 31 March to 18 April 2026, ahead of its London run at the National Theatre.</w:t>
      </w:r>
      <w:r/>
    </w:p>
    <w:p>
      <w:pPr>
        <w:pStyle w:val="ListNumber"/>
        <w:spacing w:line="240" w:lineRule="auto"/>
        <w:ind w:left="720"/>
      </w:pPr>
      <w:r/>
      <w:hyperlink r:id="rId13">
        <w:r>
          <w:rPr>
            <w:color w:val="0000EE"/>
            <w:u w:val="single"/>
          </w:rPr>
          <w:t>https://www.westendtheatre.com/136125/shows/pride-the-musical-tickets/</w:t>
        </w:r>
      </w:hyperlink>
      <w:r>
        <w:t xml:space="preserve"> - Based on the hit British film, 'Pride' is a heart-warming new musical coming to London’s National Theatre. The show is the inspiring true story of how a group of lesbian and gay activists joined the miners’ strike campaign of 1984, and how two oppressed, but startlingly different communities united in their hour of need. The production features original music by Christopher Nightingale, Josh Cohen, and DJ Walde. 'Pride' has been announced for the National Theatre’s Dorfman Theatre in London from 11 June to 12 September 2026.</w:t>
      </w:r>
      <w:r/>
    </w:p>
    <w:p>
      <w:pPr>
        <w:pStyle w:val="ListNumber"/>
        <w:spacing w:line="240" w:lineRule="auto"/>
        <w:ind w:left="720"/>
      </w:pPr>
      <w:r/>
      <w:hyperlink r:id="rId12">
        <w:r>
          <w:rPr>
            <w:color w:val="0000EE"/>
            <w:u w:val="single"/>
          </w:rPr>
          <w:t>https://www.broadwayworld.com/westend/article/Review-PRIDE-National-Theatre-20260627</w:t>
        </w:r>
      </w:hyperlink>
      <w:r>
        <w:t xml:space="preserve"> - This musical adaptation has been crafted by the same director and writer as the film, Matthew Warchus and Stephen Beresford. Both follow the extraordinary true story of Lesbians and Gays Support the Miners (LGSM), a London-based queer fundraising group, and their bond with the inhabitants of a Welsh mining village – all set against an 80s backdrop of Thatcherist politics and the dawn of the AIDS crisis. The production stays unusually faithful to their screenplay but draws upon the richly queer history of musical theatre to reimagine and reinterpret the story with a playful eye.</w:t>
      </w:r>
      <w:r/>
    </w:p>
    <w:p>
      <w:pPr>
        <w:pStyle w:val="ListNumber"/>
        <w:spacing w:line="240" w:lineRule="auto"/>
        <w:ind w:left="720"/>
      </w:pPr>
      <w:r/>
      <w:hyperlink r:id="rId14">
        <w:r>
          <w:rPr>
            <w:color w:val="0000EE"/>
            <w:u w:val="single"/>
          </w:rPr>
          <w:t>https://leicestersquare.london/whats-on/pride-2023-whats-on-in-london</w:t>
        </w:r>
      </w:hyperlink>
      <w:r>
        <w:t xml:space="preserve"> - Pride in London is the UK's largest and most diverse Pride event. Join millions in celebrating and showing support for the LGBTQ+ community. Explore our curated list of exciting activities for this special occasion. The event is scheduled from 20 June to 1 July 2023 in the West End, London, UK. Some of the featured events include Lio London's Pride Brunch Special on 1st July 2023, in partnership with AKT, with 10% of ticket sales donated to the charity AKT, supporting LGBTQ+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independent.com/arts-entertainment/theatre-dance/news/pride-national-theatre-west-end-musical-b3038703.html" TargetMode="External"/><Relationship Id="rId10" Type="http://schemas.openxmlformats.org/officeDocument/2006/relationships/hyperlink" Target="https://www.westendtheatre.com/363907/news/pride-musical-west-end-transfer/" TargetMode="External"/><Relationship Id="rId11" Type="http://schemas.openxmlformats.org/officeDocument/2006/relationships/hyperlink" Target="https://www.westendtheatre.com/321273/news/pride-musical-sets-dates-and-creative-team-for-the-national-theatre-in-london/" TargetMode="External"/><Relationship Id="rId12" Type="http://schemas.openxmlformats.org/officeDocument/2006/relationships/hyperlink" Target="https://www.broadwayworld.com/westend/article/Review-PRIDE-National-Theatre-20260627" TargetMode="External"/><Relationship Id="rId13" Type="http://schemas.openxmlformats.org/officeDocument/2006/relationships/hyperlink" Target="https://www.westendtheatre.com/136125/shows/pride-the-musical-tickets/" TargetMode="External"/><Relationship Id="rId14" Type="http://schemas.openxmlformats.org/officeDocument/2006/relationships/hyperlink" Target="https://leicestersquare.london/whats-on/pride-2023-whats-on-in-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