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Pretty in Pink Pool Party Guide: Dallas’s Magenta Pool Bash for Pride Fundraising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Dive into Dallas’s splashiest summer must-do: DFW Sisters of Perpetual Indulgence are throwing a magenta-hued Pretty in Pink Pool Party this Saturday, a BYOB courtyard gathering at 4123 Cedar Springs that raises funds for Pride in Dallas while promising sun, swimsuits and a whole lot of sparkle.</w:t>
      </w:r>
      <w:r/>
    </w:p>
    <w:p>
      <w:r/>
      <w:r>
        <w:t>Essential Takeaways</w:t>
      </w:r>
      <w:r/>
      <w:r/>
    </w:p>
    <w:p>
      <w:pPr>
        <w:pStyle w:val="ListBullet"/>
        <w:spacing w:line="240" w:lineRule="auto"/>
        <w:ind w:left="720"/>
      </w:pPr>
      <w:r/>
      <w:r>
        <w:rPr>
          <w:b/>
        </w:rPr>
        <w:t>Who’s hosting:</w:t>
      </w:r>
      <w:r>
        <w:t xml:space="preserve"> DFW Sisters of Perpetual Indulgence are organising a playful, community-focused pool party with colourful drag flair.</w:t>
      </w:r>
      <w:r/>
    </w:p>
    <w:p>
      <w:pPr>
        <w:pStyle w:val="ListBullet"/>
        <w:spacing w:line="240" w:lineRule="auto"/>
        <w:ind w:left="720"/>
      </w:pPr>
      <w:r/>
      <w:r>
        <w:rPr>
          <w:b/>
        </w:rPr>
        <w:t>Where and when:</w:t>
      </w:r>
      <w:r>
        <w:t xml:space="preserve"> The event is at the pool in the courtyard of 4123 Cedar Springs, Saturday from 1:00pm to 6:00pm , bring sunscreen and a towel.</w:t>
      </w:r>
      <w:r/>
    </w:p>
    <w:p>
      <w:pPr>
        <w:pStyle w:val="ListBullet"/>
        <w:spacing w:line="240" w:lineRule="auto"/>
        <w:ind w:left="720"/>
      </w:pPr>
      <w:r/>
      <w:r>
        <w:rPr>
          <w:b/>
        </w:rPr>
        <w:t>Cost and purpose:</w:t>
      </w:r>
      <w:r>
        <w:t xml:space="preserve"> BYOB with suggested $20 donations to support Pride in Dallas; proceeds help fund September’s celebrations.</w:t>
      </w:r>
      <w:r/>
    </w:p>
    <w:p>
      <w:pPr>
        <w:pStyle w:val="ListBullet"/>
        <w:spacing w:line="240" w:lineRule="auto"/>
        <w:ind w:left="720"/>
      </w:pPr>
      <w:r/>
      <w:r>
        <w:rPr>
          <w:b/>
        </w:rPr>
        <w:t>Vibe and logistics:</w:t>
      </w:r>
      <w:r>
        <w:t xml:space="preserve"> Magenta dress encouraged, casual pool party energy, family of friends welcome , check event page for updates.</w:t>
      </w:r>
      <w:r/>
    </w:p>
    <w:p>
      <w:pPr>
        <w:pStyle w:val="ListBullet"/>
        <w:spacing w:line="240" w:lineRule="auto"/>
        <w:ind w:left="720"/>
      </w:pPr>
      <w:r/>
      <w:r>
        <w:rPr>
          <w:b/>
        </w:rPr>
        <w:t>Practical tip:</w:t>
      </w:r>
      <w:r>
        <w:t xml:space="preserve"> Arrive early for shade, tuck valuables in a waterproof pouch, and remember the pool rules if you’re at a residential complex.</w:t>
      </w:r>
      <w:r/>
      <w:r/>
    </w:p>
    <w:p>
      <w:r/>
      <w:r>
        <w:t>Why this pool party feels different</w:t>
      </w:r>
      <w:r/>
    </w:p>
    <w:p>
      <w:r/>
      <w:r>
        <w:t>There’s something instantly joyful about a party that insists on being pink. The DFW Sisters of Perpetual Indulgence have long combined costumes, charity and theatricality, and this event channels that into an afternoon that’s less formal fundraiser and more playful block party with floats. According to the organisers’ channels, it’s a community-forward event that also raises money for Pride in Dallas, so you get to splash about knowing you’re helping fund the neighbourhood’s big September events.</w:t>
      </w:r>
      <w:r/>
    </w:p>
    <w:p>
      <w:r/>
      <w:r>
        <w:t>How the location shapes the day</w:t>
      </w:r>
      <w:r/>
    </w:p>
    <w:p>
      <w:r/>
      <w:r>
        <w:t>The pool sits in the courtyard of 4123 Cedar Springs, a residential complex that’s been hosting social events in the heart of the gayborhood. The setting is intimate , not a public pool , so the vibe skews friendly and familiar rather than festival-sized. If you haven’t been, check the building’s amenities and access notes so you’re not surprised by gate rules or parking. Expect lounge chairs, a pool deck that heats up in the sun, and a compact layout where you’ll run into new friends quickly.</w:t>
      </w:r>
      <w:r/>
    </w:p>
    <w:p>
      <w:r/>
      <w:r>
        <w:t>What to bring and how to dress</w:t>
      </w:r>
      <w:r/>
    </w:p>
    <w:p>
      <w:r/>
      <w:r>
        <w:t>Dress code is easy: think pink, playful, and sun-smart. Because it’s BYOB, bring coolers in a soft bag and something you don’t mind getting splashed. Plan for sunscreen reapplication , the party runs five hours , and a hat for the hottest part of the afternoon. If you’re packing snacks, choose things that keep in a cooler; finger food makes socialising simpler. And if you’re prone to losing sunglasses, a cheap cord or case will save your day.</w:t>
      </w:r>
      <w:r/>
    </w:p>
    <w:p>
      <w:r/>
      <w:r>
        <w:t>Why the fundraising angle matters</w:t>
      </w:r>
      <w:r/>
    </w:p>
    <w:p>
      <w:r/>
      <w:r>
        <w:t>The suggested $20 donation supports Pride in Dallas, the organisation behind the city’s official Pride festivities. Little neighbourhood events like this add up: they fund stages, safety measures, and programming that keep Pride inclusive and visible. So when you toss in a donation you’re helping the wider community celebrate come September, not just scoring a sunny afternoon of fun.</w:t>
      </w:r>
      <w:r/>
    </w:p>
    <w:p>
      <w:r/>
      <w:r>
        <w:t>Tips for a smooth, safe visit</w:t>
      </w:r>
      <w:r/>
    </w:p>
    <w:p>
      <w:r/>
      <w:r>
        <w:t>Arrive early for shade and a good spot on the deck, and consider splitting cooler space with friends to save room. Keep valuables locked in your car or in a waterproof pouch, and stay hydrated , alcohol and sun can sneak up on you. Be mindful that residential complexes often have rules about noise and capacity; organisers usually post guidelines on the event page, so check there before you go.</w:t>
      </w:r>
      <w:r/>
    </w:p>
    <w:p>
      <w:r/>
      <w:r>
        <w:t>What to expect next</w:t>
      </w:r>
      <w:r/>
    </w:p>
    <w:p>
      <w:r/>
      <w:r>
        <w:t>If you like this mix of charity and frivolity, keep an eye on the DFW Sisters’ events feed; they host other community-driven activities through the year. And if you’re donating tonight, you’ll likely see the impact at Pride in Dallas come September , more stages, safer spaces, and bigger celebrations in the gayborhood.</w:t>
      </w:r>
      <w:r/>
    </w:p>
    <w:p>
      <w:r/>
      <w:r>
        <w:t>It’s a small, splashy way to celebrate summer and support Pride , bring sunscreen, a pink outfit, and your best float.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[3]</w:t>
        </w:r>
      </w:hyperlink>
      <w:r>
        <w:t xml:space="preserve">- Paragraph 2: </w:t>
      </w:r>
      <w:hyperlink r:id="rId12">
        <w:r>
          <w:rPr>
            <w:color w:val="0000EE"/>
            <w:u w:val="single"/>
          </w:rPr>
          <w:t>[2]</w:t>
        </w:r>
      </w:hyperlink>
      <w:r>
        <w:t xml:space="preserve">, </w:t>
      </w:r>
      <w:hyperlink r:id="rId13">
        <w:r>
          <w:rPr>
            <w:color w:val="0000EE"/>
            <w:u w:val="single"/>
          </w:rPr>
          <w:t>[4]</w:t>
        </w:r>
      </w:hyperlink>
      <w:r>
        <w:t xml:space="preserve">- Paragraph 3: </w:t>
      </w:r>
      <w:hyperlink r:id="rId14">
        <w:r>
          <w:rPr>
            <w:color w:val="0000EE"/>
            <w:u w:val="single"/>
          </w:rPr>
          <w:t>[5]</w:t>
        </w:r>
      </w:hyperlink>
      <w:r>
        <w:t xml:space="preserve">, </w:t>
      </w:r>
      <w:hyperlink r:id="rId15">
        <w:r>
          <w:rPr>
            <w:color w:val="0000EE"/>
            <w:u w:val="single"/>
          </w:rPr>
          <w:t>[7]</w:t>
        </w:r>
      </w:hyperlink>
      <w:r>
        <w:t xml:space="preserve">- Paragraph 4: </w:t>
      </w:r>
      <w:hyperlink r:id="rId11">
        <w:r>
          <w:rPr>
            <w:color w:val="0000EE"/>
            <w:u w:val="single"/>
          </w:rPr>
          <w:t>[3]</w:t>
        </w:r>
      </w:hyperlink>
      <w:r>
        <w:t xml:space="preserve">, </w:t>
      </w:r>
      <w:hyperlink r:id="rId10">
        <w:r>
          <w:rPr>
            <w:color w:val="0000EE"/>
            <w:u w:val="single"/>
          </w:rPr>
          <w:t>[6]</w:t>
        </w:r>
      </w:hyperlink>
      <w:r>
        <w:t xml:space="preserve">- Paragraph 5: </w:t>
      </w:r>
      <w:hyperlink r:id="rId13">
        <w:r>
          <w:rPr>
            <w:color w:val="0000EE"/>
            <w:u w:val="single"/>
          </w:rPr>
          <w:t>[4]</w:t>
        </w:r>
      </w:hyperlink>
      <w:r>
        <w:t xml:space="preserve">, </w:t>
      </w:r>
      <w:hyperlink r:id="rId12">
        <w:r>
          <w:rPr>
            <w:color w:val="0000EE"/>
            <w:u w:val="single"/>
          </w:rPr>
          <w:t>[2]</w:t>
        </w:r>
      </w:hyperlink>
      <w:r>
        <w:t xml:space="preserve">- Paragraph 6: </w:t>
      </w:r>
      <w:hyperlink r:id="rId10">
        <w:r>
          <w:rPr>
            <w:color w:val="0000EE"/>
            <w:u w:val="single"/>
          </w:rPr>
          <w:t>[6]</w:t>
        </w:r>
      </w:hyperlink>
      <w:r>
        <w:t xml:space="preserve">, </w:t>
      </w:r>
      <w:hyperlink r:id="rId11">
        <w:r>
          <w:rPr>
            <w:color w:val="0000EE"/>
            <w:u w:val="single"/>
          </w:rPr>
          <w:t>[3]</w:t>
        </w:r>
      </w:hyperlink>
      <w:r>
        <w:t xml:space="preserve">- Paragraph 7: </w:t>
      </w:r>
      <w:hyperlink r:id="rId12">
        <w:r>
          <w:rPr>
            <w:color w:val="0000EE"/>
            <w:u w:val="single"/>
          </w:rPr>
          <w:t>[2]</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https://hesaiddallas.com/2026/08/27/splash-splash-its-a-pink-pool-bash/</w:t>
        </w:r>
      </w:hyperlink>
      <w:r>
        <w:t xml:space="preserve"> - Please view link - unable to able to access data</w:t>
      </w:r>
      <w:r/>
    </w:p>
    <w:p>
      <w:pPr>
        <w:pStyle w:val="ListNumber"/>
        <w:spacing w:line="240" w:lineRule="auto"/>
        <w:ind w:left="720"/>
      </w:pPr>
      <w:r/>
      <w:hyperlink r:id="rId12">
        <w:r>
          <w:rPr>
            <w:color w:val="0000EE"/>
            <w:u w:val="single"/>
          </w:rPr>
          <w:t>https://www.dfwsisters.org/</w:t>
        </w:r>
      </w:hyperlink>
      <w:r>
        <w:t xml:space="preserve"> - The DFW Sisters of Perpetual Indulgence is a non-profit organisation dedicated to promoting human rights, respect, and inclusivity within the Dallas-Fort Worth community. They engage in various charitable activities, including hosting events like the Pretty in Pink Pool Party, to support local causes and foster a sense of community.</w:t>
      </w:r>
      <w:r/>
    </w:p>
    <w:p>
      <w:pPr>
        <w:pStyle w:val="ListNumber"/>
        <w:spacing w:line="240" w:lineRule="auto"/>
        <w:ind w:left="720"/>
      </w:pPr>
      <w:r/>
      <w:hyperlink r:id="rId11">
        <w:r>
          <w:rPr>
            <w:color w:val="0000EE"/>
            <w:u w:val="single"/>
          </w:rPr>
          <w:t>https://www.facebook.com/events/pretty-in-pink-pool-party/</w:t>
        </w:r>
      </w:hyperlink>
      <w:r>
        <w:t xml:space="preserve"> - The Pretty in Pink Pool Party is an annual event hosted by the DFW Sisters of Perpetual Indulgence. This year's event is scheduled for Saturday, August 29, 2026, from 1:00 PM to 6:00 PM at 4123 Cedar Springs Road, Dallas, TX 75219. Attendees are encouraged to bring their own beverages, with a suggested donation of $20 to support Pride in Dallas events.</w:t>
      </w:r>
      <w:r/>
    </w:p>
    <w:p>
      <w:pPr>
        <w:pStyle w:val="ListNumber"/>
        <w:spacing w:line="240" w:lineRule="auto"/>
        <w:ind w:left="720"/>
      </w:pPr>
      <w:r/>
      <w:hyperlink r:id="rId13">
        <w:r>
          <w:rPr>
            <w:color w:val="0000EE"/>
            <w:u w:val="single"/>
          </w:rPr>
          <w:t>https://prideindallas.org/</w:t>
        </w:r>
      </w:hyperlink>
      <w:r>
        <w:t xml:space="preserve"> - Pride in Dallas is an organisation dedicated to celebrating and promoting the LGBTQ+ community in Dallas. They organise events, provide resources, and advocate for equal rights and inclusivity. The funds raised from events like the Pretty in Pink Pool Party contribute to their mission and support various community initiatives.</w:t>
      </w:r>
      <w:r/>
    </w:p>
    <w:p>
      <w:pPr>
        <w:pStyle w:val="ListNumber"/>
        <w:spacing w:line="240" w:lineRule="auto"/>
        <w:ind w:left="720"/>
      </w:pPr>
      <w:r/>
      <w:hyperlink r:id="rId14">
        <w:r>
          <w:rPr>
            <w:color w:val="0000EE"/>
            <w:u w:val="single"/>
          </w:rPr>
          <w:t>https://www.4123cedarspringsaptsdallas.com/</w:t>
        </w:r>
      </w:hyperlink>
      <w:r>
        <w:t xml:space="preserve"> - 4123 Cedar Springs is a luxury apartment complex located in the Oak Lawn neighbourhood of Dallas, Texas. The property offers modern one- and two-bedroom apartments with amenities such as a resort-style pool, fitness centre, and resident lounge. The complex is situated in a vibrant area known for its dining, nightlife, and cultural attractions.</w:t>
      </w:r>
      <w:r/>
    </w:p>
    <w:p>
      <w:pPr>
        <w:pStyle w:val="ListNumber"/>
        <w:spacing w:line="240" w:lineRule="auto"/>
        <w:ind w:left="720"/>
      </w:pPr>
      <w:r/>
      <w:hyperlink r:id="rId10">
        <w:r>
          <w:rPr>
            <w:color w:val="0000EE"/>
            <w:u w:val="single"/>
          </w:rPr>
          <w:t>https://partyattheblock.com/events/pretty-in-pink-pool-party/</w:t>
        </w:r>
      </w:hyperlink>
      <w:r>
        <w:t xml:space="preserve"> - The Pretty in Pink Pool Party is a fundraiser event hosted by the DFW Sisters of Perpetual Indulgence, benefiting Pride in Dallas. The event is scheduled for Saturday, August 29, 2026, from 1:00 PM to 6:00 PM at 4123 Cedar Springs Road, Dallas, TX 75219. Attendees are encouraged to bring their own beverages, with a suggested donation of $20.</w:t>
      </w:r>
      <w:r/>
    </w:p>
    <w:p>
      <w:pPr>
        <w:pStyle w:val="ListNumber"/>
        <w:spacing w:line="240" w:lineRule="auto"/>
        <w:ind w:left="720"/>
      </w:pPr>
      <w:r/>
      <w:hyperlink r:id="rId15">
        <w:r>
          <w:rPr>
            <w:color w:val="0000EE"/>
            <w:u w:val="single"/>
          </w:rPr>
          <w:t>https://www.4123cedarsprings.com/amenities/</w:t>
        </w:r>
      </w:hyperlink>
      <w:r>
        <w:t xml:space="preserve"> - 4123 Cedar Springs offers a range of community amenities, including a resort-style pool, state-of-the-art fitness centre, resident lounge, and outdoor social spaces. The property also features a pet washing and grooming station, picnic area, and private cabanas, providing residents with a comfortable and convenient living experience in the heart of Oak Lawn.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esaiddallas.com/2026/08/27/splash-splash-its-a-pink-pool-bash/" TargetMode="External"/><Relationship Id="rId10" Type="http://schemas.openxmlformats.org/officeDocument/2006/relationships/hyperlink" Target="https://partyattheblock.com/events/pretty-in-pink-pool-party/" TargetMode="External"/><Relationship Id="rId11" Type="http://schemas.openxmlformats.org/officeDocument/2006/relationships/hyperlink" Target="https://www.facebook.com/events/pretty-in-pink-pool-party/" TargetMode="External"/><Relationship Id="rId12" Type="http://schemas.openxmlformats.org/officeDocument/2006/relationships/hyperlink" Target="https://www.dfwsisters.org/" TargetMode="External"/><Relationship Id="rId13" Type="http://schemas.openxmlformats.org/officeDocument/2006/relationships/hyperlink" Target="https://prideindallas.org/" TargetMode="External"/><Relationship Id="rId14" Type="http://schemas.openxmlformats.org/officeDocument/2006/relationships/hyperlink" Target="https://www.4123cedarspringsaptsdallas.com/" TargetMode="External"/><Relationship Id="rId15" Type="http://schemas.openxmlformats.org/officeDocument/2006/relationships/hyperlink" Target="https://www.4123cedarsprings.com/amenit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