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Pink Party Prime Guide: PAX West’s Queer Gamer Dance Night Returns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players, mark your calendars , Pink Party Prime is back for PAX West, offering a queer-centred dance party at Neumos on 4 September, with DJs, live bands, cosplay prizes and a welcoming space where LGBTQIA+ gamers can relax, celebrate and connect.</w:t>
      </w:r>
      <w:r/>
    </w:p>
    <w:p>
      <w:r/>
      <w:r>
        <w:t>Essential Takeaways</w:t>
      </w:r>
      <w:r/>
      <w:r/>
    </w:p>
    <w:p>
      <w:pPr>
        <w:pStyle w:val="ListBullet"/>
        <w:spacing w:line="240" w:lineRule="auto"/>
        <w:ind w:left="720"/>
      </w:pPr>
      <w:r/>
      <w:r>
        <w:rPr>
          <w:b/>
        </w:rPr>
        <w:t>When and where:</w:t>
      </w:r>
      <w:r>
        <w:t xml:space="preserve"> Pink Party Prime: Xenomode takes place 4 September, 7pm–2am at Neumos in Seattle.</w:t>
      </w:r>
      <w:r/>
    </w:p>
    <w:p>
      <w:pPr>
        <w:pStyle w:val="ListBullet"/>
        <w:spacing w:line="240" w:lineRule="auto"/>
        <w:ind w:left="720"/>
      </w:pPr>
      <w:r/>
      <w:r>
        <w:rPr>
          <w:b/>
        </w:rPr>
        <w:t>Line-up highlights:</w:t>
      </w:r>
      <w:r>
        <w:t xml:space="preserve"> DJs include CryGuy, EirFlux and Sophixi, with live sets from AVGMNT and Dual Analog; local queer performers are featured.</w:t>
      </w:r>
      <w:r/>
    </w:p>
    <w:p>
      <w:pPr>
        <w:pStyle w:val="ListBullet"/>
        <w:spacing w:line="240" w:lineRule="auto"/>
        <w:ind w:left="720"/>
      </w:pPr>
      <w:r/>
      <w:r>
        <w:rPr>
          <w:b/>
        </w:rPr>
        <w:t>Activities:</w:t>
      </w:r>
      <w:r>
        <w:t xml:space="preserve"> Expect a cosplay competition with limited-edition merch prizes, cocktails, dancing and themed nightlife energy.</w:t>
      </w:r>
      <w:r/>
    </w:p>
    <w:p>
      <w:pPr>
        <w:pStyle w:val="ListBullet"/>
        <w:spacing w:line="240" w:lineRule="auto"/>
        <w:ind w:left="720"/>
      </w:pPr>
      <w:r/>
      <w:r>
        <w:rPr>
          <w:b/>
        </w:rPr>
        <w:t>Roots and purpose:</w:t>
      </w:r>
      <w:r>
        <w:t xml:space="preserve"> Founded in 2009 to boost LGBTQIA+ visibility at PAX, the party returns after a six-year hiatus to restore community space.</w:t>
      </w:r>
      <w:r/>
    </w:p>
    <w:p>
      <w:pPr>
        <w:pStyle w:val="ListBullet"/>
        <w:spacing w:line="240" w:lineRule="auto"/>
        <w:ind w:left="720"/>
      </w:pPr>
      <w:r/>
      <w:r>
        <w:rPr>
          <w:b/>
        </w:rPr>
        <w:t>Vibe:</w:t>
      </w:r>
      <w:r>
        <w:t xml:space="preserve"> Energetic, creative and inclusive , think synthwave and dark-electronic flavours, plus crossplay and drag-friendly fun.</w:t>
      </w:r>
      <w:r/>
      <w:r/>
    </w:p>
    <w:p>
      <w:pPr>
        <w:pStyle w:val="Heading2"/>
      </w:pPr>
      <w:r>
        <w:t>Why the Pink Party matters to queer gamers</w:t>
      </w:r>
      <w:r/>
    </w:p>
    <w:p>
      <w:r/>
      <w:r>
        <w:t>The strongest thing about Pink Party Prime is what it gives people: a place to relax and be visible. You can almost feel the bass before you walk in , that buzzy, welcoming pulse that makes a room feel like home. According to the event founders, the party began because mainstream gaming spaces didn’t offer enough LGBTQIA+ representation or community, and it’s still filling that gap years on. For many attendees it’s less about spectacle and more about finding your chosen family amid cosplay and controllers.</w:t>
      </w:r>
      <w:r/>
    </w:p>
    <w:p>
      <w:r/>
      <w:r>
        <w:t>If you’re new to PAX or nervous about conventions, this is the kind of after-hours event that helps you meet people who share your obsessions. Bring comfy shoes, a little cash for merch, and an outfit that makes you grin.</w:t>
      </w:r>
      <w:r/>
    </w:p>
    <w:p>
      <w:pPr>
        <w:pStyle w:val="Heading2"/>
      </w:pPr>
      <w:r>
        <w:t>How the relaunch came together</w:t>
      </w:r>
      <w:r/>
    </w:p>
    <w:p>
      <w:r/>
      <w:r>
        <w:t>The revival of Pink Party Prime was organised by founder Charles Logan alongside Lisa Weeks and others from Seattle’s scene, and it’s re-emerging at a moment when the games industry is going through layoffs and morale challenges. Weeks, who’s long curated PAX-side nightlife, says the relaunch is about celebrating both the industry’s creative impact and the LGBTQ+ community’s influence on gaming culture. Expect the production values of an experienced afterparty , from lighting to a thoughtful playlist , rather than a thrown-together gig.</w:t>
      </w:r>
      <w:r/>
    </w:p>
    <w:p>
      <w:r/>
      <w:r>
        <w:t>If you’ve attended Enter the Grid or other themed nights in Seattle, you’ll recognise the careful curation here. Tickets will likely sell fast, so grab yours early if you want that front-row dancefloor energy.</w:t>
      </w:r>
      <w:r/>
    </w:p>
    <w:p>
      <w:pPr>
        <w:pStyle w:val="Heading2"/>
      </w:pPr>
      <w:r>
        <w:t>What to expect on the dancefloor and stage</w:t>
      </w:r>
      <w:r/>
    </w:p>
    <w:p>
      <w:r/>
      <w:r>
        <w:t>Sophixi, cohost and headliner, blends dark-electronic flavours with gaming sensibilities, promising a high-energy floor where people can feel authentically themselves. The line-up mixes DJs with live bands like AVGMNT and Dual Analog, so the night shifts between club beats and live performance textures , think crisp synths, punchy bass and occasional guitar-driven sets. Local queer talent is foregrounded, which keeps the party rooted in Seattle’s community rather than a touring-only roster.</w:t>
      </w:r>
      <w:r/>
    </w:p>
    <w:p>
      <w:r/>
      <w:r>
        <w:t>Practical tip: arrive early for the cosplay competition if you want to watch or enter; costume registration and merch drops often happen before peak hours.</w:t>
      </w:r>
      <w:r/>
    </w:p>
    <w:p>
      <w:pPr>
        <w:pStyle w:val="Heading2"/>
      </w:pPr>
      <w:r>
        <w:t>Cosplay, crossplay and community rituals</w:t>
      </w:r>
      <w:r/>
    </w:p>
    <w:p>
      <w:r/>
      <w:r>
        <w:t>One of the nicest quirks of Pink Party Prime is how it celebrates the blur between drag and cosplay , gender-defying crossplay is part of the fun, and organisers lean into that overlap. Winners of the cosplay comp receive limited-edition merch from sponsors, which is a small but lovely way to reward creativity. Beyond prizes, the event functions as a ritual: people reconnect, trade references and walk away with new friends or a fresh sense of belonging.</w:t>
      </w:r>
      <w:r/>
    </w:p>
    <w:p>
      <w:r/>
      <w:r>
        <w:t>For cosplayers: secure your props to venue rules, pack mending supplies, and consider a small portable fan if you’ve got layers; Neumos fills up and things can get warm.</w:t>
      </w:r>
      <w:r/>
    </w:p>
    <w:p>
      <w:pPr>
        <w:pStyle w:val="Heading2"/>
      </w:pPr>
      <w:r>
        <w:t>Looking ahead: what this return signals</w:t>
      </w:r>
      <w:r/>
    </w:p>
    <w:p>
      <w:r/>
      <w:r>
        <w:t>Pink Party Prime’s comeback after six years is a reminder that queer-centred spaces in gaming still matter, perhaps now more than ever. It’s a sign that grassroots community events can survive pauses and re-emerge with renewed purpose. The organisers hope the party will continue to grow alongside PAX West and remain a dependable place for queer gamers to celebrate.</w:t>
      </w:r>
      <w:r/>
    </w:p>
    <w:p>
      <w:r/>
      <w:r>
        <w:t>If you want to support the backdrop that makes nights like this possible, consider following local venues and artists, buying merch, or donating to community outlets that amplify queer voices.</w:t>
      </w:r>
      <w:r/>
    </w:p>
    <w:p>
      <w:r/>
      <w:r>
        <w:t>It's a small but joyful step toward making gaming culture more visible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[3]</w:t>
        </w:r>
      </w:hyperlink>
      <w:r>
        <w:t xml:space="preserve">- Paragraph 3: </w:t>
      </w:r>
      <w:hyperlink r:id="rId9">
        <w:r>
          <w:rPr>
            <w:color w:val="0000EE"/>
            <w:u w:val="single"/>
          </w:rPr>
          <w:t>[4]</w:t>
        </w:r>
      </w:hyperlink>
      <w:r>
        <w:t xml:space="preserve">- Paragraph 4: </w:t>
      </w:r>
      <w:hyperlink r:id="rId9">
        <w:r>
          <w:rPr>
            <w:color w:val="0000EE"/>
            <w:u w:val="single"/>
          </w:rPr>
          <w:t>[5]</w:t>
        </w:r>
      </w:hyperlink>
      <w:r>
        <w:t xml:space="preserve">- Paragraph 5: </w:t>
      </w:r>
      <w:hyperlink r:id="rId9">
        <w:r>
          <w:rPr>
            <w:color w:val="0000EE"/>
            <w:u w:val="single"/>
          </w:rPr>
          <w:t>[6]</w:t>
        </w:r>
      </w:hyperlink>
      <w:r>
        <w:t xml:space="preserve">- Paragraph 6: </w:t>
      </w:r>
      <w:hyperlink r:id="rId9">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https://www.sgn.org/story/169711/</w:t>
        </w:r>
      </w:hyperlink>
      <w:r>
        <w:t xml:space="preserve"> - Please view link - unable to able to access data</w:t>
      </w:r>
      <w:r/>
    </w:p>
    <w:p>
      <w:pPr>
        <w:pStyle w:val="ListNumber"/>
        <w:spacing w:line="240" w:lineRule="auto"/>
        <w:ind w:left="720"/>
      </w:pPr>
      <w:r/>
      <w:hyperlink r:id="rId9">
        <w:r>
          <w:rPr>
            <w:color w:val="0000EE"/>
            <w:u w:val="single"/>
          </w:rPr>
          <w:t>https://www.sgn.org/story/169711/</w:t>
        </w:r>
      </w:hyperlink>
      <w:r>
        <w:t xml:space="preserve"> - The Seattle Gay News article announces the return of Pink Party Prime, an LGBTQIA+-centered dance party, to Neumos on September 4, 2026, during PAX West. The event features a cosplay competition with limited-edition merchandise, local LGBTQIA+ music talents like DJ CryGuy, DJ EirFlux, GRAZ, Daemon Chadeau, and Adora Blue, and live performances by AVGMNT and Dual Analog. The article includes interviews with founder Charles Logan, cohost DJ Sophixi, and Xenomode CEO Lisa Weeks, discussing the event's origins, significance, and the importance of queer geek culture.</w:t>
      </w:r>
      <w:r/>
    </w:p>
    <w:p>
      <w:pPr>
        <w:pStyle w:val="ListNumber"/>
        <w:spacing w:line="240" w:lineRule="auto"/>
        <w:ind w:left="720"/>
      </w:pPr>
      <w:r/>
      <w:hyperlink r:id="rId9">
        <w:r>
          <w:rPr>
            <w:color w:val="0000EE"/>
            <w:u w:val="single"/>
          </w:rPr>
          <w:t>https://www.sgn.org/story/169711/</w:t>
        </w:r>
      </w:hyperlink>
      <w:r>
        <w:t xml:space="preserve"> - The Seattle Gay News article announces the return of Pink Party Prime, an LGBTQIA+-centered dance party, to Neumos on September 4, 2026, during PAX West. The event features a cosplay competition with limited-edition merchandise, local LGBTQIA+ music talents like DJ CryGuy, DJ EirFlux, GRAZ, Daemon Chadeau, and Adora Blue, and live performances by AVGMNT and Dual Analog. The article includes interviews with founder Charles Logan, cohost DJ Sophixi, and Xenomode CEO Lisa Weeks, discussing the event's origins, significance, and the importance of queer geek culture.</w:t>
      </w:r>
      <w:r/>
    </w:p>
    <w:p>
      <w:pPr>
        <w:pStyle w:val="ListNumber"/>
        <w:spacing w:line="240" w:lineRule="auto"/>
        <w:ind w:left="720"/>
      </w:pPr>
      <w:r/>
      <w:hyperlink r:id="rId9">
        <w:r>
          <w:rPr>
            <w:color w:val="0000EE"/>
            <w:u w:val="single"/>
          </w:rPr>
          <w:t>https://www.sgn.org/story/169711/</w:t>
        </w:r>
      </w:hyperlink>
      <w:r>
        <w:t xml:space="preserve"> - The Seattle Gay News article announces the return of Pink Party Prime, an LGBTQIA+-centered dance party, to Neumos on September 4, 2026, during PAX West. The event features a cosplay competition with limited-edition merchandise, local LGBTQIA+ music talents like DJ CryGuy, DJ EirFlux, GRAZ, Daemon Chadeau, and Adora Blue, and live performances by AVGMNT and Dual Analog. The article includes interviews with founder Charles Logan, cohost DJ Sophixi, and Xenomode CEO Lisa Weeks, discussing the event's origins, significance, and the importance of queer geek culture.</w:t>
      </w:r>
      <w:r/>
    </w:p>
    <w:p>
      <w:pPr>
        <w:pStyle w:val="ListNumber"/>
        <w:spacing w:line="240" w:lineRule="auto"/>
        <w:ind w:left="720"/>
      </w:pPr>
      <w:r/>
      <w:hyperlink r:id="rId9">
        <w:r>
          <w:rPr>
            <w:color w:val="0000EE"/>
            <w:u w:val="single"/>
          </w:rPr>
          <w:t>https://www.sgn.org/story/169711/</w:t>
        </w:r>
      </w:hyperlink>
      <w:r>
        <w:t xml:space="preserve"> - The Seattle Gay News article announces the return of Pink Party Prime, an LGBTQIA+-centered dance party, to Neumos on September 4, 2026, during PAX West. The event features a cosplay competition with limited-edition merchandise, local LGBTQIA+ music talents like DJ CryGuy, DJ EirFlux, GRAZ, Daemon Chadeau, and Adora Blue, and live performances by AVGMNT and Dual Analog. The article includes interviews with founder Charles Logan, cohost DJ Sophixi, and Xenomode CEO Lisa Weeks, discussing the event's origins, significance, and the importance of queer geek culture.</w:t>
      </w:r>
      <w:r/>
    </w:p>
    <w:p>
      <w:pPr>
        <w:pStyle w:val="ListNumber"/>
        <w:spacing w:line="240" w:lineRule="auto"/>
        <w:ind w:left="720"/>
      </w:pPr>
      <w:r/>
      <w:hyperlink r:id="rId9">
        <w:r>
          <w:rPr>
            <w:color w:val="0000EE"/>
            <w:u w:val="single"/>
          </w:rPr>
          <w:t>https://www.sgn.org/story/169711/</w:t>
        </w:r>
      </w:hyperlink>
      <w:r>
        <w:t xml:space="preserve"> - The Seattle Gay News article announces the return of Pink Party Prime, an LGBTQIA+-centered dance party, to Neumos on September 4, 2026, during PAX West. The event features a cosplay competition with limited-edition merchandise, local LGBTQIA+ music talents like DJ CryGuy, DJ EirFlux, GRAZ, Daemon Chadeau, and Adora Blue, and live performances by AVGMNT and Dual Analog. The article includes interviews with founder Charles Logan, cohost DJ Sophixi, and Xenomode CEO Lisa Weeks, discussing the event's origins, significance, and the importance of queer geek culture.</w:t>
      </w:r>
      <w:r/>
    </w:p>
    <w:p>
      <w:pPr>
        <w:pStyle w:val="ListNumber"/>
        <w:spacing w:line="240" w:lineRule="auto"/>
        <w:ind w:left="720"/>
      </w:pPr>
      <w:r/>
      <w:hyperlink r:id="rId9">
        <w:r>
          <w:rPr>
            <w:color w:val="0000EE"/>
            <w:u w:val="single"/>
          </w:rPr>
          <w:t>https://www.sgn.org/story/169711/</w:t>
        </w:r>
      </w:hyperlink>
      <w:r>
        <w:t xml:space="preserve"> - The Seattle Gay News article announces the return of Pink Party Prime, an LGBTQIA+-centered dance party, to Neumos on September 4, 2026, during PAX West. The event features a cosplay competition with limited-edition merchandise, local LGBTQIA+ music talents like DJ CryGuy, DJ EirFlux, GRAZ, Daemon Chadeau, and Adora Blue, and live performances by AVGMNT and Dual Analog. The article includes interviews with founder Charles Logan, cohost DJ Sophixi, and Xenomode CEO Lisa Weeks, discussing the event's origins, significance, and the importance of queer geek culture.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gn.org/story/1697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