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South Florida Nights: Community, Comedy and Curtain Calls This August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nightlife lovers are flocking back to South Florida’s packed venues this August, as memorial dances, benefit shows, new plays and big-name comedians bring crowds together , proving live events still matter for community, charity and a good laugh.</w:t>
      </w:r>
      <w:r/>
    </w:p>
    <w:p>
      <w:r/>
      <w:r>
        <w:t>Essential Takeaways</w:t>
      </w:r>
      <w:r/>
      <w:r/>
    </w:p>
    <w:p>
      <w:pPr>
        <w:pStyle w:val="ListBullet"/>
        <w:spacing w:line="240" w:lineRule="auto"/>
        <w:ind w:left="720"/>
      </w:pPr>
      <w:r/>
      <w:r>
        <w:rPr>
          <w:b/>
        </w:rPr>
        <w:t>Big turnout:</w:t>
      </w:r>
      <w:r>
        <w:t xml:space="preserve"> Salvo’s and other local spots hosted packed celebrations and memorials with a warm, communal vibe, showing locals are keen to reconnect in person. </w:t>
      </w:r>
      <w:r/>
    </w:p>
    <w:p>
      <w:pPr>
        <w:pStyle w:val="ListBullet"/>
        <w:spacing w:line="240" w:lineRule="auto"/>
        <w:ind w:left="720"/>
      </w:pPr>
      <w:r/>
      <w:r>
        <w:rPr>
          <w:b/>
        </w:rPr>
        <w:t>Fundraising win:</w:t>
      </w:r>
      <w:r>
        <w:t xml:space="preserve"> A Flockfest benefit raised $24,820 for Aqua employees suddenly out of work , great proof of fast, effective local support. </w:t>
      </w:r>
      <w:r/>
    </w:p>
    <w:p>
      <w:pPr>
        <w:pStyle w:val="ListBullet"/>
        <w:spacing w:line="240" w:lineRule="auto"/>
        <w:ind w:left="720"/>
      </w:pPr>
      <w:r/>
      <w:r>
        <w:rPr>
          <w:b/>
        </w:rPr>
        <w:t>Theatre on stage:</w:t>
      </w:r>
      <w:r>
        <w:t xml:space="preserve"> Epiphany Theaters’ End of the Rainbow plays through August 30, offering a poignant, well-reviewed dramatic night out. </w:t>
      </w:r>
      <w:r/>
    </w:p>
    <w:p>
      <w:pPr>
        <w:pStyle w:val="ListBullet"/>
        <w:spacing w:line="240" w:lineRule="auto"/>
        <w:ind w:left="720"/>
      </w:pPr>
      <w:r/>
      <w:r>
        <w:rPr>
          <w:b/>
        </w:rPr>
        <w:t>Comedy draw:</w:t>
      </w:r>
      <w:r>
        <w:t xml:space="preserve"> Loni Love brought sharp, Emmy-winning stand-up to Doral, keeping audiences laughing and proving national acts still sell locally. </w:t>
      </w:r>
      <w:r/>
    </w:p>
    <w:p>
      <w:pPr>
        <w:pStyle w:val="ListBullet"/>
        <w:spacing w:line="240" w:lineRule="auto"/>
        <w:ind w:left="720"/>
      </w:pPr>
      <w:r/>
      <w:r>
        <w:rPr>
          <w:b/>
        </w:rPr>
        <w:t>Festival energy:</w:t>
      </w:r>
      <w:r>
        <w:t xml:space="preserve"> Flockfest and related splash events are filling the calendar with family-friendly and nightlife programming across Fort Lauderdale.</w:t>
      </w:r>
      <w:r/>
      <w:r/>
    </w:p>
    <w:p>
      <w:pPr>
        <w:pStyle w:val="Heading2"/>
      </w:pPr>
      <w:r>
        <w:t>A packed Salvo’s proved how much community matters</w:t>
      </w:r>
      <w:r/>
    </w:p>
    <w:p>
      <w:r/>
      <w:r>
        <w:t>Nothing beats the sound of a crowded room, and Salvo’s was full to the rafters for Frank Ribaudo’s celebration of life. The evening felt intimate despite the numbers, with people swapping Boston stories, hugs and memories. Events like this show how restaurants and bars double as community living rooms, and they’re places where grief and laughter mix. If you’re planning something similar, book early and expect lots of guests , good food and flexible seating make a huge difference.</w:t>
      </w:r>
      <w:r/>
    </w:p>
    <w:p>
      <w:pPr>
        <w:pStyle w:val="Heading2"/>
      </w:pPr>
      <w:r>
        <w:t>Flockfest turns a crisis into urgent generosity</w:t>
      </w:r>
      <w:r/>
    </w:p>
    <w:p>
      <w:r/>
      <w:r>
        <w:t>When the Aqua employees were given just a week’s notice, Flockfest stepped up with a benefit that raised $24,820 for staff. The event blended performances, a silent auction and clear community purpose. According to organisers, the response was immediate and heartfelt , a reminder that local festivals can pivot from party to purpose in a heartbeat. If you want to support staff in similar situations, donate to verified funds, bid in auctions, or volunteer at benefit shifts.</w:t>
      </w:r>
      <w:r/>
    </w:p>
    <w:p>
      <w:pPr>
        <w:pStyle w:val="Heading2"/>
      </w:pPr>
      <w:r>
        <w:t>Theatre lovers get a moving night with End of the Rainbow</w:t>
      </w:r>
      <w:r/>
    </w:p>
    <w:p>
      <w:r/>
      <w:r>
        <w:t>Epiphany Theaters’ production of End of the Rainbow, playing at Sanctuary Church FTL, centres on Judy Garland’s final days and draws audiences who like their theatre dramatic and bittersweet. It’s a compact, emotionally vivid evening that’s been a hit on Broadway and in London, and local runs often have the same pull. Buy tickets early for weekend shows and consider mid-week slots if you prefer quieter lobbies and easier parking.</w:t>
      </w:r>
      <w:r/>
    </w:p>
    <w:p>
      <w:pPr>
        <w:pStyle w:val="Heading2"/>
      </w:pPr>
      <w:r>
        <w:t>Loni Love proves comedy still sells locally</w:t>
      </w:r>
      <w:r/>
    </w:p>
    <w:p>
      <w:r/>
      <w:r>
        <w:t>The Miami Improv’s run of Loni Love reminded audiences why national comedians tour regional venues. Her blend of sharp wit, warmth and observational punchlines kept Doral laughing across two nights. For venues, booking established names is still a reliable draw; for punters, check seating charts and arrive early for better sightlines. Comedy nights can be a brilliant intro to a local nightlife calendar without the loud-club vibe.</w:t>
      </w:r>
      <w:r/>
    </w:p>
    <w:p>
      <w:pPr>
        <w:pStyle w:val="Heading2"/>
      </w:pPr>
      <w:r>
        <w:t>Dance, awards and networking keep the calendar buzzing</w:t>
      </w:r>
      <w:r/>
    </w:p>
    <w:p>
      <w:r/>
      <w:r>
        <w:t>From a Memorial T Dance honouring nightlife figure John Castelli to Georgie’s Alibi’s GAG Awards and the GFLGLCC networking mixer at Gray Box Theater, the last weeks of August were all about reconnecting. Events ranged from reflective to celebratory, with performances by off-Broadway names and local talents alike. If you’re picking events, mix your choices: a benefit night, a theatre show and a comedy gig make for varied weeks that feed both social life and civic spirit.</w:t>
      </w:r>
      <w:r/>
    </w:p>
    <w:p>
      <w:r/>
      <w:r>
        <w:t>It's a small change that can make every night out feel fuller and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https://hotspotsmagazine.com/2026/08/27/out-with-scott-by-scott-holland-16/?utm_source=rss&amp;utm_medium=rss&amp;utm_campaign=out-with-scott-by-scott-holland-16</w:t>
        </w:r>
      </w:hyperlink>
      <w:r>
        <w:t xml:space="preserve"> - Please view link - unable to able to access data</w:t>
      </w:r>
      <w:r/>
    </w:p>
    <w:p>
      <w:pPr>
        <w:pStyle w:val="ListNumber"/>
        <w:spacing w:line="240" w:lineRule="auto"/>
        <w:ind w:left="720"/>
      </w:pPr>
      <w:r/>
      <w:hyperlink r:id="rId10">
        <w:r>
          <w:rPr>
            <w:color w:val="0000EE"/>
            <w:u w:val="single"/>
          </w:rPr>
          <w:t>https://hotspotsmagazine.com/2026/08/13/whats-hot-south-florida-august-13-august-25/</w:t>
        </w:r>
      </w:hyperlink>
      <w:r>
        <w:t xml:space="preserve"> - This article from Hotspots Magazine details events in South Florida from August 13 to August 25, 2026. It highlights a celebration of life for Frank Ribaudo at Salvo's on August 13, organised by Joe Posa and friends. Frank, a Navy veteran and founder of Club Café in Boston, was a significant figure in the LGBTQ+ community. The article also mentions the premiere of 'End of the Rainbow' at the Sanctuary Church FTL on the same day, a play about Judy Garland's final days, running through August 30.</w:t>
      </w:r>
      <w:r/>
    </w:p>
    <w:p>
      <w:pPr>
        <w:pStyle w:val="ListNumber"/>
        <w:spacing w:line="240" w:lineRule="auto"/>
        <w:ind w:left="720"/>
      </w:pPr>
      <w:r/>
      <w:hyperlink r:id="rId12">
        <w:r>
          <w:rPr>
            <w:color w:val="0000EE"/>
            <w:u w:val="single"/>
          </w:rPr>
          <w:t>https://www.flockfestevents.org/events/aquaplex-staff-a-night-of-solidarity-benefit-show</w:t>
        </w:r>
      </w:hyperlink>
      <w:r>
        <w:t xml:space="preserve"> - FlockFest Events organised 'A Night of Solidarity Benefit Show' on August 13, 2026, at Hunters Nightclub in Wilton Manors. The event aimed to support the staff of AquaPlex, a drag dining venue that had been a cornerstone of the LGBTQ+ community for nearly 20 years. The benefit featured live performances, including singers, dancers, and drag acts, to raise funds for the staff who had recently lost their jobs.</w:t>
      </w:r>
      <w:r/>
    </w:p>
    <w:p>
      <w:pPr>
        <w:pStyle w:val="ListNumber"/>
        <w:spacing w:line="240" w:lineRule="auto"/>
        <w:ind w:left="720"/>
      </w:pPr>
      <w:r/>
      <w:hyperlink r:id="rId14">
        <w:r>
          <w:rPr>
            <w:color w:val="0000EE"/>
            <w:u w:val="single"/>
          </w:rPr>
          <w:t>https://www.flockfestevents.org/events/flockfest-splash-at-b-ocean-hotel</w:t>
        </w:r>
      </w:hyperlink>
      <w:r>
        <w:t xml:space="preserve"> - FlockFest Events hosted 'SPLASH' Pool Party T-Dance on August 3, 2025, at the B Ocean Hotel in Fort Lauderdale. The event featured DJ Drew G and was powered by Eagle Wilton Manors. The B Ocean pool, located steps from Fort Lauderdale Beach, provided a vibrant setting for this 21+ event, offering early bird general admission tickets at $15.</w:t>
      </w:r>
      <w:r/>
    </w:p>
    <w:p>
      <w:pPr>
        <w:pStyle w:val="ListNumber"/>
        <w:spacing w:line="240" w:lineRule="auto"/>
        <w:ind w:left="720"/>
      </w:pPr>
      <w:r/>
      <w:hyperlink r:id="rId13">
        <w:r>
          <w:rPr>
            <w:color w:val="0000EE"/>
            <w:u w:val="single"/>
          </w:rPr>
          <w:t>https://www.flockfestevents.org/</w:t>
        </w:r>
      </w:hyperlink>
      <w:r>
        <w:t xml:space="preserve"> - FlockFest Events is a strategic non-profit fundraising foundation based in Fort Lauderdale, Florida. The organisation partners with other non-profits to drive transformational change, focusing on raising money and awareness for local non-profit organisations, including those within the LGBTQ+ community. Their events, such as beach parties and pool parties, aim to foster community engagement and support various causes.</w:t>
      </w:r>
      <w:r/>
    </w:p>
    <w:p>
      <w:pPr>
        <w:pStyle w:val="ListNumber"/>
        <w:spacing w:line="240" w:lineRule="auto"/>
        <w:ind w:left="720"/>
      </w:pPr>
      <w:r/>
      <w:hyperlink r:id="rId11">
        <w:r>
          <w:rPr>
            <w:color w:val="0000EE"/>
            <w:u w:val="single"/>
          </w:rPr>
          <w:t>https://www.fortlauderdale.gov/Explore-FTL/Event-Calendar/FlockFest-2026</w:t>
        </w:r>
      </w:hyperlink>
      <w:r>
        <w:t xml:space="preserve"> - FlockFest 2026 was a beach party event presented by FlockFest in Fort Lauderdale, Florida. The event aimed to raise funds and awareness for local non-profit organisations, including those within the LGBTQ+ community. The event featured sun-soaked vibes, world-class DJs, and an unforgettable community experience, aligning with FlockFest's mission to support various causes through engaging events.</w:t>
      </w:r>
      <w:r/>
    </w:p>
    <w:p>
      <w:pPr>
        <w:pStyle w:val="ListNumber"/>
        <w:spacing w:line="240" w:lineRule="auto"/>
        <w:ind w:left="720"/>
      </w:pPr>
      <w:r/>
      <w:hyperlink r:id="rId15">
        <w:r>
          <w:rPr>
            <w:color w:val="0000EE"/>
            <w:u w:val="single"/>
          </w:rPr>
          <w:t>https://www.ticketnetwork.com/venues/ftl-war-memorial-auditorium-tickets</w:t>
        </w:r>
      </w:hyperlink>
      <w:r>
        <w:t xml:space="preserve"> - The FTL War Memorial Auditorium in Fort Lauderdale, Florida, is a venue that hosts various events, including concerts and performances. Upcoming events in August 2026 include performances by Yeat on August 1, Malcolm Todd on September 9, and Lucki on September 13. The venue offers a range of events catering to diverse musical tastes.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spotsmagazine.com/2026/08/27/out-with-scott-by-scott-holland-16/?utm_source=rss&amp;utm_medium=rss&amp;utm_campaign=out-with-scott-by-scott-holland-16" TargetMode="External"/><Relationship Id="rId10" Type="http://schemas.openxmlformats.org/officeDocument/2006/relationships/hyperlink" Target="https://hotspotsmagazine.com/2026/08/13/whats-hot-south-florida-august-13-august-25/" TargetMode="External"/><Relationship Id="rId11" Type="http://schemas.openxmlformats.org/officeDocument/2006/relationships/hyperlink" Target="https://www.fortlauderdale.gov/Explore-FTL/Event-Calendar/FlockFest-2026" TargetMode="External"/><Relationship Id="rId12" Type="http://schemas.openxmlformats.org/officeDocument/2006/relationships/hyperlink" Target="https://www.flockfestevents.org/events/aquaplex-staff-a-night-of-solidarity-benefit-show" TargetMode="External"/><Relationship Id="rId13" Type="http://schemas.openxmlformats.org/officeDocument/2006/relationships/hyperlink" Target="https://www.flockfestevents.org/" TargetMode="External"/><Relationship Id="rId14" Type="http://schemas.openxmlformats.org/officeDocument/2006/relationships/hyperlink" Target="https://www.flockfestevents.org/events/flockfest-splash-at-b-ocean-hotel" TargetMode="External"/><Relationship Id="rId15" Type="http://schemas.openxmlformats.org/officeDocument/2006/relationships/hyperlink" Target="https://www.ticketnetwork.com/venues/ftl-war-memorial-auditorium-tick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