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Modern Drag Films to Watch Now: Why God Save the Queens Stands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streaming nights and festival-goers are flocking to intimate drag dramas that mix sparkle with real emotion , God Save the Queens is a colourful, character-led example that matters because it shows the economics, rivalries and tenderness behind the wigs and sequins.</w:t>
      </w:r>
      <w:r/>
    </w:p>
    <w:p>
      <w:r/>
      <w:r>
        <w:t>Essential Takeaways</w:t>
      </w:r>
      <w:r/>
      <w:r/>
    </w:p>
    <w:p>
      <w:pPr>
        <w:pStyle w:val="ListBullet"/>
        <w:spacing w:line="240" w:lineRule="auto"/>
        <w:ind w:left="720"/>
      </w:pPr>
      <w:r/>
      <w:r>
        <w:rPr>
          <w:b/>
        </w:rPr>
        <w:t>Ensemble energy:</w:t>
      </w:r>
      <w:r>
        <w:t xml:space="preserve"> Four lead drag performers bring lived-in charisma and emotional range, making the film feel vivid and immediate.</w:t>
      </w:r>
      <w:r/>
    </w:p>
    <w:p>
      <w:pPr>
        <w:pStyle w:val="ListBullet"/>
        <w:spacing w:line="240" w:lineRule="auto"/>
        <w:ind w:left="720"/>
      </w:pPr>
      <w:r/>
      <w:r>
        <w:rPr>
          <w:b/>
        </w:rPr>
        <w:t>Sharp tone:</w:t>
      </w:r>
      <w:r>
        <w:t xml:space="preserve"> The movie mixes biting humour with genuine heart , sharp one-liners land alongside quieter, painful moments.</w:t>
      </w:r>
      <w:r/>
    </w:p>
    <w:p>
      <w:pPr>
        <w:pStyle w:val="ListBullet"/>
        <w:spacing w:line="240" w:lineRule="auto"/>
        <w:ind w:left="720"/>
      </w:pPr>
      <w:r/>
      <w:r>
        <w:rPr>
          <w:b/>
        </w:rPr>
        <w:t>Small budget, big feel:</w:t>
      </w:r>
      <w:r>
        <w:t xml:space="preserve"> Modest production values never undercut the film’s cinematic sparkle; if anything, they sharpen its honesty.</w:t>
      </w:r>
      <w:r/>
    </w:p>
    <w:p>
      <w:pPr>
        <w:pStyle w:val="ListBullet"/>
        <w:spacing w:line="240" w:lineRule="auto"/>
        <w:ind w:left="720"/>
      </w:pPr>
      <w:r/>
      <w:r>
        <w:rPr>
          <w:b/>
        </w:rPr>
        <w:t>Themes that resonate:</w:t>
      </w:r>
      <w:r>
        <w:t xml:space="preserve"> Ageism, exploitation, friendship and rivalry in performance communities are explored with empathy.</w:t>
      </w:r>
      <w:r/>
    </w:p>
    <w:p>
      <w:pPr>
        <w:pStyle w:val="ListBullet"/>
        <w:spacing w:line="240" w:lineRule="auto"/>
        <w:ind w:left="720"/>
      </w:pPr>
      <w:r/>
      <w:r>
        <w:rPr>
          <w:b/>
        </w:rPr>
        <w:t>Standout set pieces:</w:t>
      </w:r>
      <w:r>
        <w:t xml:space="preserve"> A sold-out one-woman show, a fractured duo being courted by producers, and a club-side career crisis provide dramatic variety.</w:t>
      </w:r>
      <w:r/>
      <w:r/>
    </w:p>
    <w:p>
      <w:pPr>
        <w:pStyle w:val="Heading2"/>
      </w:pPr>
      <w:r>
        <w:t>Why this drag drama feels both fresh and familiar</w:t>
      </w:r>
      <w:r/>
    </w:p>
    <w:p>
      <w:r/>
      <w:r>
        <w:t>The opening image is of glitter under harsh lights, and that sensory contrast sets the tone. The film follows four drag performers navigating the grind of gigs, casting calls and personal betrayal, and the camera often lingers on the small, tactile details , a lipstick smear, the creak of a heel , that make the world feel lived in. According to reviews and festival write-ups, the performances are the movie’s engine, carrying scenes that might otherwise feel transactional.</w:t>
      </w:r>
      <w:r/>
    </w:p>
    <w:p>
      <w:r/>
      <w:r>
        <w:t>That immediacy matters because the story isn’t just about showbusiness glamour. It’s about how creatives survive on the margins, how promotions can cross lines, and how age and image shape opportunities. For viewers who enjoy character-led indie work, this film’s intimacy is its selling point.</w:t>
      </w:r>
      <w:r/>
    </w:p>
    <w:p>
      <w:pPr>
        <w:pStyle w:val="Heading2"/>
      </w:pPr>
      <w:r>
        <w:t>Characters who sparkle and ache</w:t>
      </w:r>
      <w:r/>
    </w:p>
    <w:p>
      <w:r/>
      <w:r>
        <w:t>Gigi’s struggle to launch a one-woman show and the unconventional promotional tactics that make it sell out form one of the film’s most compelling arcs. Another thread follows a duo torn apart by romantic rivalry, while a seasoned performer fights to remain visible as the industry’s attention shifts. These narratives give the film texture; they’re funny, sometimes vicious, often tender.</w:t>
      </w:r>
      <w:r/>
    </w:p>
    <w:p>
      <w:r/>
      <w:r>
        <w:t>Reviewers noted the use of real drag artists in the leads, which brings authenticity to both performance and pain. When a scene pivots from comedy to confession, you feel the stakes , not merely for the act, but for the livelihood and identity behind it.</w:t>
      </w:r>
      <w:r/>
    </w:p>
    <w:p>
      <w:pPr>
        <w:pStyle w:val="Heading2"/>
      </w:pPr>
      <w:r>
        <w:t>Theatre, therapy and a touch of the supernatural</w:t>
      </w:r>
      <w:r/>
    </w:p>
    <w:p>
      <w:r/>
      <w:r>
        <w:t>One of the film’s memorable devices is an ensemble therapy setting where secrets, resentments and hopes get aired. In a playful turn, a late-running session introduces a supernatural substitute counsellor, adding a whimsical layer that keeps the tone from becoming relentlessly bleak.</w:t>
      </w:r>
      <w:r/>
    </w:p>
    <w:p>
      <w:r/>
      <w:r>
        <w:t>This blend of realism with a pinch of the unexpected mirrors modern indie approaches: grounded character drama with a genre twist to keep audiences engaged. It also helps the film avoid melodrama while still delivering emotional payoffs.</w:t>
      </w:r>
      <w:r/>
    </w:p>
    <w:p>
      <w:pPr>
        <w:pStyle w:val="Heading2"/>
      </w:pPr>
      <w:r>
        <w:t>Why smaller budgets sometimes win for this kind of story</w:t>
      </w:r>
      <w:r/>
    </w:p>
    <w:p>
      <w:r/>
      <w:r>
        <w:t>A tighter budget can focus a director’s imagination, and this film turns constraints into texture. The set pieces often feel immediate rather than glossy, which fits a story about performers hustling for work and dignity. Critics have observed that bigger financing might have polished away the film’s raw edges , the very edges that let the audience in.</w:t>
      </w:r>
      <w:r/>
    </w:p>
    <w:p>
      <w:r/>
      <w:r>
        <w:t>Practical advice for viewers: watch with headphones or on a modest TV to catch the intimate performances and quieter lines. If you’re choosing between spectacle and character, pick this one for the latter.</w:t>
      </w:r>
      <w:r/>
    </w:p>
    <w:p>
      <w:pPr>
        <w:pStyle w:val="Heading2"/>
      </w:pPr>
      <w:r>
        <w:t>What the film means for drag on screen today</w:t>
      </w:r>
      <w:r/>
    </w:p>
    <w:p>
      <w:r/>
      <w:r>
        <w:t>Drag on film has shifted from spectacle to story in recent years, and this title sits comfortably in that evolution. It foregrounds the economic realities and interpersonal dynamics so often glossed over in mainstream portrayals, while still serving the glamour fans love. For festival programmers and fans, it’s a reminder that representation grows richer when stories come from within the community.</w:t>
      </w:r>
      <w:r/>
    </w:p>
    <w:p>
      <w:r/>
      <w:r>
        <w:t>Expect conversations to continue about performance, age, and industry gatekeepers , conversations that the film starts without lecturing. That balance is likely why it’s been picked up by festivals and discussed in trade and critic circles.</w:t>
      </w:r>
      <w:r/>
    </w:p>
    <w:p>
      <w:r/>
      <w:r>
        <w:t>It's a small change that can make every performance feel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https://filmthreat.com/reviews/god-save-the-queens-2/?utm_source=rss&amp;utm_medium=rss&amp;utm_campaign=god-save-the-queens-2</w:t>
        </w:r>
      </w:hyperlink>
      <w:r>
        <w:t xml:space="preserve"> - Please view link - unable to able to access data</w:t>
      </w:r>
      <w:r/>
    </w:p>
    <w:p>
      <w:pPr>
        <w:pStyle w:val="ListNumber"/>
        <w:spacing w:line="240" w:lineRule="auto"/>
        <w:ind w:left="720"/>
      </w:pPr>
      <w:r/>
      <w:hyperlink r:id="rId10">
        <w:r>
          <w:rPr>
            <w:color w:val="0000EE"/>
            <w:u w:val="single"/>
          </w:rPr>
          <w:t>https://www.rottentomatoes.com/m/god_save_the_queens/reviews</w:t>
        </w:r>
      </w:hyperlink>
      <w:r>
        <w:t xml:space="preserve"> - This page on Rotten Tomatoes features a collection of reviews for 'God Save the Queens,' a drag drama directed by Jordan Danger. Critics have praised the film for its engaging portrayal of drag culture and the challenges faced by performers. The film has a 90% rating on the Tomatometer, based on 10 critic reviews, and a 10% audience score, indicating a divide between critic and audience reception. Notable reviews include Dennis Harvey's description of the film as a 'high-octane camp melodrama' and Jennie Kermode's assessment highlighting the film's wit and glamour in addressing the unreasonable expectations placed on feminine individuals.</w:t>
      </w:r>
      <w:r/>
    </w:p>
    <w:p>
      <w:pPr>
        <w:pStyle w:val="ListNumber"/>
        <w:spacing w:line="240" w:lineRule="auto"/>
        <w:ind w:left="720"/>
      </w:pPr>
      <w:r/>
      <w:hyperlink r:id="rId15">
        <w:r>
          <w:rPr>
            <w:color w:val="0000EE"/>
            <w:u w:val="single"/>
          </w:rPr>
          <w:t>https://www.rottentomatoes.com/m/god_save_the_queens</w:t>
        </w:r>
      </w:hyperlink>
      <w:r>
        <w:t xml:space="preserve"> - This Rotten Tomatoes page provides an overview of 'God Save the Queens,' a 2022 comedy-drama directed by Jordan Danger. The film follows four drag queens who, facing personal and professional struggles, attend a therapy retreat together. The film has a 90% rating on the Tomatometer, based on 10 critic reviews, and a 10% audience score, reflecting a significant difference in reception between critics and general viewers. The film is available for streaming and rental on Fandango.</w:t>
      </w:r>
      <w:r/>
    </w:p>
    <w:p>
      <w:pPr>
        <w:pStyle w:val="ListNumber"/>
        <w:spacing w:line="240" w:lineRule="auto"/>
        <w:ind w:left="720"/>
      </w:pPr>
      <w:r/>
      <w:hyperlink r:id="rId12">
        <w:r>
          <w:rPr>
            <w:color w:val="0000EE"/>
            <w:u w:val="single"/>
          </w:rPr>
          <w:t>https://filmthreat.com/reviews/god-save-the-queens/</w:t>
        </w:r>
      </w:hyperlink>
      <w:r>
        <w:t xml:space="preserve"> - Film Threat's review of 'God Save the Queens' discusses the film's narrative structure, which follows four drag performers as they attend a therapy retreat in the hills. The review notes that while the film excels in telling individual stories, the anthology format leads to a diluted overall experience. The performances are praised, particularly Kelly Mantle's portrayal of Marmalade, the eldest queen. The review concludes that the film is a fun, if uneven, watch, highlighting its balance of comedy, pathos, and camaraderie in the drag world.</w:t>
      </w:r>
      <w:r/>
    </w:p>
    <w:p>
      <w:pPr>
        <w:pStyle w:val="ListNumber"/>
        <w:spacing w:line="240" w:lineRule="auto"/>
        <w:ind w:left="720"/>
      </w:pPr>
      <w:r/>
      <w:hyperlink r:id="rId13">
        <w:r>
          <w:rPr>
            <w:color w:val="0000EE"/>
            <w:u w:val="single"/>
          </w:rPr>
          <w:t>https://www.thewrap.com/god-save-the-queens-film-review-alaska-thunderfuck-kelly-mantle-laganja-estranja/</w:t>
        </w:r>
      </w:hyperlink>
      <w:r>
        <w:t xml:space="preserve"> - The Wrap's review of 'God Save the Queens' critiques the film as a muddled drag artist-focused comedy with zero laughs and implausible dramatic interludes. The review highlights the film's attempt to address complex topics about sex and gender but notes that it retreats into vague uplift whenever serious issues arise. The performances of the drag artists are discussed, with particular mention of Marmalade's (Kelly Mantle) jokes being described as 'moth-eaten.' The review concludes that the film fails to deliver on both comedic and dramatic fronts.</w:t>
      </w:r>
      <w:r/>
    </w:p>
    <w:p>
      <w:pPr>
        <w:pStyle w:val="ListNumber"/>
        <w:spacing w:line="240" w:lineRule="auto"/>
        <w:ind w:left="720"/>
      </w:pPr>
      <w:r/>
      <w:hyperlink r:id="rId14">
        <w:r>
          <w:rPr>
            <w:color w:val="0000EE"/>
            <w:u w:val="single"/>
          </w:rPr>
          <w:t>https://www.cinema-crazed.com/blog/2022/07/23/god-save-the-queens-outfest-2022/</w:t>
        </w:r>
      </w:hyperlink>
      <w:r>
        <w:t xml:space="preserve"> - Cinema Crazed's review of 'God Save the Queens' from the Outfest LA 2022 highlights the film's intimate portrayal of the drag world, showing the lives of performers on and off stage. The review praises the film for its cohesive storytelling and the strong performances of the cast, noting that the film tells more than one story, coming together cohesively as one bigger picture story. The review emphasizes the film's authenticity, with the cast being real drag performers who have lived the experiences depicted.</w:t>
      </w:r>
      <w:r/>
    </w:p>
    <w:p>
      <w:pPr>
        <w:pStyle w:val="ListNumber"/>
        <w:spacing w:line="240" w:lineRule="auto"/>
        <w:ind w:left="720"/>
      </w:pPr>
      <w:r/>
      <w:hyperlink r:id="rId11">
        <w:r>
          <w:rPr>
            <w:color w:val="0000EE"/>
            <w:u w:val="single"/>
          </w:rPr>
          <w:t>https://www.theaureview.com/watch/god-save-the-queens-tribeca-film-festival-review/</w:t>
        </w:r>
      </w:hyperlink>
      <w:r>
        <w:t xml:space="preserve"> - The AU Review's review of 'God Save the Queens' from the Tribeca Film Festival discusses the film's exploration of the drag scene and its attempt to deliver a clear message. The review notes that while the film may not succeed in delivering a clear message, it offers enough light laughs to be worthy of fans' time. The performances of the drag queens are highlighted, with mention of their unique looks and theatrics. The review concludes that the film makes up for what it lacks in biting humour with its beating heart.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ilmthreat.com/reviews/god-save-the-queens-2/?utm_source=rss&amp;utm_medium=rss&amp;utm_campaign=god-save-the-queens-2" TargetMode="External"/><Relationship Id="rId10" Type="http://schemas.openxmlformats.org/officeDocument/2006/relationships/hyperlink" Target="https://www.rottentomatoes.com/m/god_save_the_queens/reviews" TargetMode="External"/><Relationship Id="rId11" Type="http://schemas.openxmlformats.org/officeDocument/2006/relationships/hyperlink" Target="https://www.theaureview.com/watch/god-save-the-queens-tribeca-film-festival-review/" TargetMode="External"/><Relationship Id="rId12" Type="http://schemas.openxmlformats.org/officeDocument/2006/relationships/hyperlink" Target="https://filmthreat.com/reviews/god-save-the-queens/" TargetMode="External"/><Relationship Id="rId13" Type="http://schemas.openxmlformats.org/officeDocument/2006/relationships/hyperlink" Target="https://www.thewrap.com/god-save-the-queens-film-review-alaska-thunderfuck-kelly-mantle-laganja-estranja/" TargetMode="External"/><Relationship Id="rId14" Type="http://schemas.openxmlformats.org/officeDocument/2006/relationships/hyperlink" Target="https://www.cinema-crazed.com/blog/2022/07/23/god-save-the-queens-outfest-2022/" TargetMode="External"/><Relationship Id="rId15" Type="http://schemas.openxmlformats.org/officeDocument/2006/relationships/hyperlink" Target="https://www.rottentomatoes.com/m/god_save_the_quee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