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Matrix Sun Festival Guide: What to Expect at Spain’s Biggest Gay Circuit Party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Bask in the mayhem: festival-goers are flocking to Torremolinos each August for Matrix Sun Festival, a multi-day gay circuit party of pool raves, international DJs and late-night club spectacles , here’s what to expect, where to stay, and how to survive the Costa del Sol’s wildest week.</w:t>
      </w:r>
      <w:r/>
    </w:p>
    <w:p>
      <w:r/>
      <w:r>
        <w:t>Essential Takeaways</w:t>
      </w:r>
      <w:r/>
      <w:r/>
    </w:p>
    <w:p>
      <w:pPr>
        <w:pStyle w:val="ListBullet"/>
        <w:spacing w:line="240" w:lineRule="auto"/>
        <w:ind w:left="720"/>
      </w:pPr>
      <w:r/>
      <w:r>
        <w:rPr>
          <w:b/>
        </w:rPr>
        <w:t>When and where:</w:t>
      </w:r>
      <w:r>
        <w:t xml:space="preserve"> Matrix runs in August in Torremolinos on the Costa del Sol, with events across clubs and beach venues; tickets are sold per party and as wristbands.</w:t>
      </w:r>
      <w:r/>
    </w:p>
    <w:p>
      <w:pPr>
        <w:pStyle w:val="ListBullet"/>
        <w:spacing w:line="240" w:lineRule="auto"/>
        <w:ind w:left="720"/>
      </w:pPr>
      <w:r/>
      <w:r>
        <w:rPr>
          <w:b/>
        </w:rPr>
        <w:t>Vibe:</w:t>
      </w:r>
      <w:r>
        <w:t xml:space="preserve"> High-energy circuit culture mixed with sun-soaked beach recovery , expect pounding music, dancers, and lots of exposed skin.</w:t>
      </w:r>
      <w:r/>
    </w:p>
    <w:p>
      <w:pPr>
        <w:pStyle w:val="ListBullet"/>
        <w:spacing w:line="240" w:lineRule="auto"/>
        <w:ind w:left="720"/>
      </w:pPr>
      <w:r/>
      <w:r>
        <w:rPr>
          <w:b/>
        </w:rPr>
        <w:t>Best parties:</w:t>
      </w:r>
      <w:r>
        <w:t xml:space="preserve"> Prioritise the Matrix Main Event at Studio Club and afternoon beach parties at Eden and Aruba for open-air dancing.</w:t>
      </w:r>
      <w:r/>
    </w:p>
    <w:p>
      <w:pPr>
        <w:pStyle w:val="ListBullet"/>
        <w:spacing w:line="240" w:lineRule="auto"/>
        <w:ind w:left="720"/>
      </w:pPr>
      <w:r/>
      <w:r>
        <w:rPr>
          <w:b/>
        </w:rPr>
        <w:t>Practical tips:</w:t>
      </w:r>
      <w:r>
        <w:t xml:space="preserve"> Buy early for cheaper prices, pace yourself (three to four days is often enough), stay near La Nogalera, and keep water and valuables secure.</w:t>
      </w:r>
      <w:r/>
    </w:p>
    <w:p>
      <w:pPr>
        <w:pStyle w:val="ListBullet"/>
        <w:spacing w:line="240" w:lineRule="auto"/>
        <w:ind w:left="720"/>
      </w:pPr>
      <w:r/>
      <w:r>
        <w:rPr>
          <w:b/>
        </w:rPr>
        <w:t>Accessibility:</w:t>
      </w:r>
      <w:r>
        <w:t xml:space="preserve"> Venues are spread across town; taxis and short train trips from Málaga make moving around straightforward.</w:t>
      </w:r>
      <w:r/>
      <w:r/>
    </w:p>
    <w:p>
      <w:pPr>
        <w:pStyle w:val="Heading2"/>
      </w:pPr>
      <w:r>
        <w:t>A festival that turns Torremolinos into one big party</w:t>
      </w:r>
      <w:r/>
    </w:p>
    <w:p>
      <w:r/>
      <w:r>
        <w:t>Walk into Torremolinos during Matrix and you’ll feel it straight away , wristbands, full beaches and La Nogalera buzzing like a beehive. The sensory hit is immediate: thumping bass through your chest during a midnight set, sun-warmed tiles underfoot at daytime parties, and the sight of half the crowd still in swimwear. According to Matrix Events, the festival programmes a mix of daytime beach raves and nighttime productions, so the town really does feel reclaimed by the circuit scene for the week. If you love big gay electronic music events, this is exactly the kind of immersive takeover that feels both exhausting and utterly addictive.</w:t>
      </w:r>
      <w:r/>
    </w:p>
    <w:p>
      <w:pPr>
        <w:pStyle w:val="Heading2"/>
      </w:pPr>
      <w:r>
        <w:t>What the parties actually feel like , and which to pick</w:t>
      </w:r>
      <w:r/>
    </w:p>
    <w:p>
      <w:r/>
      <w:r>
        <w:t>Matrix is unapologetically full-on. The Main Event at Studio Club is the production you won’t forget: dancers, visuals and a packed dance floor that runs until dawn. But the festival’s strength is variety , daytime sets at Eden and Aruba Beach give you sunlight, sea breezes and the rare chance to dance outdoors in swimwear. Matrix mixes its own branded nights with visiting party crews, so the atmosphere shifts from one venue to the next. If you only pick one night, make it the Main Event; if you want the full flavour, balance a few indoor nights with at least one beach day.</w:t>
      </w:r>
      <w:r/>
    </w:p>
    <w:p>
      <w:pPr>
        <w:pStyle w:val="Heading2"/>
      </w:pPr>
      <w:r>
        <w:t>Who fits in , circuit regulars and the curious alike</w:t>
      </w:r>
      <w:r/>
    </w:p>
    <w:p>
      <w:r/>
      <w:r>
        <w:t>You don’t need to be a circuit devotee to enjoy Matrix, though the culture is prominent. There’s a muscular, gym-toned element to much of the crowd, but international tourists, couples and older attendees all blend into the throng. The festival attracts people from across Europe and beyond, so conversations and new friendships are part of the charm. If you like electronic music, open-minded crowds and don’t mind a lot of eye candy, you’ll find your people , and you might even bump into someone you danced with earlier that day.</w:t>
      </w:r>
      <w:r/>
    </w:p>
    <w:p>
      <w:pPr>
        <w:pStyle w:val="Heading2"/>
      </w:pPr>
      <w:r>
        <w:t>Where to stay: why location beats venue loyalty</w:t>
      </w:r>
      <w:r/>
    </w:p>
    <w:p>
      <w:r/>
      <w:r>
        <w:t>Book accommodation near La Nogalera or Bajondillo Beach and you’ll thank yourself each morning. La Nogalera is the epicentre of Torremolinos’ gay scene, while the beach is an easy recovery spot. Matrix uses multiple venues around town, so choosing a hotel based solely on proximity to one club is a false economy. Renting an apartment with friends is often the best move: a shared flat becomes a recovery base, a place to stash stuff, and somewhere to regroup between parties. Trains from Málaga are short and taxis are plentiful, so you can be flexible.</w:t>
      </w:r>
      <w:r/>
    </w:p>
    <w:p>
      <w:pPr>
        <w:pStyle w:val="Heading2"/>
      </w:pPr>
      <w:r>
        <w:t>How to survive Matrix: practical tips from people who’ve been</w:t>
      </w:r>
      <w:r/>
    </w:p>
    <w:p>
      <w:r/>
      <w:r>
        <w:t>Matrix is a marathon, not a sprint, so pace yourself. Organisers release tickets in waves and wristbands cover multiple events , buy early to save. Hydration is essential; Torremolinos in August is genuinely hot and dancing for hours depletes you fast. Comfortable shoes will save your feet, and a secure pocket or small pouch keeps phones and valuables safe on crowded dance floors. Be aware that plain-clothes police do operate in the town, so keep personal items legal and easy to produce if asked. Finally, don’t book that pre-dawn flight home , give yourself a recovery day.</w:t>
      </w:r>
      <w:r/>
    </w:p>
    <w:p>
      <w:pPr>
        <w:pStyle w:val="Heading2"/>
      </w:pPr>
      <w:r>
        <w:t>Beyond the parties: make time to walk, eat and explore</w:t>
      </w:r>
      <w:r/>
    </w:p>
    <w:p>
      <w:r/>
      <w:r>
        <w:t>Matrix is seductive, but Torremolinos deserves a slow afternoon too. Lazy beach sessions, long lunches and siestas are part of the festival rhythm and often produce the best memories. If you have energy, Málaga is a 20-minute train ride away and worth a detour for tapas, the Picasso Museum and a quieter evening. Balancing party time with daylight downtime makes Matrix feel less like an endurance test and more like a proper holiday with a deliciously hedonistic soundtrack.</w:t>
      </w:r>
      <w:r/>
    </w:p>
    <w:p>
      <w:r/>
      <w:r>
        <w:t>It’s a small change that can make every chew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[6]</w:t>
        </w:r>
      </w:hyperlink>
      <w:r>
        <w:t xml:space="preserve">- Paragraph 6: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https://nomadicboys.com/matrix-sun-festival/</w:t>
        </w:r>
      </w:hyperlink>
      <w:r>
        <w:t xml:space="preserve"> - Please view link - unable to able to access data</w:t>
      </w:r>
      <w:r/>
    </w:p>
    <w:p>
      <w:pPr>
        <w:pStyle w:val="ListNumber"/>
        <w:spacing w:line="240" w:lineRule="auto"/>
        <w:ind w:left="720"/>
      </w:pPr>
      <w:r/>
      <w:hyperlink r:id="rId10">
        <w:r>
          <w:rPr>
            <w:color w:val="0000EE"/>
            <w:u w:val="single"/>
          </w:rPr>
          <w:t>https://matrixevents.es/events/matrix-sun-festival/</w:t>
        </w:r>
      </w:hyperlink>
      <w:r>
        <w:t xml:space="preserve"> - The Matrix Sun Festival is a prominent annual electronic music and LGBTQ+ culture event held in Torremolinos, Málaga, Spain. Organised by Matrix Events, this festival has established itself as one of the most important of its kind in Europe, attracting thousands of attendees from around the world. The official programme and ticket information are available on their website.</w:t>
      </w:r>
      <w:r/>
    </w:p>
    <w:p>
      <w:pPr>
        <w:pStyle w:val="ListNumber"/>
        <w:spacing w:line="240" w:lineRule="auto"/>
        <w:ind w:left="720"/>
      </w:pPr>
      <w:r/>
      <w:hyperlink r:id="rId11">
        <w:r>
          <w:rPr>
            <w:color w:val="0000EE"/>
            <w:u w:val="single"/>
          </w:rPr>
          <w:t>https://en.andalucia.org/event/matrix-sun-festival/14536101/</w:t>
        </w:r>
      </w:hyperlink>
      <w:r>
        <w:t xml:space="preserve"> - The Matrix Sun Festival is scheduled to take place from 20 to 25 August 2026 in Torremolinos, Málaga. This event is a significant part of Spain's LGBTQ+ cultural calendar, featuring a variety of activities and performances. The official website provides detailed information about the festival's schedule and amenities.</w:t>
      </w:r>
      <w:r/>
    </w:p>
    <w:p>
      <w:pPr>
        <w:pStyle w:val="ListNumber"/>
        <w:spacing w:line="240" w:lineRule="auto"/>
        <w:ind w:left="720"/>
      </w:pPr>
      <w:r/>
      <w:hyperlink r:id="rId14">
        <w:r>
          <w:rPr>
            <w:color w:val="0000EE"/>
            <w:u w:val="single"/>
          </w:rPr>
          <w:t>https://www.andalucia.org/event/matrix-sun-festival/14536102/</w:t>
        </w:r>
      </w:hyperlink>
      <w:r>
        <w:t xml:space="preserve"> - The Matrix Sun Festival is set to occur from 20 to 25 August 2026 in Torremolinos, Málaga. This annual event is a highlight for the LGBTQ+ community, offering a range of concerts and activities. For the most accurate and up-to-date information, refer to the official website.</w:t>
      </w:r>
      <w:r/>
    </w:p>
    <w:p>
      <w:pPr>
        <w:pStyle w:val="ListNumber"/>
        <w:spacing w:line="240" w:lineRule="auto"/>
        <w:ind w:left="720"/>
      </w:pPr>
      <w:r/>
      <w:hyperlink r:id="rId12">
        <w:r>
          <w:rPr>
            <w:color w:val="0000EE"/>
            <w:u w:val="single"/>
          </w:rPr>
          <w:t>https://site.fourvenues.com/es/matrix-sun-festival/events/msf-presents-matrix-main-event-22-08-2026-45DO</w:t>
        </w:r>
      </w:hyperlink>
      <w:r>
        <w:t xml:space="preserve"> - The 'MSF presents: MATRIX Main Event' is a key highlight of the Matrix Sun Festival, taking place on 22 August 2026 in Torremolinos. This event features top DJs and a vibrant atmosphere, contributing to the festival's reputation as a premier LGBTQ+ celebration in Spain.</w:t>
      </w:r>
      <w:r/>
    </w:p>
    <w:p>
      <w:pPr>
        <w:pStyle w:val="ListNumber"/>
        <w:spacing w:line="240" w:lineRule="auto"/>
        <w:ind w:left="720"/>
      </w:pPr>
      <w:r/>
      <w:hyperlink r:id="rId13">
        <w:r>
          <w:rPr>
            <w:color w:val="0000EE"/>
            <w:u w:val="single"/>
          </w:rPr>
          <w:t>https://pinkuk.com/events/europe/spain/andalucia/torremolinos/matrix-sun-festival-2026</w:t>
        </w:r>
      </w:hyperlink>
      <w:r>
        <w:t xml:space="preserve"> - The Matrix Sun Festival 2026 is scheduled from 18 to 23 August 2026 in Torremolinos, Spain. Organised by Matrix Events, this festival has been a significant part of gay and LGBTQ+ entertainment in Spain and globally for seven years, featuring parties, festivals, and the Matrix World Tour.</w:t>
      </w:r>
      <w:r/>
    </w:p>
    <w:p>
      <w:pPr>
        <w:pStyle w:val="ListNumber"/>
        <w:spacing w:line="240" w:lineRule="auto"/>
        <w:ind w:left="720"/>
      </w:pPr>
      <w:r/>
      <w:hyperlink r:id="rId15">
        <w:r>
          <w:rPr>
            <w:color w:val="0000EE"/>
            <w:u w:val="single"/>
          </w:rPr>
          <w:t>https://matrixevents.es/</w:t>
        </w:r>
      </w:hyperlink>
      <w:r>
        <w:t xml:space="preserve"> - Matrix Events is the organiser of the Matrix Sun Festival, offering a variety of events throughout the year. Their website provides information on upcoming festivals, including the Matrix Sun Festival, and details about tickets and venues.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madicboys.com/matrix-sun-festival/" TargetMode="External"/><Relationship Id="rId10" Type="http://schemas.openxmlformats.org/officeDocument/2006/relationships/hyperlink" Target="https://matrixevents.es/events/matrix-sun-festival/" TargetMode="External"/><Relationship Id="rId11" Type="http://schemas.openxmlformats.org/officeDocument/2006/relationships/hyperlink" Target="https://en.andalucia.org/event/matrix-sun-festival/14536101/" TargetMode="External"/><Relationship Id="rId12" Type="http://schemas.openxmlformats.org/officeDocument/2006/relationships/hyperlink" Target="https://site.fourvenues.com/es/matrix-sun-festival/events/msf-presents-matrix-main-event-22-08-2026-45DO" TargetMode="External"/><Relationship Id="rId13" Type="http://schemas.openxmlformats.org/officeDocument/2006/relationships/hyperlink" Target="https://pinkuk.com/events/europe/spain/andalucia/torremolinos/matrix-sun-festival-2026" TargetMode="External"/><Relationship Id="rId14" Type="http://schemas.openxmlformats.org/officeDocument/2006/relationships/hyperlink" Target="https://www.andalucia.org/event/matrix-sun-festival/14536102/" TargetMode="External"/><Relationship Id="rId15" Type="http://schemas.openxmlformats.org/officeDocument/2006/relationships/hyperlink" Target="https://matrixevent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