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2026 Friday Line-up and Times for Gay Village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into late August, Manchester Village Pride returns with a fresh look , and a Friday night line-up that mixes pop nostalgia, queer talent and local favourites across the Gay Village, so you can plan who to see and when. Here’s a quick, friendly guide to the first night’s stages, vibes and what to expect.</w:t>
      </w:r>
      <w:r/>
    </w:p>
    <w:p>
      <w:r/>
      <w:r>
        <w:t>Essential Takeaways</w:t>
      </w:r>
      <w:r/>
      <w:r/>
    </w:p>
    <w:p>
      <w:pPr>
        <w:pStyle w:val="ListBullet"/>
        <w:spacing w:line="240" w:lineRule="auto"/>
        <w:ind w:left="720"/>
      </w:pPr>
      <w:r/>
      <w:r>
        <w:rPr>
          <w:b/>
        </w:rPr>
        <w:t>Headliners:</w:t>
      </w:r>
      <w:r>
        <w:t xml:space="preserve"> B*Witched close the Main Stage around 10.05pm, with Danny Beard topping the earlier slot at 7.45pm.</w:t>
      </w:r>
      <w:r/>
    </w:p>
    <w:p>
      <w:pPr>
        <w:pStyle w:val="ListBullet"/>
        <w:spacing w:line="240" w:lineRule="auto"/>
        <w:ind w:left="720"/>
      </w:pPr>
      <w:r/>
      <w:r>
        <w:rPr>
          <w:b/>
        </w:rPr>
        <w:t>Hosts and warm-ups:</w:t>
      </w:r>
      <w:r>
        <w:t xml:space="preserve"> Gladys Duffy and DJ Mario kick off stage hosting from 6pm; Gladys also performs at 6.30pm.</w:t>
      </w:r>
      <w:r/>
    </w:p>
    <w:p>
      <w:pPr>
        <w:pStyle w:val="ListBullet"/>
        <w:spacing w:line="240" w:lineRule="auto"/>
        <w:ind w:left="720"/>
      </w:pPr>
      <w:r/>
      <w:r>
        <w:rPr>
          <w:b/>
        </w:rPr>
        <w:t>Multiple zones:</w:t>
      </w:r>
      <w:r>
        <w:t xml:space="preserve"> Friday features a Main Stage, Community Stage and Gaydio Dance Arena , each has a different energy, from community showcases to carnival dancers.</w:t>
      </w:r>
      <w:r/>
    </w:p>
    <w:p>
      <w:pPr>
        <w:pStyle w:val="ListBullet"/>
        <w:spacing w:line="240" w:lineRule="auto"/>
        <w:ind w:left="720"/>
      </w:pPr>
      <w:r/>
      <w:r>
        <w:rPr>
          <w:b/>
        </w:rPr>
        <w:t>Local talent spotlight:</w:t>
      </w:r>
      <w:r>
        <w:t xml:space="preserve"> The Community Stage serves up rising local acts and collective performances, plus a special King’s Stage drag &amp; performance takeover.</w:t>
      </w:r>
      <w:r/>
    </w:p>
    <w:p>
      <w:pPr>
        <w:pStyle w:val="ListBullet"/>
        <w:spacing w:line="240" w:lineRule="auto"/>
        <w:ind w:left="720"/>
      </w:pPr>
      <w:r/>
      <w:r>
        <w:rPr>
          <w:b/>
        </w:rPr>
        <w:t>Party rhythm:</w:t>
      </w:r>
      <w:r>
        <w:t xml:space="preserve"> The Dance Arena runs DJ-led sets, Bruk Out sessions and carnival-style moments, so expect continuous movement and a lively, dance-friendly soundtrack.</w:t>
      </w:r>
      <w:r/>
      <w:r/>
    </w:p>
    <w:p>
      <w:pPr>
        <w:pStyle w:val="Heading2"/>
      </w:pPr>
      <w:r>
        <w:t>Friday night’s big moments , who to catch first</w:t>
      </w:r>
      <w:r/>
    </w:p>
    <w:p>
      <w:r/>
      <w:r>
        <w:t>The Main Stage is where the biggest names are scheduled, and it’s an easy place to start if you want full-on crowd moments. Gladys Duffy opens the evening and returns as a performer right after the hosting slot, which keeps the vibe connected and chatty. Danny Beard brings high-energy drag performance mid-evening, then the Freemasons with Katherine Ellis supply a dancefloor-ready set before pop nostalgia closes the night with B*Witched. If you like a warm, singalong finish, that’s your ticket.</w:t>
      </w:r>
      <w:r/>
    </w:p>
    <w:p>
      <w:r/>
      <w:r>
        <w:t>Manchester’s Gay Village is the emotional and practical heart of this reimagined Pride. According to the festival organisers, the programme purposely brings performers into that space to keep community and celebration central, not lost in satellite venues. If you’re working out timing, arrive early for space near the front for headline acts , or grab a nearby bar terrace and watch the stage screens with a drink in hand.</w:t>
      </w:r>
      <w:r/>
    </w:p>
    <w:p>
      <w:pPr>
        <w:pStyle w:val="Heading2"/>
      </w:pPr>
      <w:r>
        <w:t>Where the grassroots shine , Community Stage highlights</w:t>
      </w:r>
      <w:r/>
    </w:p>
    <w:p>
      <w:r/>
      <w:r>
        <w:t>The Community Stage is exactly that: grassroots, intimate, and delightfully unpredictable. Early slots showcase local indie and queer artists, while later the King’s Stage takeover presents a packed line-up of drag, performance and club culture names. That mix means you can discover a new favourite band one minute and be caught up in a theatrical drag number the next.</w:t>
      </w:r>
      <w:r/>
    </w:p>
    <w:p>
      <w:r/>
      <w:r>
        <w:t>This is the place to support homegrown talent and catch artists who might not have huge followings yet but bring genuine personality. If you prefer closer, quieter viewing, the Community Stage often offers better sightlines and a friendlier crowd for first-timers.</w:t>
      </w:r>
      <w:r/>
    </w:p>
    <w:p>
      <w:pPr>
        <w:pStyle w:val="Heading2"/>
      </w:pPr>
      <w:r>
        <w:t>Dance floor plans , Gaydio Dance Arena and Bruk Out</w:t>
      </w:r>
      <w:r/>
    </w:p>
    <w:p>
      <w:r/>
      <w:r>
        <w:t>If you’re coming to move, the Gaydio Dance Arena and Bruk Out takeover are the spots to bookmark. DJ Cam runs multiple sets across the night, with Bruk Out Academy sessions and themed blocks like old-school 90s dancehall and a pool party moment. Carnival dancers and choreography punctuate the evening, so it’s more than just music , it’s a performance-led club vibe.</w:t>
      </w:r>
      <w:r/>
    </w:p>
    <w:p>
      <w:r/>
      <w:r>
        <w:t>For practicalities, bring comfy shoes and plan for bottled water between sets. These areas tend to get busy and warm, and the tempo rarely drops, so it’s smart to set meeting points with friends in case your phone battery dies.</w:t>
      </w:r>
      <w:r/>
    </w:p>
    <w:p>
      <w:pPr>
        <w:pStyle w:val="Heading2"/>
      </w:pPr>
      <w:r>
        <w:t>Why the change to Manchester Village Pride matters</w:t>
      </w:r>
      <w:r/>
    </w:p>
    <w:p>
      <w:r/>
      <w:r>
        <w:t>This is the first year under the Manchester Village Pride name and a Community Interest Company model, following the voluntary liquidation of the previous organiser. Local councils, LGBTQ+ groups and businesses in the Gay Village have stepped in to back the event, which explains the heavier emphasis on community-led programming and Village-centred activity.</w:t>
      </w:r>
      <w:r/>
    </w:p>
    <w:p>
      <w:r/>
      <w:r>
        <w:t>That shift matters because it aims to keep the celebration rooted in the people and places that make Manchester’s queer scene distinctive. Expect more visible local input, less corporate distance, and a weekend that leans into both activism and celebration.</w:t>
      </w:r>
      <w:r/>
    </w:p>
    <w:p>
      <w:pPr>
        <w:pStyle w:val="Heading2"/>
      </w:pPr>
      <w:r>
        <w:t>Tips for a smoother Friday evening</w:t>
      </w:r>
      <w:r/>
    </w:p>
    <w:p>
      <w:r/>
      <w:r>
        <w:t>Arrive early to beat the biggest crowds, especially if you want front-of-stage access; use public transport or pre-book a taxi for later , the Gay Village gets lively and roads can be busy; bring a portable charger, reusable water bottle and some cash for smaller vendors; check the official festival page for any last-minute time changes or accessibility notes. And if you want quieter moments, scout the Community Stage or side streets off Canal Street for a breather.</w:t>
      </w:r>
      <w:r/>
    </w:p>
    <w:p>
      <w:r/>
      <w:r>
        <w:t>It’s a small change that can make your first night at Manchester Village Pride feel relaxed, joyful and properly yours.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https://www.manchestereveningnews.co.uk/whats-on/music-nightlife-news/manchester-village-pride-2026-friday-34471994</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https://www.manchestervillagepride.org/faqs/</w:t>
        </w:r>
      </w:hyperlink>
      <w:r>
        <w:t xml:space="preserve"> - The official Manchester Village Pride website provides comprehensive information about the event, including dates, ticketing, location, and accessibility. The event is scheduled from Friday 28th August to Monday 31st August 2026, with gates opening at 6pm on Friday. Tickets are required for entry and can be purchased in advance through Skiddle or at event box offices during the weekend. The event takes place in Manchester's Gay Village, centred around Canal Street and surrounding areas. Public transport options are available, with Manchester Piccadilly being the nearest railway station.</w:t>
      </w:r>
      <w:r/>
    </w:p>
    <w:p>
      <w:pPr>
        <w:pStyle w:val="ListNumber"/>
        <w:spacing w:line="240" w:lineRule="auto"/>
        <w:ind w:left="720"/>
      </w:pPr>
      <w:r/>
      <w:hyperlink r:id="rId11">
        <w:r>
          <w:rPr>
            <w:color w:val="0000EE"/>
            <w:u w:val="single"/>
          </w:rPr>
          <w:t>https://www.totalguidetomanchester.com/entertainment/manchester-village-pride/</w:t>
        </w:r>
      </w:hyperlink>
      <w:r>
        <w:t xml:space="preserve"> - Total Guide to Manchester offers details about Manchester Village Pride 2026, highlighting the event's duration from Friday 28th August to Tuesday 1st September 2026. The event spans from 12:00pm to 6:00am daily, taking place at Manchester Gay Village. Ticket prices are available via the booking link provided. The event promises a multi-day bank holiday takeover with multiple stages and late-night programming, celebrating LGBTQ+ culture in the heart of Manchester.</w:t>
      </w:r>
      <w:r/>
    </w:p>
    <w:p>
      <w:pPr>
        <w:pStyle w:val="ListNumber"/>
        <w:spacing w:line="240" w:lineRule="auto"/>
        <w:ind w:left="720"/>
      </w:pPr>
      <w:r/>
      <w:hyperlink r:id="rId13">
        <w:r>
          <w:rPr>
            <w:color w:val="0000EE"/>
            <w:u w:val="single"/>
          </w:rPr>
          <w:t>https://www.skiddle.com/festivals/manchester-village-pride/</w:t>
        </w:r>
      </w:hyperlink>
      <w:r>
        <w:t xml:space="preserve"> - Skiddle provides information on Manchester Village Pride 2026, scheduled from Friday 28th August to Monday 31st August 2026 at Manchester Gay Village. The event features a lineup of artists, including Cascada, Kate Nash, Diana Vickers, Misha B, Freemasons, Caity Baser, Booty Luv, Rebekah, DJ Sammy, Nadine Coyle, Big Brovaz, Gareth Gates, Rowetta, Katherine Ellis, Adam Rickitt, KY Kelly, Soraya Vivian, Cleopatra, Alison Jiear, Danny Beard, Absolute Britney, Banksie, ghetto fabulous, Mary Kiani, Dr Ranj, Sum Ting Wong, Tayce, Michelle Lawson, Angel Pinks, Sophie Grey, Rodger, Gay Gordons, Lola Lasagne, Alexa Vox, Tonya Kneez, Verry Cherry, Viva La Diva, Michael Sheridan, Club Zindagi, Sam Buttery, Belinda Scandal, Gladys Duffy, Jordan Smart, Misty Chance, Meek, Michael Marouli, Louis Cyfer, Kym Sims, Feyisola &amp; Zelah, Just The Brave, Reece Ryan, Snow White Trash, Anna Phylactic, Zahirah, Bruk Out, Donna Marie As Gaga, Yshee Black, Annie Wallace, Shania Pain, Pam Sandwich. The event also offers free Essential Companion Tickets for those requiring assistance.</w:t>
      </w:r>
      <w:r/>
    </w:p>
    <w:p>
      <w:pPr>
        <w:pStyle w:val="ListNumber"/>
        <w:spacing w:line="240" w:lineRule="auto"/>
        <w:ind w:left="720"/>
      </w:pPr>
      <w:r/>
      <w:hyperlink r:id="rId12">
        <w:r>
          <w:rPr>
            <w:color w:val="0000EE"/>
            <w:u w:val="single"/>
          </w:rPr>
          <w:t>https://www.manchesterpride.com/gay-village-party</w:t>
        </w:r>
      </w:hyperlink>
      <w:r>
        <w:t xml:space="preserve"> - Manchester Pride's official website details the Gay Village Party, a central event in Manchester's LGBTQ+ community. The party features cabaret, funfair rides, a silent disco, and queer anthems across two stages. Notable performers include Samantha Mumba, B*Witched, Sister Sledge featuring Kathy Sledge, Diana Vickers, Danny Beard, and Angie Brown. The event also includes stage takeovers like Divas Only with Misty Chance, Your Manchester Live with Belinda Scandal, and the Gaydio Dance Arena. Additional attractions include Ginny Lemon's Dog Show, a funfair, market stalls, and pop-up food vendors.</w:t>
      </w:r>
      <w:r/>
    </w:p>
    <w:p>
      <w:pPr>
        <w:pStyle w:val="ListNumber"/>
        <w:spacing w:line="240" w:lineRule="auto"/>
        <w:ind w:left="720"/>
      </w:pPr>
      <w:r/>
      <w:hyperlink r:id="rId14">
        <w:r>
          <w:rPr>
            <w:color w:val="0000EE"/>
            <w:u w:val="single"/>
          </w:rPr>
          <w:t>https://ludusguide.com/events/manchester-village-pride-2026</w:t>
        </w:r>
      </w:hyperlink>
      <w:r>
        <w:t xml:space="preserve"> - Ludus Guide provides an overview of Manchester Village Pride 2026, a four-day, community-led LGBTQ+ Pride celebration returning to Manchester’s Gay Village over the August Bank Holiday weekend. The event includes live LGBTQ+ performances on the Main Stage, a Community Showcase in Sackville Gardens, queer club culture in the Dance Arena, talks, exhibitions, and activities across the wider Pride Fringe. The 'No Place Like Home' parade takes place on Saturday 29 August and finishes in the Village. Monday is a free Community and Family Day with a Lifestyle and Community Expo, followed by the George House Trust Vigil at the Beacon of Hope. Paid wristbands cover the main Friday-to-Sunday programme, while the parade, Monday programme, and Vigil are free. Low-income and free Essential Companion tickets are available.</w:t>
      </w:r>
      <w:r/>
    </w:p>
    <w:p>
      <w:pPr>
        <w:pStyle w:val="ListNumber"/>
        <w:spacing w:line="240" w:lineRule="auto"/>
        <w:ind w:left="720"/>
      </w:pPr>
      <w:r/>
      <w:hyperlink r:id="rId15">
        <w:r>
          <w:rPr>
            <w:color w:val="0000EE"/>
            <w:u w:val="single"/>
          </w:rPr>
          <w:t>https://www.manchestertourism.org/manchester-pride-festival-guide/</w:t>
        </w:r>
      </w:hyperlink>
      <w:r>
        <w:t xml:space="preserve"> - Manchester Tourism offers a complete guide to Manchester Pride 2026, now rebranded as Manchester Village Pride. The festival runs from Friday 28 August to Monday 31 August 2026, with the parade on Saturday 29 August. The theme for 2026 is 'No Place Like Home,' nodding to the Village’s role as Pride’s birthplace. Tickets are available in various categories, including Early Bird Weekend, General Release, Day Pass, Family Weekend, and Family Day. The event is organised by Manchester Village Pride CIC, a community-led organisation replacing Manchester Pride Ltd. The location is Manchester’s Gay Village (Canal Street, M1 3HB) and Sackville Gardens.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music-nightlife-news/manchester-village-pride-2026-friday-34471994" TargetMode="External"/><Relationship Id="rId10" Type="http://schemas.openxmlformats.org/officeDocument/2006/relationships/hyperlink" Target="https://www.manchestervillagepride.org/faqs/" TargetMode="External"/><Relationship Id="rId11" Type="http://schemas.openxmlformats.org/officeDocument/2006/relationships/hyperlink" Target="https://www.totalguidetomanchester.com/entertainment/manchester-village-pride/" TargetMode="External"/><Relationship Id="rId12" Type="http://schemas.openxmlformats.org/officeDocument/2006/relationships/hyperlink" Target="https://www.manchesterpride.com/gay-village-party" TargetMode="External"/><Relationship Id="rId13" Type="http://schemas.openxmlformats.org/officeDocument/2006/relationships/hyperlink" Target="https://www.skiddle.com/festivals/manchester-village-pride/" TargetMode="External"/><Relationship Id="rId14" Type="http://schemas.openxmlformats.org/officeDocument/2006/relationships/hyperlink" Target="https://ludusguide.com/events/manchester-village-pride-2026" TargetMode="External"/><Relationship Id="rId15" Type="http://schemas.openxmlformats.org/officeDocument/2006/relationships/hyperlink" Target="https://www.manchestertourism.org/manchester-pride-festival-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