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Being a Gay “Side”: How to Talk, Play, and Own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language to make queer desire make sense: sides are people who don’t enjoy anal penetration, and the label matters for hookups, dating, and pleasure. This guide explains what being a side looks like, how to communicate it, and practical ways to get the best out of non‑penetrative sex.</w:t>
      </w:r>
      <w:r/>
    </w:p>
    <w:p>
      <w:r/>
      <w:r>
        <w:t>Essential Takeaways</w:t>
      </w:r>
      <w:r/>
      <w:r/>
    </w:p>
    <w:p>
      <w:pPr>
        <w:pStyle w:val="ListBullet"/>
        <w:spacing w:line="240" w:lineRule="auto"/>
        <w:ind w:left="720"/>
      </w:pPr>
      <w:r/>
      <w:r>
        <w:rPr>
          <w:b/>
        </w:rPr>
        <w:t>Definition:</w:t>
      </w:r>
      <w:r>
        <w:t xml:space="preserve"> A “side” typically prefers non‑penetrative sex and still enjoys oral, mutual masturbation, toys, and external stimulation.</w:t>
      </w:r>
      <w:r/>
    </w:p>
    <w:p>
      <w:pPr>
        <w:pStyle w:val="ListBullet"/>
        <w:spacing w:line="240" w:lineRule="auto"/>
        <w:ind w:left="720"/>
      </w:pPr>
      <w:r/>
      <w:r>
        <w:rPr>
          <w:b/>
        </w:rPr>
        <w:t>Not incomplete:</w:t>
      </w:r>
      <w:r>
        <w:t xml:space="preserve"> Many experts and advocates stress that non‑penetrative acts are full sex, not “foreplay.”</w:t>
      </w:r>
      <w:r/>
    </w:p>
    <w:p>
      <w:pPr>
        <w:pStyle w:val="ListBullet"/>
        <w:spacing w:line="240" w:lineRule="auto"/>
        <w:ind w:left="720"/>
      </w:pPr>
      <w:r/>
      <w:r>
        <w:rPr>
          <w:b/>
        </w:rPr>
        <w:t>Communication tip:</w:t>
      </w:r>
      <w:r>
        <w:t xml:space="preserve"> State preferences confidently and without apology to reduce stigma and avoid awkward negotiations.</w:t>
      </w:r>
      <w:r/>
    </w:p>
    <w:p>
      <w:pPr>
        <w:pStyle w:val="ListBullet"/>
        <w:spacing w:line="240" w:lineRule="auto"/>
        <w:ind w:left="720"/>
      </w:pPr>
      <w:r/>
      <w:r>
        <w:rPr>
          <w:b/>
        </w:rPr>
        <w:t>Pleasure options:</w:t>
      </w:r>
      <w:r>
        <w:t xml:space="preserve"> External prostate stimulation, toys designed for outside use, oral sex, and creative touch can be extremely satisfying.</w:t>
      </w:r>
      <w:r/>
    </w:p>
    <w:p>
      <w:pPr>
        <w:pStyle w:val="ListBullet"/>
        <w:spacing w:line="240" w:lineRule="auto"/>
        <w:ind w:left="720"/>
      </w:pPr>
      <w:r/>
      <w:r>
        <w:rPr>
          <w:b/>
        </w:rPr>
        <w:t>Flexibility:</w:t>
      </w:r>
      <w:r>
        <w:t xml:space="preserve"> Some people are “side‑verse” or may change preferences with the right partner or after safe, informed experiences.</w:t>
      </w:r>
      <w:r/>
      <w:r/>
    </w:p>
    <w:p>
      <w:pPr>
        <w:pStyle w:val="Heading2"/>
      </w:pPr>
      <w:r>
        <w:t>What does “side” actually mean , and why it matters now</w:t>
      </w:r>
      <w:r/>
    </w:p>
    <w:p>
      <w:r/>
      <w:r>
        <w:t>The clearest fact is simple: a side is a person who doesn’t want anal penetration, full stop, and that preference is increasingly visible across queer spaces. According to dating apps and community conversations, the label gained steam after a 2013 piece coined the term and later made it into profile options. That visibility matters because it gives people language to describe their desires and avoids the awkwardness of explaining every time you meet someone. For many, the relief of a tidy, recognised word is real , and it’s helping shift expectations about what “real” gay sex looks like.</w:t>
      </w:r>
      <w:r/>
    </w:p>
    <w:p>
      <w:pPr>
        <w:pStyle w:val="Heading2"/>
      </w:pPr>
      <w:r>
        <w:t>Why the “penetration = sex” idea is outdated (and a little rude)</w:t>
      </w:r>
      <w:r/>
    </w:p>
    <w:p>
      <w:r/>
      <w:r>
        <w:t>There’s a stubborn cultural myth that sex has a hierarchy with penetrative intercourse at the top. Sex therapists and intimacy experts push back: all consensual touch that creates connection and pleasure counts as sex. That matters emotionally , when you hear your body’s responses validated, you relax and enjoy yourself more. If you’re a side, you don’t owe anyone an explanation beyond your comfort level; saying “I don’t enjoy anal” is a boundary, not a confession.</w:t>
      </w:r>
      <w:r/>
    </w:p>
    <w:p>
      <w:pPr>
        <w:pStyle w:val="Heading2"/>
      </w:pPr>
      <w:r>
        <w:t>How to tell a date or hookup , practical lines that work</w:t>
      </w:r>
      <w:r/>
    </w:p>
    <w:p>
      <w:r/>
      <w:r>
        <w:t>Telling someone you’re a side can feel vulnerable, especially with partners who assume penetration is the default. Keep it short, confident, and not apologetic: “I don’t do anal, but I love oral and using toys together,” is clear and sets tone. If someone reacts badly, that’s a compatibility filter , walk away. In mixed or trans encounters, you might need an extra sentence to clarify anatomy assumptions, but the rule is the same: you don’t need to overjustify. Give your partner options and invite curiosity rather than defensiveness.</w:t>
      </w:r>
      <w:r/>
    </w:p>
    <w:p>
      <w:pPr>
        <w:pStyle w:val="Heading2"/>
      </w:pPr>
      <w:r>
        <w:t>Pleasure without penetration , toys, techniques, and tiny experiments</w:t>
      </w:r>
      <w:r/>
    </w:p>
    <w:p>
      <w:r/>
      <w:r>
        <w:t>Non‑penetrative sex isn’t a compromise, it’s a different map for eroticism. External prostate stimulation can be deeply pleasurable for many men and is achievable with hands, mouth, or toys made for outside use. Masturbation and guided self‑exploration help you learn what feels good so you can direct a partner. If you’re curious about penetration but have had bad experiences, a healthcare professional or sex therapist can help with medical causes like pelvic tension or past injury; sometimes practical changes , more lube, slower pacing, pelvic floor work , shift things. But the main point is this: there are loads of ways to climax and connect that don’t involve anal at all.</w:t>
      </w:r>
      <w:r/>
    </w:p>
    <w:p>
      <w:pPr>
        <w:pStyle w:val="Heading2"/>
      </w:pPr>
      <w:r>
        <w:t>Labels, fluidity, and community , using “side” without feeling boxed in</w:t>
      </w:r>
      <w:r/>
    </w:p>
    <w:p>
      <w:r/>
      <w:r>
        <w:t>“Side” can be a useful shorthand for your preferences, but it doesn’t have to be eternal. Some people are mostly sides and occasionally bottom; others find that learning safer techniques changes their tastes. The label is best used as a communication tool, not a life sentence. Community spaces, forums, and apps now recognise sides more openly, which helps people find partners who respect boundaries and enjoy the same sexual map. If you’ve felt excluded by the top/bottom binary, this is a small cultural evolution that makes room for more kinds of pleasure.</w:t>
      </w:r>
      <w:r/>
    </w:p>
    <w:p>
      <w:r/>
      <w:r>
        <w:t>It’s a small change that can make every hookup and date feel more honest and satisfying.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https://www.them.us/answers-and-advice/sex-and-relationships/gay-side-guide</w:t>
        </w:r>
      </w:hyperlink>
      <w:r>
        <w:t xml:space="preserve"> - Please view link - unable to able to access data</w:t>
      </w:r>
      <w:r/>
    </w:p>
    <w:p>
      <w:pPr>
        <w:pStyle w:val="ListNumber"/>
        <w:spacing w:line="240" w:lineRule="auto"/>
        <w:ind w:left="720"/>
      </w:pPr>
      <w:r/>
      <w:hyperlink r:id="rId11">
        <w:r>
          <w:rPr>
            <w:color w:val="0000EE"/>
            <w:u w:val="single"/>
          </w:rPr>
          <w:t>https://www.menshealth.com/sex-women/a60897804/what-is-a-side/</w:t>
        </w:r>
      </w:hyperlink>
      <w:r>
        <w:t xml:space="preserve"> - This article from Men's Health explores the concept of 'sides' in the LGBTQ+ community, describing individuals who prefer non-penetrative sexual activities. It discusses the growing recognition of this identity, including Grindr's addition of 'side' as a sexual position in 2022, and addresses misconceptions and challenges faced by those who identify as sides.</w:t>
      </w:r>
      <w:r/>
    </w:p>
    <w:p>
      <w:pPr>
        <w:pStyle w:val="ListNumber"/>
        <w:spacing w:line="240" w:lineRule="auto"/>
        <w:ind w:left="720"/>
      </w:pPr>
      <w:r/>
      <w:hyperlink r:id="rId12">
        <w:r>
          <w:rPr>
            <w:color w:val="0000EE"/>
            <w:u w:val="single"/>
          </w:rPr>
          <w:t>https://sex.cosmopolitan.com/pleasure/a62907811/what-is-a-side/</w:t>
        </w:r>
      </w:hyperlink>
      <w:r>
        <w:t xml:space="preserve"> - Cosmopolitan's article delves into the term 'side' within queer sexuality, highlighting its emergence as an alternative to traditional roles like top, bottom, or versatile. It provides insights into the experiences of individuals who do not engage in penetrative sex, emphasizing the validity and diversity of sexual preferences beyond conventional labels.</w:t>
      </w:r>
      <w:r/>
    </w:p>
    <w:p>
      <w:pPr>
        <w:pStyle w:val="ListNumber"/>
        <w:spacing w:line="240" w:lineRule="auto"/>
        <w:ind w:left="720"/>
      </w:pPr>
      <w:r/>
      <w:hyperlink r:id="rId10">
        <w:r>
          <w:rPr>
            <w:color w:val="0000EE"/>
            <w:u w:val="single"/>
          </w:rPr>
          <w:t>https://www.grindr.com/blog/sides</w:t>
        </w:r>
      </w:hyperlink>
      <w:r>
        <w:t xml:space="preserve"> - Grindr's blog post offers an in-depth explanation of the 'side' identity, detailing its definition and the activities associated with it. It traces the term's origin to Dr. Joe Kort, a gay sex therapist, and discusses its increasing visibility and acceptance within the queer community, including its inclusion as a sexual position on Grindr.</w:t>
      </w:r>
      <w:r/>
    </w:p>
    <w:p>
      <w:pPr>
        <w:pStyle w:val="ListNumber"/>
        <w:spacing w:line="240" w:lineRule="auto"/>
        <w:ind w:left="720"/>
      </w:pPr>
      <w:r/>
      <w:hyperlink r:id="rId15">
        <w:r>
          <w:rPr>
            <w:color w:val="0000EE"/>
            <w:u w:val="single"/>
          </w:rPr>
          <w:t>https://www.intomore.com/culture/identity/beyond-tops-and-bottoms-what-is-a-side/</w:t>
        </w:r>
      </w:hyperlink>
      <w:r>
        <w:t xml:space="preserve"> - INTO's article examines the 'side' role in LGBTQ+ sexual dynamics, providing a comprehensive definition and exploring its significance beyond traditional top and bottom roles. It discusses the experiences of individuals who identify as sides and the importance of acknowledging diverse sexual preferences within the community.</w:t>
      </w:r>
      <w:r/>
    </w:p>
    <w:p>
      <w:pPr>
        <w:pStyle w:val="ListNumber"/>
        <w:spacing w:line="240" w:lineRule="auto"/>
        <w:ind w:left="720"/>
      </w:pPr>
      <w:r/>
      <w:hyperlink r:id="rId14">
        <w:r>
          <w:rPr>
            <w:color w:val="0000EE"/>
            <w:u w:val="single"/>
          </w:rPr>
          <w:t>https://www.lgbtqnation.com/2022/07/what-is-a-side-are-you-one/</w:t>
        </w:r>
      </w:hyperlink>
      <w:r>
        <w:t xml:space="preserve"> - LGBTQ Nation's piece addresses the 'side' identity, explaining its meaning and the experiences of those who identify as such. It highlights the challenges and misconceptions faced by sides and emphasizes the importance of respecting diverse sexual identities within the LGBTQ+ community.</w:t>
      </w:r>
      <w:r/>
    </w:p>
    <w:p>
      <w:pPr>
        <w:pStyle w:val="ListNumber"/>
        <w:spacing w:line="240" w:lineRule="auto"/>
        <w:ind w:left="720"/>
      </w:pPr>
      <w:r/>
      <w:hyperlink r:id="rId13">
        <w:r>
          <w:rPr>
            <w:color w:val="0000EE"/>
            <w:u w:val="single"/>
          </w:rPr>
          <w:t>https://www.psychologytoday.com/us/blog/understanding-the-erotic-code/202205/gay-sides-how-language-frees-us-be-ourselves</w:t>
        </w:r>
      </w:hyperlink>
      <w:r>
        <w:t xml:space="preserve"> - Psychology Today's article explores the 'side' identity in the gay community, discussing how language and labels can empower individuals to express their sexual preferences authentically. It delves into the psychological aspects of identifying as a side and the benefits of embracing this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answers-and-advice/sex-and-relationships/gay-side-guide" TargetMode="External"/><Relationship Id="rId10" Type="http://schemas.openxmlformats.org/officeDocument/2006/relationships/hyperlink" Target="https://www.grindr.com/blog/sides" TargetMode="External"/><Relationship Id="rId11" Type="http://schemas.openxmlformats.org/officeDocument/2006/relationships/hyperlink" Target="https://www.menshealth.com/sex-women/a60897804/what-is-a-side/" TargetMode="External"/><Relationship Id="rId12" Type="http://schemas.openxmlformats.org/officeDocument/2006/relationships/hyperlink" Target="https://sex.cosmopolitan.com/pleasure/a62907811/what-is-a-side/" TargetMode="External"/><Relationship Id="rId13" Type="http://schemas.openxmlformats.org/officeDocument/2006/relationships/hyperlink" Target="https://www.psychologytoday.com/us/blog/understanding-the-erotic-code/202205/gay-sides-how-language-frees-us-be-ourselves" TargetMode="External"/><Relationship Id="rId14" Type="http://schemas.openxmlformats.org/officeDocument/2006/relationships/hyperlink" Target="https://www.lgbtqnation.com/2022/07/what-is-a-side-are-you-one/" TargetMode="External"/><Relationship Id="rId15" Type="http://schemas.openxmlformats.org/officeDocument/2006/relationships/hyperlink" Target="https://www.intomore.com/culture/identity/beyond-tops-and-bottoms-what-is-a-s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