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Electric Picnic 2026 Moments for Queer Festival-Goers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at Electric Picnic 2026, where a packed, proudly queer-friendly bill and late-night safe spaces have festival-goers buzzing. From CMAT’s Saturday headliner set to Mother After Dark in the woods, here’s what to expect, where to be, and how to stay safe and supported across Stradbally.</w:t>
      </w:r>
      <w:r/>
    </w:p>
    <w:p>
      <w:r/>
      <w:r>
        <w:t>Essential Takeaways</w:t>
      </w:r>
      <w:r/>
      <w:r/>
    </w:p>
    <w:p>
      <w:pPr>
        <w:pStyle w:val="ListBullet"/>
        <w:spacing w:line="240" w:lineRule="auto"/>
        <w:ind w:left="720"/>
      </w:pPr>
      <w:r/>
      <w:r>
        <w:rPr>
          <w:b/>
        </w:rPr>
        <w:t>Big-name queer visibility:</w:t>
      </w:r>
      <w:r>
        <w:t xml:space="preserve"> CMAT headlines Saturday night, Gorillaz close a huge set with non-binary representation, and Geese bring ’80s-inspired queer expression to Rankins Wood.</w:t>
      </w:r>
      <w:r/>
    </w:p>
    <w:p>
      <w:pPr>
        <w:pStyle w:val="ListBullet"/>
        <w:spacing w:line="240" w:lineRule="auto"/>
        <w:ind w:left="720"/>
      </w:pPr>
      <w:r/>
      <w:r>
        <w:rPr>
          <w:b/>
        </w:rPr>
        <w:t>Bright emerging talent:</w:t>
      </w:r>
      <w:r>
        <w:t xml:space="preserve"> Cliffords, James Marriott, Pillow Queens and a long list of new favourites deliver intimate, emotionally charged performances , great for singing along up close.</w:t>
      </w:r>
      <w:r/>
    </w:p>
    <w:p>
      <w:pPr>
        <w:pStyle w:val="ListBullet"/>
        <w:spacing w:line="240" w:lineRule="auto"/>
        <w:ind w:left="720"/>
      </w:pPr>
      <w:r/>
      <w:r>
        <w:rPr>
          <w:b/>
        </w:rPr>
        <w:t>Late-night queer spaces:</w:t>
      </w:r>
      <w:r>
        <w:t xml:space="preserve"> Mother After Dark runs across the weekend in the woods, offering dancing, queer DJs and a safer, chill vibe for after-hours revelry.</w:t>
      </w:r>
      <w:r/>
    </w:p>
    <w:p>
      <w:pPr>
        <w:pStyle w:val="ListBullet"/>
        <w:spacing w:line="240" w:lineRule="auto"/>
        <w:ind w:left="720"/>
      </w:pPr>
      <w:r/>
      <w:r>
        <w:rPr>
          <w:b/>
        </w:rPr>
        <w:t>Safety resources on site:</w:t>
      </w:r>
      <w:r>
        <w:t xml:space="preserve"> Festival security and support services are available across the Stradbally site; use them if you or someone you’re with needs help.</w:t>
      </w:r>
      <w:r/>
    </w:p>
    <w:p>
      <w:pPr>
        <w:pStyle w:val="ListBullet"/>
        <w:spacing w:line="240" w:lineRule="auto"/>
        <w:ind w:left="720"/>
      </w:pPr>
      <w:r/>
      <w:r>
        <w:rPr>
          <w:b/>
        </w:rPr>
        <w:t>Practical tip:</w:t>
      </w:r>
      <w:r>
        <w:t xml:space="preserve"> Arrive early for Main Stage acts and Rankins Wood slots to get a good spot , sets can sell out in atmosphere if not tickets.</w:t>
      </w:r>
      <w:r/>
      <w:r/>
    </w:p>
    <w:p>
      <w:pPr>
        <w:pStyle w:val="Heading2"/>
      </w:pPr>
      <w:r>
        <w:t>Who’s headlining and why it matters for queer visibility</w:t>
      </w:r>
      <w:r/>
    </w:p>
    <w:p>
      <w:r/>
      <w:r>
        <w:t>CMAT tops the Main Stage on Saturday evening, a homegrown, bisexual pop star whose presence feels like a homecoming for many Irish queer fans. Her set promises singalong hooks and theatricality, the sort of performance that turns a field into a shared moment. Gorillaz follow as one of the weekend’s biggest draws, and the project’s creators have discussed the non-binary identity of front character 2-D , a high-profile nod to representation on a massive stage.</w:t>
      </w:r>
      <w:r/>
    </w:p>
    <w:p>
      <w:r/>
      <w:r>
        <w:t>Festival bills like this matter because they normalise queer artists in headline slots rather than tucking them into token late-night slots. If you value representation, schedule your weekend around these marquee times and expect big crowds and atmosphere.</w:t>
      </w:r>
      <w:r/>
    </w:p>
    <w:p>
      <w:pPr>
        <w:pStyle w:val="Heading2"/>
      </w:pPr>
      <w:r>
        <w:t>Rankins Wood and the intimate, queer-forward slots</w:t>
      </w:r>
      <w:r/>
    </w:p>
    <w:p>
      <w:r/>
      <w:r>
        <w:t>Rankins Wood has become a place for acts who thrive on close connection , Geese bringing their ’80s-tinged rock and bands like Cliffords whose singer Iona Lynch speaks openly about queer influences in her songwriting. These stages tend to feel more immediate and intense; you’ll hear lyrics and feel reactions in real time.</w:t>
      </w:r>
      <w:r/>
    </w:p>
    <w:p>
      <w:r/>
      <w:r>
        <w:t>Arrive early for these sets if you want to be at the front. Bring ear protection and a small water bottle because the energy ramps up fast and it’s easy to lose track of hydration when you’re caught up in the moment.</w:t>
      </w:r>
      <w:r/>
    </w:p>
    <w:p>
      <w:pPr>
        <w:pStyle w:val="Heading2"/>
      </w:pPr>
      <w:r>
        <w:t>Mother After Dark , the woods as a queer sanctuary</w:t>
      </w:r>
      <w:r/>
    </w:p>
    <w:p>
      <w:r/>
      <w:r>
        <w:t>Mother After Dark is back across the weekend as a dedicated late-night offering in the trees: DJs, dancing, and a vibe built around queer safety and celebration. According to festival materials, it’s curated to be a welcoming space for those looking to keep the party going after the main stages close.</w:t>
      </w:r>
      <w:r/>
    </w:p>
    <w:p>
      <w:r/>
      <w:r>
        <w:t>If you’re planning night-long sessions, make a plan to travel with friends, charge your phone, and note the site’s meeting points. These spaces are brilliant for discovery , you often stumble on DJs and performers who become festival favourites.</w:t>
      </w:r>
      <w:r/>
    </w:p>
    <w:p>
      <w:pPr>
        <w:pStyle w:val="Heading2"/>
      </w:pPr>
      <w:r>
        <w:t>Emerging acts to catch and why you’ll remember them</w:t>
      </w:r>
      <w:r/>
    </w:p>
    <w:p>
      <w:r/>
      <w:r>
        <w:t>Electric Picnic’s mid-tier and up-and-coming slots are where you’ll discover the sets that stick with you. Acts such as James Marriott, Pillow Queens, Sorcha Richardson and a raft of queer artists from across Ireland and beyond offer everything from alt-pop to heartfelt indie songwriting. These are the shows where lyrics matter and the crowd sings back every line.</w:t>
      </w:r>
      <w:r/>
    </w:p>
    <w:p>
      <w:r/>
      <w:r>
        <w:t>Treat these performances like mini-revelations: get close, start conversations with folks around you about what you’re hearing, and maybe spot a new artist to follow after the weekend.</w:t>
      </w:r>
      <w:r/>
    </w:p>
    <w:p>
      <w:pPr>
        <w:pStyle w:val="Heading2"/>
      </w:pPr>
      <w:r>
        <w:t>Staying safe, supported and prepared</w:t>
      </w:r>
      <w:r/>
    </w:p>
    <w:p>
      <w:r/>
      <w:r>
        <w:t>There have been reports of homophobia and safety issues at festivals in the past, and Electric Picnic has publicly made support resources available across the site. Familiarise yourself with where security points and first aid tents are, download any official festival app or maps, and identify quiet zones if you need a break from the noise.</w:t>
      </w:r>
      <w:r/>
    </w:p>
    <w:p>
      <w:r/>
      <w:r>
        <w:t>If someone is being harassed, alert security or one of the welfare teams immediately. Bring a friend, stick to well-lit routes at night, and keep essentials on you , phone, charger pack, ID and a small amount of cash.</w:t>
      </w:r>
      <w:r/>
    </w:p>
    <w:p>
      <w:r/>
      <w:r>
        <w:t>It's a small change that can make every moment easier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1">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https://gcn.ie/electric-picnic-2026/</w:t>
        </w:r>
      </w:hyperlink>
      <w:r>
        <w:t xml:space="preserve"> - Please view link - unable to able to access data</w:t>
      </w:r>
      <w:r/>
    </w:p>
    <w:p>
      <w:pPr>
        <w:pStyle w:val="ListNumber"/>
        <w:spacing w:line="240" w:lineRule="auto"/>
        <w:ind w:left="720"/>
      </w:pPr>
      <w:r/>
      <w:hyperlink r:id="rId9">
        <w:r>
          <w:rPr>
            <w:color w:val="0000EE"/>
            <w:u w:val="single"/>
          </w:rPr>
          <w:t>https://gcn.ie/electric-picnic-2026/</w:t>
        </w:r>
      </w:hyperlink>
      <w:r>
        <w:t xml:space="preserve"> - This article highlights the diverse queer representation at Electric Picnic 2026, featuring headliners like CMAT, Geese, James Marriott, and Cliffords. It also mentions the non-binary character 2-D from Gorillaz and the Mother After Dark event, a queer safe space at the festival. The piece lists additional queer acts such as Florence Road, Emer Maguire, and Pillow Queens, and provides information on available resources for attendees seeking support.</w:t>
      </w:r>
      <w:r/>
    </w:p>
    <w:p>
      <w:pPr>
        <w:pStyle w:val="ListNumber"/>
        <w:spacing w:line="240" w:lineRule="auto"/>
        <w:ind w:left="720"/>
      </w:pPr>
      <w:r/>
      <w:hyperlink r:id="rId12">
        <w:r>
          <w:rPr>
            <w:color w:val="0000EE"/>
            <w:u w:val="single"/>
          </w:rPr>
          <w:t>https://gcn.ie/mother-after-dark-electric-picnic-2026/</w:t>
        </w:r>
      </w:hyperlink>
      <w:r>
        <w:t xml:space="preserve"> - Mother After Dark is returning to Electric Picnic 2026 with its largest lineup to date. The event, running from 11pm to 4am on Friday, Saturday, and Sunday, offers a queer dance party in the woods of Stradbally, featuring Mother’s resident DJs and special guests. Since its inception in 2010, Mother has been a significant presence in Dublin's LGBTQ+ community, and this year promises an expanded and vibrant experience.</w:t>
      </w:r>
      <w:r/>
    </w:p>
    <w:p>
      <w:pPr>
        <w:pStyle w:val="ListNumber"/>
        <w:spacing w:line="240" w:lineRule="auto"/>
        <w:ind w:left="720"/>
      </w:pPr>
      <w:r/>
      <w:hyperlink r:id="rId13">
        <w:r>
          <w:rPr>
            <w:color w:val="0000EE"/>
            <w:u w:val="single"/>
          </w:rPr>
          <w:t>https://www.electricpicnic.ie/explore/mother-after-dark/</w:t>
        </w:r>
      </w:hyperlink>
      <w:r>
        <w:t xml:space="preserve"> - Mother After Dark is set to host a late-night queer dance party in the woods of Stradbally during Electric Picnic 2026. The event will feature Mother’s resident DJs, exciting guests, and friends, creating an unashamedly queer space at Ireland’s largest music and arts festival. The Mother crew has a history of memorable sets at Electric Picnic, and this year aims to deliver an unforgettable weekend of queer joy in the woods.</w:t>
      </w:r>
      <w:r/>
    </w:p>
    <w:p>
      <w:pPr>
        <w:pStyle w:val="ListNumber"/>
        <w:spacing w:line="240" w:lineRule="auto"/>
        <w:ind w:left="720"/>
      </w:pPr>
      <w:r/>
      <w:hyperlink r:id="rId14">
        <w:r>
          <w:rPr>
            <w:color w:val="0000EE"/>
            <w:u w:val="single"/>
          </w:rPr>
          <w:t>https://nialler9.com/electric-picnic-announce-salty-dog-lineup/</w:t>
        </w:r>
      </w:hyperlink>
      <w:r>
        <w:t xml:space="preserve"> - Electric Picnic has announced the lineup for The Salty Dog stage, featuring acts like The Frank and Walters, Charles Hendy’s Showband Party, Junior Brother, Thumper, and Silverbacks. The lineup also includes Babyrat, Fizzy Orange, I Dreamed I Dream, and Squarehead, among others. The Salty Dog stage is known for its eclectic mix of performances, and this year's lineup promises a diverse and engaging experience for festival-goers.</w:t>
      </w:r>
      <w:r/>
    </w:p>
    <w:p>
      <w:pPr>
        <w:pStyle w:val="ListNumber"/>
        <w:spacing w:line="240" w:lineRule="auto"/>
        <w:ind w:left="720"/>
      </w:pPr>
      <w:r/>
      <w:hyperlink r:id="rId10">
        <w:r>
          <w:rPr>
            <w:color w:val="0000EE"/>
            <w:u w:val="single"/>
          </w:rPr>
          <w:t>https://extra.ie/2026/08/21/hotpress/final-line-up-electric-picnic-revealed</w:t>
        </w:r>
      </w:hyperlink>
      <w:r>
        <w:t xml:space="preserve"> - The final lineup for Electric Picnic 2026 has been revealed, with artists like Belters Only, Damien Dempsey, Mick Flannery, Kyla Cobbler, and The Undertones joining previously announced performers such as Gorillaz, Fontaines D.C., CMAT, Wolf Alice, and Skepta. The festival will showcase over 800 acts across 50 different stages to an expected 80,000 attendees. Familiar areas like Croí, The Salty Dog, Fishtown, and Mindfield will return, along with new additions like GlowDepot, Treasure Beach, and the newly remodelled Terminus.</w:t>
      </w:r>
      <w:r/>
    </w:p>
    <w:p>
      <w:pPr>
        <w:pStyle w:val="ListNumber"/>
        <w:spacing w:line="240" w:lineRule="auto"/>
        <w:ind w:left="720"/>
      </w:pPr>
      <w:r/>
      <w:hyperlink r:id="rId11">
        <w:r>
          <w:rPr>
            <w:color w:val="0000EE"/>
            <w:u w:val="single"/>
          </w:rPr>
          <w:t>https://www.efestivals.co.uk/festivals/electricpicnic/2026/lineup.shtml</w:t>
        </w:r>
      </w:hyperlink>
      <w:r>
        <w:t xml:space="preserve"> - The lineup for Electric Picnic 2026 includes headliners like Lewis Capaldi, Gorillaz, and Fontaines D.C., with acts such as CMAT, Zara Larsson, and Amble performing under them. The festival will feature a diverse range of artists across various genres, with performances scheduled from Friday, August 28, to Sunday, August 30, 2026, at Stradbally, Ireland. The event promises a vibrant mix of music, arts, and culture for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electric-picnic-2026/" TargetMode="External"/><Relationship Id="rId10" Type="http://schemas.openxmlformats.org/officeDocument/2006/relationships/hyperlink" Target="https://extra.ie/2026/08/21/hotpress/final-line-up-electric-picnic-revealed" TargetMode="External"/><Relationship Id="rId11" Type="http://schemas.openxmlformats.org/officeDocument/2006/relationships/hyperlink" Target="https://www.efestivals.co.uk/festivals/electricpicnic/2026/lineup.shtml" TargetMode="External"/><Relationship Id="rId12" Type="http://schemas.openxmlformats.org/officeDocument/2006/relationships/hyperlink" Target="https://gcn.ie/mother-after-dark-electric-picnic-2026/" TargetMode="External"/><Relationship Id="rId13" Type="http://schemas.openxmlformats.org/officeDocument/2006/relationships/hyperlink" Target="https://www.electricpicnic.ie/explore/mother-after-dark/" TargetMode="External"/><Relationship Id="rId14" Type="http://schemas.openxmlformats.org/officeDocument/2006/relationships/hyperlink" Target="https://nialler9.com/electric-picnic-announce-salty-dog-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