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Drag Lunches in Orlando: Why Anthem’s Midday Show Is the New Weekend Treat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swapping sleepy mornings for a sassy midday switch-up as Anthem Orlando stages a drag lunch that lets you brunch later, skip the late-night fuss and catch RuPaul’s Drag Race alum Kandy Ho with local favourites , a lively way to make your Saturday feel like a celebration.</w:t>
      </w:r>
      <w:r/>
    </w:p>
    <w:p>
      <w:r/>
      <w:r>
        <w:t>Essential Takeaways</w:t>
      </w:r>
      <w:r/>
      <w:r/>
    </w:p>
    <w:p>
      <w:pPr>
        <w:pStyle w:val="ListBullet"/>
        <w:spacing w:line="240" w:lineRule="auto"/>
        <w:ind w:left="720"/>
      </w:pPr>
      <w:r/>
      <w:r>
        <w:rPr>
          <w:b/>
        </w:rPr>
        <w:t>Headliner:</w:t>
      </w:r>
      <w:r>
        <w:t xml:space="preserve"> Kandy Ho, Puerto Rican drag artist and RuPaul’s Drag Race competitor, leads the show at Anthem Orlando.</w:t>
      </w:r>
      <w:r/>
    </w:p>
    <w:p>
      <w:pPr>
        <w:pStyle w:val="ListBullet"/>
        <w:spacing w:line="240" w:lineRule="auto"/>
        <w:ind w:left="720"/>
      </w:pPr>
      <w:r/>
      <w:r>
        <w:rPr>
          <w:b/>
        </w:rPr>
        <w:t>Local cast:</w:t>
      </w:r>
      <w:r>
        <w:t xml:space="preserve"> Performers include Mala Mía, Black Magix Royal, Amaya Scandall and Jezy Galore , lively, diverse entertainers.</w:t>
      </w:r>
      <w:r/>
    </w:p>
    <w:p>
      <w:pPr>
        <w:pStyle w:val="ListBullet"/>
        <w:spacing w:line="240" w:lineRule="auto"/>
        <w:ind w:left="720"/>
      </w:pPr>
      <w:r/>
      <w:r>
        <w:rPr>
          <w:b/>
        </w:rPr>
        <w:t>Timing:</w:t>
      </w:r>
      <w:r>
        <w:t xml:space="preserve"> Shows at 1:30pm and 2:30pm on Saturday, 29 August, with a meet-and-greet beforehand; arrive early for photos.</w:t>
      </w:r>
      <w:r/>
    </w:p>
    <w:p>
      <w:pPr>
        <w:pStyle w:val="ListBullet"/>
        <w:spacing w:line="240" w:lineRule="auto"/>
        <w:ind w:left="720"/>
      </w:pPr>
      <w:r/>
      <w:r>
        <w:rPr>
          <w:b/>
        </w:rPr>
        <w:t>Practical:</w:t>
      </w:r>
      <w:r>
        <w:t xml:space="preserve"> Tickets are modestly priced; the midday slot helps avoid late-night parking and gives you time for errands or evening plans.</w:t>
      </w:r>
      <w:r/>
    </w:p>
    <w:p>
      <w:pPr>
        <w:pStyle w:val="ListBullet"/>
        <w:spacing w:line="240" w:lineRule="auto"/>
        <w:ind w:left="720"/>
      </w:pPr>
      <w:r/>
      <w:r>
        <w:rPr>
          <w:b/>
        </w:rPr>
        <w:t>Vibe:</w:t>
      </w:r>
      <w:r>
        <w:t xml:space="preserve"> Expect upbeat, polished performance with a brunch-meets-club energy , great for both early risers and late sleepers.</w:t>
      </w:r>
      <w:r/>
      <w:r/>
    </w:p>
    <w:p>
      <w:pPr>
        <w:pStyle w:val="Heading2"/>
      </w:pPr>
      <w:r>
        <w:t>Why a drag lunch makes perfect sense right now</w:t>
      </w:r>
      <w:r/>
    </w:p>
    <w:p>
      <w:r/>
      <w:r>
        <w:t>There’s something delicious about seeing glam and glitter under daylight rather than in the glow of club lights, and Anthem Orlando is banking on that better-than-brunch energy. Hosting a midday show softens the logistics for guests , you can sleep a little later, still get a full social afternoon and sidestep the parking hunt that comes with nighttime downtown. According to Anthem’s event listing, the venue has been programming eclectic daytime events lately, so this feels like the next logical step in opening up queer nightlife to a broader daytime crowd.</w:t>
      </w:r>
      <w:r/>
    </w:p>
    <w:p>
      <w:pPr>
        <w:pStyle w:val="Heading2"/>
      </w:pPr>
      <w:r>
        <w:t>Kandy Ho headlines , what she brings to the table</w:t>
      </w:r>
      <w:r/>
    </w:p>
    <w:p>
      <w:r/>
      <w:r>
        <w:t>Booking a RuPaul’s Drag Race alum has obvious pull. Kandy Ho brings a polished stagecraft and recognisable persona that draws both local fans and curious newcomers. Anthem’s promotional pages highlight her as the marquee act, and mixes like this tend to balance star power with community talent, keeping the show both glamorous and grounded. If you know Kandy Ho’s repertoire, expect lip-sync fireworks, costume changes and the kind of presence that keeps the room buzzing even in broad daylight.</w:t>
      </w:r>
      <w:r/>
    </w:p>
    <w:p>
      <w:pPr>
        <w:pStyle w:val="Heading2"/>
      </w:pPr>
      <w:r>
        <w:t>Local talent keeps the party varied and familiar</w:t>
      </w:r>
      <w:r/>
    </w:p>
    <w:p>
      <w:r/>
      <w:r>
        <w:t>Sharing the bill are Mala Mía, Black Magix Royal, Amaya Scandall and Jezy Galore , a quartet that promises contrast, pace and plenty of personality. It’s a smart programming move: a headliner brings the crowd, while trusted local names give the night its heart and rhythm. For locals, that blend often translates to a more personal experience; you’re as likely to laugh at an in-joke as you are to be wowed by a costume reveal. Anthem’s event calendar shows they’ve leaned into similar formats before, so this is part of a broader strategy to create daytime cultural moments.</w:t>
      </w:r>
      <w:r/>
    </w:p>
    <w:p>
      <w:pPr>
        <w:pStyle w:val="Heading2"/>
      </w:pPr>
      <w:r>
        <w:t>How to make the most of a drag lunch at Anthem</w:t>
      </w:r>
      <w:r/>
    </w:p>
    <w:p>
      <w:r/>
      <w:r>
        <w:t>Practical tip: show up early for the meet-and-greet if you want a photo or a quick word with performers , it’s listed before the 1:30pm show. Bring a camera-ready attitude and lightweight layers; venues can be cool inside. If you’re planning to eat, check Anthem’s hospitality options or nearby lunch spots before you go so you don’t miss the show. Tickets are affordably priced, which makes this an easy impulse plan: a late breakfast, a short nap, then glam out for a show , perfect Saturday choreography.</w:t>
      </w:r>
      <w:r/>
    </w:p>
    <w:p>
      <w:pPr>
        <w:pStyle w:val="Heading2"/>
      </w:pPr>
      <w:r>
        <w:t>What this says about daytime queer programming in Orlando</w:t>
      </w:r>
      <w:r/>
    </w:p>
    <w:p>
      <w:r/>
      <w:r>
        <w:t>Staging drag at lunch isn’t just a novelty; it’s a subtle shift in how entertainment is packaged for diverse audiences. Daytime drag opens the scene to families, older fans, tourists and people who prefer earlier outings. Anthem’s week-long events and listings suggest the venue is leaning into those possibilities, turning downtown into a place that’s lively from midday to night. For the community, that’s encouraging: more options mean more ways to participate, and midday shows can be less intimidating for first-time attendees.</w:t>
      </w:r>
      <w:r/>
    </w:p>
    <w:p>
      <w:r/>
      <w:r>
        <w:t>It’s a small scheduling twist that makes a big difference to your weekend rhythm.</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12">
        <w:r>
          <w:rPr>
            <w:color w:val="0000EE"/>
            <w:u w:val="single"/>
          </w:rPr>
          <w:t>[5]</w:t>
        </w:r>
      </w:hyperlink>
      <w:r>
        <w:t xml:space="preserve">- Paragraph 4: </w:t>
      </w:r>
      <w:hyperlink r:id="rId10">
        <w:r>
          <w:rPr>
            <w:color w:val="0000EE"/>
            <w:u w:val="single"/>
          </w:rPr>
          <w:t>[2]</w:t>
        </w:r>
      </w:hyperlink>
      <w:r>
        <w:t xml:space="preserve">, </w:t>
      </w:r>
      <w:hyperlink r:id="rId13">
        <w:r>
          <w:rPr>
            <w:color w:val="0000EE"/>
            <w:u w:val="single"/>
          </w:rPr>
          <w:t>[3]</w:t>
        </w:r>
      </w:hyperlink>
      <w:r>
        <w:t xml:space="preserve">- Paragraph 5: </w:t>
      </w:r>
      <w:hyperlink r:id="rId14">
        <w:r>
          <w:rPr>
            <w:color w:val="0000EE"/>
            <w:u w:val="single"/>
          </w:rPr>
          <w:t>[4]</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https://www.orlandoweekly.com/arts/anthem-orlando-throws-a-drag-lunch-for-early-revelers-and-late-risers-this-weekend/</w:t>
        </w:r>
      </w:hyperlink>
      <w:r>
        <w:t xml:space="preserve"> - Please view link - unable to able to access data</w:t>
      </w:r>
      <w:r/>
    </w:p>
    <w:p>
      <w:pPr>
        <w:pStyle w:val="ListNumber"/>
        <w:spacing w:line="240" w:lineRule="auto"/>
        <w:ind w:left="720"/>
      </w:pPr>
      <w:r/>
      <w:hyperlink r:id="rId10">
        <w:r>
          <w:rPr>
            <w:color w:val="0000EE"/>
            <w:u w:val="single"/>
          </w:rPr>
          <w:t>https://anthemorlando.com/event/tew-faced-drag-lunch-kandy-ho-anthem-orlando-08-29-2026/</w:t>
        </w:r>
      </w:hyperlink>
      <w:r>
        <w:t xml:space="preserve"> - Anthem Orlando is hosting a 'tew faced Drag Lunch' on Saturday, August 29, 2026, featuring Kandy Ho from RuPaul's Drag Race. The event includes a meet-and-greet from 12 PM to 1 PM, followed by two showtimes at 1:30 PM and 2:30 PM. Additional performers include Mala Mía and Black Magix Royal, with hosting by Amaya Scandall and Jezy Galore. The event is 21+ and takes place at 100 N Orange Ave, Downtown Orlando. Tickets are managed by the event organiser, with more details available on the website.</w:t>
      </w:r>
      <w:r/>
    </w:p>
    <w:p>
      <w:pPr>
        <w:pStyle w:val="ListNumber"/>
        <w:spacing w:line="240" w:lineRule="auto"/>
        <w:ind w:left="720"/>
      </w:pPr>
      <w:r/>
      <w:hyperlink r:id="rId13">
        <w:r>
          <w:rPr>
            <w:color w:val="0000EE"/>
            <w:u w:val="single"/>
          </w:rPr>
          <w:t>https://ma.to/event/tew-faced-drag-lunch-29-aug-2026</w:t>
        </w:r>
      </w:hyperlink>
      <w:r>
        <w:t xml:space="preserve"> - Mato is promoting the 'Tew Faced Drag Lunch' at Anthem Orlando on Saturday, August 29, 2026. The event features Kandy Ho from RuPaul's Drag Race, with hosts Jezy Galore and Amaya Scandall, and performances by Mala Mía and Black Magix Royal. Food is provided by The Bruja's Table, and Nani Soul Pro is on the decks. Doors and meet-and-greet open at noon, followed by showtimes at 1:30 PM and 2:30 PM. Tickets and meet-and-greet reservations are available on the profile.</w:t>
      </w:r>
      <w:r/>
    </w:p>
    <w:p>
      <w:pPr>
        <w:pStyle w:val="ListNumber"/>
        <w:spacing w:line="240" w:lineRule="auto"/>
        <w:ind w:left="720"/>
      </w:pPr>
      <w:r/>
      <w:hyperlink r:id="rId14">
        <w:r>
          <w:rPr>
            <w:color w:val="0000EE"/>
            <w:u w:val="single"/>
          </w:rPr>
          <w:t>https://anthemorlando.com/events/</w:t>
        </w:r>
      </w:hyperlink>
      <w:r>
        <w:t xml:space="preserve"> - Anthem Orlando's events page lists the 'tew faced Drag Lunch' starring Kandy Ho on Saturday, August 29, 2026. The event includes a meet-and-greet at noon, showtimes at 1:30 PM and 2:30 PM, featuring Mala Mía and Black Magix Royal. The venue is located at 100 North Orange Ave, Orlando, Florida. The event is 21+ and more information is available on the website.</w:t>
      </w:r>
      <w:r/>
    </w:p>
    <w:p>
      <w:pPr>
        <w:pStyle w:val="ListNumber"/>
        <w:spacing w:line="240" w:lineRule="auto"/>
        <w:ind w:left="720"/>
      </w:pPr>
      <w:r/>
      <w:hyperlink r:id="rId12">
        <w:r>
          <w:rPr>
            <w:color w:val="0000EE"/>
            <w:u w:val="single"/>
          </w:rPr>
          <w:t>https://anthemorlando.com/august-2026-at-anthem-orlando/</w:t>
        </w:r>
      </w:hyperlink>
      <w:r>
        <w:t xml:space="preserve"> - Anthem Orlando's August 2026 calendar highlights the 'tew faced Drag Lunch' starring Kandy Ho on Saturday, August 29, 2026. The event features a meet-and-greet at noon, showtimes at 1:30 PM and 2:30 PM, with Mala Mía and Black Magix Royal. The venue is located at 100 N Orange Ave, Downtown Orlando. The event is 21+ and more details are available on the website.</w:t>
      </w:r>
      <w:r/>
    </w:p>
    <w:p>
      <w:pPr>
        <w:pStyle w:val="ListNumber"/>
        <w:spacing w:line="240" w:lineRule="auto"/>
        <w:ind w:left="720"/>
      </w:pPr>
      <w:r/>
      <w:hyperlink r:id="rId15">
        <w:r>
          <w:rPr>
            <w:color w:val="0000EE"/>
            <w:u w:val="single"/>
          </w:rPr>
          <w:t>https://www.gayout.com/usa-canada/united-states/orlando/events</w:t>
        </w:r>
      </w:hyperlink>
      <w:r>
        <w:t xml:space="preserve"> - GayOut's Orlando events page lists the 'tew faced Drag Lunch' starring Kandy Ho at Anthem Orlando on Saturday, August 29, 2026. The event is free entry and starts at 8:00 AM. The venue is located at 100 N Orange Ave, Orlando, Florida. The event is 21+ and more information is available on the website.</w:t>
      </w:r>
      <w:r/>
    </w:p>
    <w:p>
      <w:pPr>
        <w:pStyle w:val="ListNumber"/>
        <w:spacing w:line="240" w:lineRule="auto"/>
        <w:ind w:left="720"/>
      </w:pPr>
      <w:r/>
      <w:hyperlink r:id="rId11">
        <w:r>
          <w:rPr>
            <w:color w:val="0000EE"/>
            <w:u w:val="single"/>
          </w:rPr>
          <w:t>https://anthemorlando.com/this-week-at-anthem-2026-08-24/</w:t>
        </w:r>
      </w:hyperlink>
      <w:r>
        <w:t xml:space="preserve"> - Anthem Orlando's weekly schedule includes the 'tew faced Drag Lunch' starring Kandy Ho on Saturday, August 29, 2026. The event features a meet-and-greet at noon, showtimes at 1:30 PM and 2:30 PM, with Mala Mía and Black Magix Royal. The venue is located at 100 N Orange Ave, Downtown Orlando. The event is 21+ and more details are available on the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rlandoweekly.com/arts/anthem-orlando-throws-a-drag-lunch-for-early-revelers-and-late-risers-this-weekend/" TargetMode="External"/><Relationship Id="rId10" Type="http://schemas.openxmlformats.org/officeDocument/2006/relationships/hyperlink" Target="https://anthemorlando.com/event/tew-faced-drag-lunch-kandy-ho-anthem-orlando-08-29-2026/" TargetMode="External"/><Relationship Id="rId11" Type="http://schemas.openxmlformats.org/officeDocument/2006/relationships/hyperlink" Target="https://anthemorlando.com/this-week-at-anthem-2026-08-24/" TargetMode="External"/><Relationship Id="rId12" Type="http://schemas.openxmlformats.org/officeDocument/2006/relationships/hyperlink" Target="https://anthemorlando.com/august-2026-at-anthem-orlando/" TargetMode="External"/><Relationship Id="rId13" Type="http://schemas.openxmlformats.org/officeDocument/2006/relationships/hyperlink" Target="https://ma.to/event/tew-faced-drag-lunch-29-aug-2026" TargetMode="External"/><Relationship Id="rId14" Type="http://schemas.openxmlformats.org/officeDocument/2006/relationships/hyperlink" Target="https://anthemorlando.com/events/" TargetMode="External"/><Relationship Id="rId15" Type="http://schemas.openxmlformats.org/officeDocument/2006/relationships/hyperlink" Target="https://www.gayout.com/usa-canada/united-states/orlando/ev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